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E3D4A" w14:textId="77777777" w:rsidR="00D97F10" w:rsidRPr="00541039" w:rsidRDefault="00000000">
      <w:pPr>
        <w:spacing w:before="1160" w:after="160"/>
        <w:jc w:val="center"/>
        <w:rPr>
          <w:lang w:val="ru-RU"/>
        </w:rPr>
      </w:pPr>
      <w:r w:rsidRPr="00541039">
        <w:rPr>
          <w:b/>
          <w:color w:val="172434"/>
          <w:sz w:val="40"/>
          <w:lang w:val="ru-RU"/>
        </w:rPr>
        <w:t>ОФІЦІЙНІ ПРАВИЛА</w:t>
      </w:r>
    </w:p>
    <w:p w14:paraId="0D623932" w14:textId="77777777" w:rsidR="00D97F10" w:rsidRPr="00541039" w:rsidRDefault="00000000">
      <w:pPr>
        <w:spacing w:after="80"/>
        <w:jc w:val="center"/>
        <w:rPr>
          <w:lang w:val="ru-RU"/>
        </w:rPr>
      </w:pPr>
      <w:proofErr w:type="spellStart"/>
      <w:r w:rsidRPr="00541039">
        <w:rPr>
          <w:b/>
          <w:color w:val="172434"/>
          <w:sz w:val="28"/>
          <w:lang w:val="ru-RU"/>
        </w:rPr>
        <w:t>організації</w:t>
      </w:r>
      <w:proofErr w:type="spellEnd"/>
      <w:r w:rsidRPr="00541039">
        <w:rPr>
          <w:b/>
          <w:color w:val="172434"/>
          <w:sz w:val="28"/>
          <w:lang w:val="ru-RU"/>
        </w:rPr>
        <w:t xml:space="preserve"> та </w:t>
      </w:r>
      <w:proofErr w:type="spellStart"/>
      <w:r w:rsidRPr="00541039">
        <w:rPr>
          <w:b/>
          <w:color w:val="172434"/>
          <w:sz w:val="28"/>
          <w:lang w:val="ru-RU"/>
        </w:rPr>
        <w:t>проведення</w:t>
      </w:r>
      <w:proofErr w:type="spellEnd"/>
      <w:r w:rsidRPr="00541039">
        <w:rPr>
          <w:b/>
          <w:color w:val="172434"/>
          <w:sz w:val="28"/>
          <w:lang w:val="ru-RU"/>
        </w:rPr>
        <w:t xml:space="preserve"> </w:t>
      </w:r>
      <w:proofErr w:type="spellStart"/>
      <w:r w:rsidRPr="00541039">
        <w:rPr>
          <w:b/>
          <w:color w:val="172434"/>
          <w:sz w:val="28"/>
          <w:lang w:val="ru-RU"/>
        </w:rPr>
        <w:t>голосування</w:t>
      </w:r>
      <w:proofErr w:type="spellEnd"/>
    </w:p>
    <w:p w14:paraId="0C38E9A4" w14:textId="77777777" w:rsidR="00D97F10" w:rsidRPr="00541039" w:rsidRDefault="00000000">
      <w:pPr>
        <w:spacing w:after="80"/>
        <w:jc w:val="center"/>
        <w:rPr>
          <w:lang w:val="ru-RU"/>
        </w:rPr>
      </w:pPr>
      <w:r w:rsidRPr="00541039">
        <w:rPr>
          <w:b/>
          <w:color w:val="172434"/>
          <w:sz w:val="28"/>
          <w:lang w:val="ru-RU"/>
        </w:rPr>
        <w:t xml:space="preserve">за 12-го </w:t>
      </w:r>
      <w:proofErr w:type="spellStart"/>
      <w:r w:rsidRPr="00541039">
        <w:rPr>
          <w:b/>
          <w:color w:val="172434"/>
          <w:sz w:val="28"/>
          <w:lang w:val="ru-RU"/>
        </w:rPr>
        <w:t>учасника</w:t>
      </w:r>
      <w:proofErr w:type="spellEnd"/>
      <w:r w:rsidRPr="00541039">
        <w:rPr>
          <w:b/>
          <w:color w:val="172434"/>
          <w:sz w:val="28"/>
          <w:lang w:val="ru-RU"/>
        </w:rPr>
        <w:t xml:space="preserve"> основного сезону шоу</w:t>
      </w:r>
    </w:p>
    <w:p w14:paraId="7E67EE13" w14:textId="77777777" w:rsidR="00D97F10" w:rsidRPr="00541039" w:rsidRDefault="00000000">
      <w:pPr>
        <w:jc w:val="center"/>
        <w:rPr>
          <w:lang w:val="ru-RU"/>
        </w:rPr>
      </w:pPr>
      <w:r w:rsidRPr="00541039">
        <w:rPr>
          <w:b/>
          <w:color w:val="172434"/>
          <w:sz w:val="34"/>
          <w:lang w:val="ru-RU"/>
        </w:rPr>
        <w:t xml:space="preserve">«Фабрика </w:t>
      </w:r>
      <w:proofErr w:type="spellStart"/>
      <w:r w:rsidRPr="00541039">
        <w:rPr>
          <w:b/>
          <w:color w:val="172434"/>
          <w:sz w:val="34"/>
          <w:lang w:val="ru-RU"/>
        </w:rPr>
        <w:t>Зірок</w:t>
      </w:r>
      <w:proofErr w:type="spellEnd"/>
      <w:r w:rsidRPr="00541039">
        <w:rPr>
          <w:b/>
          <w:color w:val="172434"/>
          <w:sz w:val="34"/>
          <w:lang w:val="ru-RU"/>
        </w:rPr>
        <w:t>»</w:t>
      </w:r>
    </w:p>
    <w:p w14:paraId="74254343" w14:textId="77777777" w:rsidR="00D97F10" w:rsidRPr="00541039" w:rsidRDefault="00000000">
      <w:pPr>
        <w:spacing w:after="600"/>
        <w:jc w:val="center"/>
        <w:rPr>
          <w:lang w:val="ru-RU"/>
        </w:rPr>
      </w:pPr>
      <w:r w:rsidRPr="00541039">
        <w:rPr>
          <w:color w:val="253B53"/>
          <w:sz w:val="26"/>
          <w:lang w:val="ru-RU"/>
        </w:rPr>
        <w:t xml:space="preserve">на </w:t>
      </w:r>
      <w:proofErr w:type="spellStart"/>
      <w:r w:rsidRPr="00541039">
        <w:rPr>
          <w:color w:val="253B53"/>
          <w:sz w:val="26"/>
          <w:lang w:val="ru-RU"/>
        </w:rPr>
        <w:t>платформі</w:t>
      </w:r>
      <w:proofErr w:type="spellEnd"/>
      <w:r w:rsidRPr="00541039">
        <w:rPr>
          <w:color w:val="253B53"/>
          <w:sz w:val="26"/>
          <w:lang w:val="ru-RU"/>
        </w:rPr>
        <w:t xml:space="preserve"> </w:t>
      </w:r>
      <w:r>
        <w:rPr>
          <w:color w:val="253B53"/>
          <w:sz w:val="26"/>
        </w:rPr>
        <w:t>SWEET</w:t>
      </w:r>
      <w:r w:rsidRPr="00541039">
        <w:rPr>
          <w:color w:val="253B53"/>
          <w:sz w:val="26"/>
          <w:lang w:val="ru-RU"/>
        </w:rPr>
        <w:t>.</w:t>
      </w:r>
      <w:r>
        <w:rPr>
          <w:color w:val="253B53"/>
          <w:sz w:val="26"/>
        </w:rPr>
        <w:t>TV</w:t>
      </w:r>
    </w:p>
    <w:p w14:paraId="549264FD" w14:textId="77777777" w:rsidR="00D97F10" w:rsidRPr="00541039" w:rsidRDefault="00000000">
      <w:pPr>
        <w:spacing w:after="40"/>
        <w:jc w:val="center"/>
        <w:rPr>
          <w:lang w:val="ru-RU"/>
        </w:rPr>
      </w:pPr>
      <w:r w:rsidRPr="00541039">
        <w:rPr>
          <w:b/>
          <w:color w:val="5A6570"/>
          <w:sz w:val="20"/>
          <w:lang w:val="ru-RU"/>
        </w:rPr>
        <w:t>ПУБЛІЧНА РЕДАКЦІЯ 1.0</w:t>
      </w:r>
    </w:p>
    <w:p w14:paraId="0F391D4C" w14:textId="77777777" w:rsidR="00D97F10" w:rsidRPr="00541039" w:rsidRDefault="00000000">
      <w:pPr>
        <w:spacing w:after="40"/>
        <w:jc w:val="center"/>
        <w:rPr>
          <w:lang w:val="ru-RU"/>
        </w:rPr>
      </w:pPr>
      <w:r w:rsidRPr="00541039">
        <w:rPr>
          <w:color w:val="5A6570"/>
          <w:sz w:val="19"/>
          <w:lang w:val="ru-RU"/>
        </w:rPr>
        <w:t xml:space="preserve">Код документа: </w:t>
      </w:r>
      <w:r>
        <w:rPr>
          <w:color w:val="5A6570"/>
          <w:sz w:val="19"/>
        </w:rPr>
        <w:t>FZ</w:t>
      </w:r>
      <w:r w:rsidRPr="00541039">
        <w:rPr>
          <w:color w:val="5A6570"/>
          <w:sz w:val="19"/>
          <w:lang w:val="ru-RU"/>
        </w:rPr>
        <w:t>-</w:t>
      </w:r>
      <w:r>
        <w:rPr>
          <w:color w:val="5A6570"/>
          <w:sz w:val="19"/>
        </w:rPr>
        <w:t>SWEETTV</w:t>
      </w:r>
      <w:r w:rsidRPr="00541039">
        <w:rPr>
          <w:color w:val="5A6570"/>
          <w:sz w:val="19"/>
          <w:lang w:val="ru-RU"/>
        </w:rPr>
        <w:t>-</w:t>
      </w:r>
      <w:r>
        <w:rPr>
          <w:color w:val="5A6570"/>
          <w:sz w:val="19"/>
        </w:rPr>
        <w:t>VOTE</w:t>
      </w:r>
      <w:r w:rsidRPr="00541039">
        <w:rPr>
          <w:color w:val="5A6570"/>
          <w:sz w:val="19"/>
          <w:lang w:val="ru-RU"/>
        </w:rPr>
        <w:t>-2026</w:t>
      </w:r>
    </w:p>
    <w:p w14:paraId="1D25A8DB" w14:textId="77777777" w:rsidR="00D97F10" w:rsidRPr="00541039" w:rsidRDefault="00000000">
      <w:pPr>
        <w:spacing w:after="40"/>
        <w:jc w:val="center"/>
        <w:rPr>
          <w:lang w:val="ru-RU"/>
        </w:rPr>
      </w:pPr>
      <w:r w:rsidRPr="00541039">
        <w:rPr>
          <w:color w:val="5A6570"/>
          <w:sz w:val="19"/>
          <w:lang w:val="ru-RU"/>
        </w:rPr>
        <w:t xml:space="preserve">Дата </w:t>
      </w:r>
      <w:proofErr w:type="spellStart"/>
      <w:r w:rsidRPr="00541039">
        <w:rPr>
          <w:color w:val="5A6570"/>
          <w:sz w:val="19"/>
          <w:lang w:val="ru-RU"/>
        </w:rPr>
        <w:t>набрання</w:t>
      </w:r>
      <w:proofErr w:type="spellEnd"/>
      <w:r w:rsidRPr="00541039">
        <w:rPr>
          <w:color w:val="5A6570"/>
          <w:sz w:val="19"/>
          <w:lang w:val="ru-RU"/>
        </w:rPr>
        <w:t xml:space="preserve"> </w:t>
      </w:r>
      <w:proofErr w:type="spellStart"/>
      <w:r w:rsidRPr="00541039">
        <w:rPr>
          <w:color w:val="5A6570"/>
          <w:sz w:val="19"/>
          <w:lang w:val="ru-RU"/>
        </w:rPr>
        <w:t>чинності</w:t>
      </w:r>
      <w:proofErr w:type="spellEnd"/>
      <w:r w:rsidRPr="00541039">
        <w:rPr>
          <w:color w:val="5A6570"/>
          <w:sz w:val="19"/>
          <w:lang w:val="ru-RU"/>
        </w:rPr>
        <w:t>: 4 вересня 2026 року</w:t>
      </w:r>
    </w:p>
    <w:p w14:paraId="48FD33C1" w14:textId="77777777" w:rsidR="00D97F10" w:rsidRDefault="00000000">
      <w:r>
        <w:br w:type="page"/>
      </w:r>
    </w:p>
    <w:p w14:paraId="34B748D5" w14:textId="0EBA7167" w:rsidR="00D97F10" w:rsidRPr="0009255D" w:rsidRDefault="00000000" w:rsidP="0009255D">
      <w:pPr>
        <w:pStyle w:val="ListBullet"/>
        <w:numPr>
          <w:ilvl w:val="0"/>
          <w:numId w:val="2"/>
        </w:numPr>
        <w:rPr>
          <w:b/>
          <w:bCs/>
        </w:rPr>
      </w:pPr>
      <w:r w:rsidRPr="0009255D">
        <w:rPr>
          <w:b/>
          <w:bCs/>
        </w:rPr>
        <w:lastRenderedPageBreak/>
        <w:t>ЗАГАЛЬНІ ПОЛОЖЕННЯ</w:t>
      </w:r>
    </w:p>
    <w:p w14:paraId="7671E56C" w14:textId="6BE4DA1B" w:rsidR="00D97F10" w:rsidRDefault="00000000">
      <w:pPr>
        <w:pStyle w:val="LegalClause"/>
        <w:numPr>
          <w:ilvl w:val="1"/>
          <w:numId w:val="1"/>
        </w:numPr>
      </w:pPr>
      <w:proofErr w:type="spellStart"/>
      <w:r>
        <w:t>Ці</w:t>
      </w:r>
      <w:proofErr w:type="spellEnd"/>
      <w:r>
        <w:t xml:space="preserve"> </w:t>
      </w:r>
      <w:proofErr w:type="spellStart"/>
      <w:r>
        <w:t>Офіційні</w:t>
      </w:r>
      <w:proofErr w:type="spellEnd"/>
      <w:r>
        <w:t xml:space="preserve"> </w:t>
      </w:r>
      <w:proofErr w:type="spellStart"/>
      <w:r>
        <w:t>правила</w:t>
      </w:r>
      <w:proofErr w:type="spellEnd"/>
      <w:r>
        <w:t xml:space="preserve"> </w:t>
      </w:r>
      <w:proofErr w:type="spellStart"/>
      <w:r>
        <w:t>організації</w:t>
      </w:r>
      <w:proofErr w:type="spellEnd"/>
      <w:r>
        <w:t xml:space="preserve"> </w:t>
      </w:r>
      <w:proofErr w:type="spellStart"/>
      <w:r>
        <w:t>та</w:t>
      </w:r>
      <w:proofErr w:type="spellEnd"/>
      <w:r>
        <w:t xml:space="preserve"> </w:t>
      </w:r>
      <w:proofErr w:type="spellStart"/>
      <w:r>
        <w:t>проведення</w:t>
      </w:r>
      <w:proofErr w:type="spellEnd"/>
      <w:r>
        <w:t xml:space="preserve"> </w:t>
      </w:r>
      <w:proofErr w:type="spellStart"/>
      <w:r>
        <w:t>голосування</w:t>
      </w:r>
      <w:proofErr w:type="spellEnd"/>
      <w:r>
        <w:t xml:space="preserve"> </w:t>
      </w:r>
      <w:proofErr w:type="spellStart"/>
      <w:r>
        <w:t>за</w:t>
      </w:r>
      <w:proofErr w:type="spellEnd"/>
      <w:r>
        <w:t xml:space="preserve"> 12-го </w:t>
      </w:r>
      <w:proofErr w:type="spellStart"/>
      <w:r>
        <w:t>учасника</w:t>
      </w:r>
      <w:proofErr w:type="spellEnd"/>
      <w:r>
        <w:t xml:space="preserve"> </w:t>
      </w:r>
      <w:proofErr w:type="spellStart"/>
      <w:r>
        <w:t>основного</w:t>
      </w:r>
      <w:proofErr w:type="spellEnd"/>
      <w:r>
        <w:t xml:space="preserve"> </w:t>
      </w:r>
      <w:proofErr w:type="spellStart"/>
      <w:r>
        <w:t>сезону</w:t>
      </w:r>
      <w:proofErr w:type="spellEnd"/>
      <w:r>
        <w:t xml:space="preserve"> </w:t>
      </w:r>
      <w:proofErr w:type="spellStart"/>
      <w:r>
        <w:t>шоу</w:t>
      </w:r>
      <w:proofErr w:type="spellEnd"/>
      <w:r>
        <w:t xml:space="preserve"> «</w:t>
      </w:r>
      <w:proofErr w:type="spellStart"/>
      <w:r>
        <w:t>Фабрика</w:t>
      </w:r>
      <w:proofErr w:type="spellEnd"/>
      <w:r>
        <w:t xml:space="preserve"> </w:t>
      </w:r>
      <w:proofErr w:type="spellStart"/>
      <w:r>
        <w:t>Зірок</w:t>
      </w:r>
      <w:proofErr w:type="spellEnd"/>
      <w:r>
        <w:t xml:space="preserve">» </w:t>
      </w:r>
      <w:proofErr w:type="spellStart"/>
      <w:r>
        <w:t>на</w:t>
      </w:r>
      <w:proofErr w:type="spellEnd"/>
      <w:r>
        <w:t xml:space="preserve"> </w:t>
      </w:r>
      <w:proofErr w:type="spellStart"/>
      <w:r>
        <w:t>платформі</w:t>
      </w:r>
      <w:proofErr w:type="spellEnd"/>
      <w:r>
        <w:t xml:space="preserve"> SWEET.TV (</w:t>
      </w:r>
      <w:proofErr w:type="spellStart"/>
      <w:r>
        <w:t>далі</w:t>
      </w:r>
      <w:proofErr w:type="spellEnd"/>
      <w:r>
        <w:t xml:space="preserve"> - «</w:t>
      </w:r>
      <w:proofErr w:type="spellStart"/>
      <w:r>
        <w:t>Правила</w:t>
      </w:r>
      <w:proofErr w:type="spellEnd"/>
      <w:r>
        <w:t xml:space="preserve">») </w:t>
      </w:r>
      <w:proofErr w:type="spellStart"/>
      <w:r>
        <w:t>визначають</w:t>
      </w:r>
      <w:proofErr w:type="spellEnd"/>
      <w:r>
        <w:t xml:space="preserve"> </w:t>
      </w:r>
      <w:proofErr w:type="spellStart"/>
      <w:r>
        <w:t>порядок</w:t>
      </w:r>
      <w:proofErr w:type="spellEnd"/>
      <w:r>
        <w:t xml:space="preserve"> </w:t>
      </w:r>
      <w:proofErr w:type="spellStart"/>
      <w:r>
        <w:t>участі</w:t>
      </w:r>
      <w:proofErr w:type="spellEnd"/>
      <w:r>
        <w:t xml:space="preserve"> </w:t>
      </w:r>
      <w:r w:rsidR="00541039">
        <w:rPr>
          <w:lang w:val="uk-UA"/>
        </w:rPr>
        <w:t>в</w:t>
      </w:r>
      <w:r>
        <w:t xml:space="preserve"> </w:t>
      </w:r>
      <w:proofErr w:type="spellStart"/>
      <w:r>
        <w:t>Голосуванні</w:t>
      </w:r>
      <w:proofErr w:type="spellEnd"/>
      <w:r>
        <w:t xml:space="preserve">, </w:t>
      </w:r>
      <w:proofErr w:type="spellStart"/>
      <w:r>
        <w:t>подання</w:t>
      </w:r>
      <w:proofErr w:type="spellEnd"/>
      <w:r>
        <w:t xml:space="preserve"> </w:t>
      </w:r>
      <w:proofErr w:type="spellStart"/>
      <w:r>
        <w:t>та</w:t>
      </w:r>
      <w:proofErr w:type="spellEnd"/>
      <w:r>
        <w:t xml:space="preserve"> </w:t>
      </w:r>
      <w:proofErr w:type="spellStart"/>
      <w:r>
        <w:t>обліку</w:t>
      </w:r>
      <w:proofErr w:type="spellEnd"/>
      <w:r>
        <w:t xml:space="preserve"> Голосів, </w:t>
      </w:r>
      <w:proofErr w:type="spellStart"/>
      <w:r>
        <w:t>визначення</w:t>
      </w:r>
      <w:proofErr w:type="spellEnd"/>
      <w:r>
        <w:t xml:space="preserve"> </w:t>
      </w:r>
      <w:proofErr w:type="spellStart"/>
      <w:r>
        <w:t>Переможця</w:t>
      </w:r>
      <w:proofErr w:type="spellEnd"/>
      <w:r>
        <w:t xml:space="preserve"> </w:t>
      </w:r>
      <w:proofErr w:type="spellStart"/>
      <w:r>
        <w:t>голосування</w:t>
      </w:r>
      <w:proofErr w:type="spellEnd"/>
      <w:r>
        <w:t xml:space="preserve">, </w:t>
      </w:r>
      <w:proofErr w:type="spellStart"/>
      <w:r>
        <w:t>реалізації</w:t>
      </w:r>
      <w:proofErr w:type="spellEnd"/>
      <w:r>
        <w:t xml:space="preserve"> </w:t>
      </w:r>
      <w:proofErr w:type="spellStart"/>
      <w:r>
        <w:t>Благодійної</w:t>
      </w:r>
      <w:proofErr w:type="spellEnd"/>
      <w:r>
        <w:t xml:space="preserve"> </w:t>
      </w:r>
      <w:proofErr w:type="spellStart"/>
      <w:r>
        <w:t>складової</w:t>
      </w:r>
      <w:proofErr w:type="spellEnd"/>
      <w:r>
        <w:t xml:space="preserve">, </w:t>
      </w:r>
      <w:proofErr w:type="spellStart"/>
      <w:r>
        <w:t>надання</w:t>
      </w:r>
      <w:proofErr w:type="spellEnd"/>
      <w:r>
        <w:t xml:space="preserve"> </w:t>
      </w:r>
      <w:proofErr w:type="spellStart"/>
      <w:r>
        <w:t>Подарункового</w:t>
      </w:r>
      <w:proofErr w:type="spellEnd"/>
      <w:r>
        <w:t xml:space="preserve"> </w:t>
      </w:r>
      <w:proofErr w:type="spellStart"/>
      <w:r>
        <w:t>доступу</w:t>
      </w:r>
      <w:proofErr w:type="spellEnd"/>
      <w:r>
        <w:t xml:space="preserve"> </w:t>
      </w:r>
      <w:proofErr w:type="spellStart"/>
      <w:r>
        <w:t>та</w:t>
      </w:r>
      <w:proofErr w:type="spellEnd"/>
      <w:r>
        <w:t xml:space="preserve"> </w:t>
      </w:r>
      <w:proofErr w:type="spellStart"/>
      <w:r>
        <w:t>проведення</w:t>
      </w:r>
      <w:proofErr w:type="spellEnd"/>
      <w:r>
        <w:t xml:space="preserve"> </w:t>
      </w:r>
      <w:proofErr w:type="spellStart"/>
      <w:r>
        <w:t>Розіграшу</w:t>
      </w:r>
      <w:proofErr w:type="spellEnd"/>
      <w:r>
        <w:t xml:space="preserve"> </w:t>
      </w:r>
      <w:proofErr w:type="spellStart"/>
      <w:r>
        <w:t>квитків</w:t>
      </w:r>
      <w:proofErr w:type="spellEnd"/>
      <w:r>
        <w:t>.</w:t>
      </w:r>
    </w:p>
    <w:p w14:paraId="0A7B5C78" w14:textId="71E4AB97" w:rsidR="00D97F10" w:rsidRPr="00541039" w:rsidRDefault="00000000">
      <w:pPr>
        <w:pStyle w:val="LegalClause"/>
        <w:numPr>
          <w:ilvl w:val="1"/>
          <w:numId w:val="1"/>
        </w:numPr>
        <w:rPr>
          <w:lang w:val="ru-RU"/>
        </w:rPr>
      </w:pPr>
      <w:r w:rsidRPr="00541039">
        <w:rPr>
          <w:lang w:val="ru-RU"/>
        </w:rPr>
        <w:t xml:space="preserve">Правила є </w:t>
      </w:r>
      <w:proofErr w:type="spellStart"/>
      <w:r w:rsidRPr="00541039">
        <w:rPr>
          <w:lang w:val="ru-RU"/>
        </w:rPr>
        <w:t>публічним</w:t>
      </w:r>
      <w:proofErr w:type="spellEnd"/>
      <w:r w:rsidRPr="00541039">
        <w:rPr>
          <w:lang w:val="ru-RU"/>
        </w:rPr>
        <w:t xml:space="preserve"> документом, </w:t>
      </w:r>
      <w:proofErr w:type="spellStart"/>
      <w:r w:rsidRPr="00541039">
        <w:rPr>
          <w:lang w:val="ru-RU"/>
        </w:rPr>
        <w:t>обов'язковим</w:t>
      </w:r>
      <w:proofErr w:type="spellEnd"/>
      <w:r w:rsidRPr="00541039">
        <w:rPr>
          <w:lang w:val="ru-RU"/>
        </w:rPr>
        <w:t xml:space="preserve"> для </w:t>
      </w:r>
      <w:proofErr w:type="spellStart"/>
      <w:r w:rsidRPr="00541039">
        <w:rPr>
          <w:lang w:val="ru-RU"/>
        </w:rPr>
        <w:t>Організатора</w:t>
      </w:r>
      <w:proofErr w:type="spellEnd"/>
      <w:r w:rsidRPr="00541039">
        <w:rPr>
          <w:lang w:val="ru-RU"/>
        </w:rPr>
        <w:t xml:space="preserve">, </w:t>
      </w:r>
      <w:proofErr w:type="spellStart"/>
      <w:r w:rsidRPr="00541039">
        <w:rPr>
          <w:lang w:val="ru-RU"/>
        </w:rPr>
        <w:t>Учасників</w:t>
      </w:r>
      <w:proofErr w:type="spellEnd"/>
      <w:r w:rsidRPr="00541039">
        <w:rPr>
          <w:lang w:val="ru-RU"/>
        </w:rPr>
        <w:t xml:space="preserve"> </w:t>
      </w:r>
      <w:proofErr w:type="spellStart"/>
      <w:r w:rsidRPr="00541039">
        <w:rPr>
          <w:lang w:val="ru-RU"/>
        </w:rPr>
        <w:t>голосування</w:t>
      </w:r>
      <w:proofErr w:type="spellEnd"/>
      <w:r w:rsidRPr="00541039">
        <w:rPr>
          <w:lang w:val="ru-RU"/>
        </w:rPr>
        <w:t xml:space="preserve"> та </w:t>
      </w:r>
      <w:proofErr w:type="spellStart"/>
      <w:r w:rsidRPr="00541039">
        <w:rPr>
          <w:lang w:val="ru-RU"/>
        </w:rPr>
        <w:t>інших</w:t>
      </w:r>
      <w:proofErr w:type="spellEnd"/>
      <w:r w:rsidRPr="00541039">
        <w:rPr>
          <w:lang w:val="ru-RU"/>
        </w:rPr>
        <w:t xml:space="preserve"> </w:t>
      </w:r>
      <w:proofErr w:type="spellStart"/>
      <w:r w:rsidRPr="00541039">
        <w:rPr>
          <w:lang w:val="ru-RU"/>
        </w:rPr>
        <w:t>осіб</w:t>
      </w:r>
      <w:proofErr w:type="spellEnd"/>
      <w:r w:rsidRPr="00541039">
        <w:rPr>
          <w:lang w:val="ru-RU"/>
        </w:rPr>
        <w:t xml:space="preserve"> у </w:t>
      </w:r>
      <w:proofErr w:type="spellStart"/>
      <w:r w:rsidRPr="00541039">
        <w:rPr>
          <w:lang w:val="ru-RU"/>
        </w:rPr>
        <w:t>частині</w:t>
      </w:r>
      <w:proofErr w:type="spellEnd"/>
      <w:r w:rsidRPr="00541039">
        <w:rPr>
          <w:lang w:val="ru-RU"/>
        </w:rPr>
        <w:t xml:space="preserve">, </w:t>
      </w:r>
      <w:proofErr w:type="spellStart"/>
      <w:r w:rsidRPr="00541039">
        <w:rPr>
          <w:lang w:val="ru-RU"/>
        </w:rPr>
        <w:t>що</w:t>
      </w:r>
      <w:proofErr w:type="spellEnd"/>
      <w:r w:rsidRPr="00541039">
        <w:rPr>
          <w:lang w:val="ru-RU"/>
        </w:rPr>
        <w:t xml:space="preserve"> </w:t>
      </w:r>
      <w:proofErr w:type="spellStart"/>
      <w:r w:rsidRPr="00541039">
        <w:rPr>
          <w:lang w:val="ru-RU"/>
        </w:rPr>
        <w:t>стосується</w:t>
      </w:r>
      <w:proofErr w:type="spellEnd"/>
      <w:r w:rsidRPr="00541039">
        <w:rPr>
          <w:lang w:val="ru-RU"/>
        </w:rPr>
        <w:t xml:space="preserve"> </w:t>
      </w:r>
      <w:proofErr w:type="spellStart"/>
      <w:r w:rsidRPr="00541039">
        <w:rPr>
          <w:lang w:val="ru-RU"/>
        </w:rPr>
        <w:t>їхніх</w:t>
      </w:r>
      <w:proofErr w:type="spellEnd"/>
      <w:r w:rsidRPr="00541039">
        <w:rPr>
          <w:lang w:val="ru-RU"/>
        </w:rPr>
        <w:t xml:space="preserve"> </w:t>
      </w:r>
      <w:proofErr w:type="spellStart"/>
      <w:r w:rsidRPr="00541039">
        <w:rPr>
          <w:lang w:val="ru-RU"/>
        </w:rPr>
        <w:t>дій</w:t>
      </w:r>
      <w:proofErr w:type="spellEnd"/>
      <w:r w:rsidRPr="00541039">
        <w:rPr>
          <w:lang w:val="ru-RU"/>
        </w:rPr>
        <w:t xml:space="preserve"> у межах </w:t>
      </w:r>
      <w:proofErr w:type="spellStart"/>
      <w:r w:rsidRPr="00541039">
        <w:rPr>
          <w:lang w:val="ru-RU"/>
        </w:rPr>
        <w:t>Кампанії</w:t>
      </w:r>
      <w:proofErr w:type="spellEnd"/>
      <w:r w:rsidRPr="00541039">
        <w:rPr>
          <w:lang w:val="ru-RU"/>
        </w:rPr>
        <w:t xml:space="preserve">. </w:t>
      </w:r>
      <w:proofErr w:type="spellStart"/>
      <w:r w:rsidRPr="00541039">
        <w:rPr>
          <w:lang w:val="ru-RU"/>
        </w:rPr>
        <w:t>Повний</w:t>
      </w:r>
      <w:proofErr w:type="spellEnd"/>
      <w:r w:rsidRPr="00541039">
        <w:rPr>
          <w:lang w:val="ru-RU"/>
        </w:rPr>
        <w:t xml:space="preserve"> текст Правил </w:t>
      </w:r>
      <w:proofErr w:type="spellStart"/>
      <w:r w:rsidRPr="00541039">
        <w:rPr>
          <w:lang w:val="ru-RU"/>
        </w:rPr>
        <w:t>розміщується</w:t>
      </w:r>
      <w:proofErr w:type="spellEnd"/>
      <w:r w:rsidRPr="00541039">
        <w:rPr>
          <w:lang w:val="ru-RU"/>
        </w:rPr>
        <w:t xml:space="preserve"> на </w:t>
      </w:r>
      <w:proofErr w:type="spellStart"/>
      <w:r w:rsidRPr="00541039">
        <w:rPr>
          <w:lang w:val="ru-RU"/>
        </w:rPr>
        <w:t>Сторінці</w:t>
      </w:r>
      <w:proofErr w:type="spellEnd"/>
      <w:r w:rsidRPr="00541039">
        <w:rPr>
          <w:lang w:val="ru-RU"/>
        </w:rPr>
        <w:t xml:space="preserve"> </w:t>
      </w:r>
      <w:proofErr w:type="spellStart"/>
      <w:r w:rsidRPr="00541039">
        <w:rPr>
          <w:lang w:val="ru-RU"/>
        </w:rPr>
        <w:t>голосування</w:t>
      </w:r>
      <w:proofErr w:type="spellEnd"/>
      <w:r w:rsidR="00541039">
        <w:rPr>
          <w:lang w:val="ru-RU"/>
        </w:rPr>
        <w:t xml:space="preserve"> та</w:t>
      </w:r>
      <w:r w:rsidRPr="00541039">
        <w:rPr>
          <w:lang w:val="ru-RU"/>
        </w:rPr>
        <w:t xml:space="preserve"> </w:t>
      </w:r>
      <w:proofErr w:type="spellStart"/>
      <w:r w:rsidR="00541039" w:rsidRPr="00541039">
        <w:rPr>
          <w:lang w:val="ru-RU"/>
        </w:rPr>
        <w:t>набирають</w:t>
      </w:r>
      <w:proofErr w:type="spellEnd"/>
      <w:r w:rsidR="00541039" w:rsidRPr="00541039">
        <w:rPr>
          <w:lang w:val="ru-RU"/>
        </w:rPr>
        <w:t xml:space="preserve"> </w:t>
      </w:r>
      <w:proofErr w:type="spellStart"/>
      <w:r w:rsidR="00541039" w:rsidRPr="00541039">
        <w:rPr>
          <w:lang w:val="ru-RU"/>
        </w:rPr>
        <w:t>чинності</w:t>
      </w:r>
      <w:proofErr w:type="spellEnd"/>
      <w:r w:rsidR="00541039" w:rsidRPr="00541039">
        <w:rPr>
          <w:lang w:val="ru-RU"/>
        </w:rPr>
        <w:t xml:space="preserve"> з моменту </w:t>
      </w:r>
      <w:proofErr w:type="spellStart"/>
      <w:r w:rsidR="00541039" w:rsidRPr="00541039">
        <w:rPr>
          <w:lang w:val="ru-RU"/>
        </w:rPr>
        <w:t>їх</w:t>
      </w:r>
      <w:proofErr w:type="spellEnd"/>
      <w:r w:rsidR="00541039" w:rsidRPr="00541039">
        <w:rPr>
          <w:lang w:val="ru-RU"/>
        </w:rPr>
        <w:t xml:space="preserve"> </w:t>
      </w:r>
      <w:proofErr w:type="spellStart"/>
      <w:r w:rsidR="00541039" w:rsidRPr="00541039">
        <w:rPr>
          <w:lang w:val="ru-RU"/>
        </w:rPr>
        <w:t>оприлюднення</w:t>
      </w:r>
      <w:proofErr w:type="spellEnd"/>
      <w:r w:rsidRPr="00541039">
        <w:rPr>
          <w:lang w:val="ru-RU"/>
        </w:rPr>
        <w:t xml:space="preserve">, </w:t>
      </w:r>
      <w:proofErr w:type="spellStart"/>
      <w:r w:rsidRPr="00541039">
        <w:rPr>
          <w:lang w:val="ru-RU"/>
        </w:rPr>
        <w:t>але</w:t>
      </w:r>
      <w:proofErr w:type="spellEnd"/>
      <w:r w:rsidRPr="00541039">
        <w:rPr>
          <w:lang w:val="ru-RU"/>
        </w:rPr>
        <w:t xml:space="preserve"> не </w:t>
      </w:r>
      <w:proofErr w:type="spellStart"/>
      <w:r w:rsidRPr="00541039">
        <w:rPr>
          <w:lang w:val="ru-RU"/>
        </w:rPr>
        <w:t>пізніше</w:t>
      </w:r>
      <w:proofErr w:type="spellEnd"/>
      <w:r w:rsidRPr="00541039">
        <w:rPr>
          <w:lang w:val="ru-RU"/>
        </w:rPr>
        <w:t xml:space="preserve"> моменту </w:t>
      </w:r>
      <w:proofErr w:type="spellStart"/>
      <w:r w:rsidRPr="00541039">
        <w:rPr>
          <w:lang w:val="ru-RU"/>
        </w:rPr>
        <w:t>відкриття</w:t>
      </w:r>
      <w:proofErr w:type="spellEnd"/>
      <w:r w:rsidRPr="00541039">
        <w:rPr>
          <w:lang w:val="ru-RU"/>
        </w:rPr>
        <w:t xml:space="preserve"> </w:t>
      </w:r>
      <w:proofErr w:type="spellStart"/>
      <w:r w:rsidRPr="00541039">
        <w:rPr>
          <w:lang w:val="ru-RU"/>
        </w:rPr>
        <w:t>Голосування</w:t>
      </w:r>
      <w:proofErr w:type="spellEnd"/>
      <w:r w:rsidRPr="00541039">
        <w:rPr>
          <w:lang w:val="ru-RU"/>
        </w:rPr>
        <w:t>.</w:t>
      </w:r>
    </w:p>
    <w:p w14:paraId="39972137" w14:textId="77777777" w:rsidR="00D97F10" w:rsidRPr="00541039" w:rsidRDefault="00000000">
      <w:pPr>
        <w:pStyle w:val="LegalClause"/>
        <w:numPr>
          <w:ilvl w:val="1"/>
          <w:numId w:val="1"/>
        </w:numPr>
        <w:rPr>
          <w:lang w:val="ru-RU"/>
        </w:rPr>
      </w:pPr>
      <w:r w:rsidRPr="00541039">
        <w:rPr>
          <w:lang w:val="ru-RU"/>
        </w:rPr>
        <w:t xml:space="preserve">Участь у </w:t>
      </w:r>
      <w:proofErr w:type="spellStart"/>
      <w:r w:rsidRPr="00541039">
        <w:rPr>
          <w:lang w:val="ru-RU"/>
        </w:rPr>
        <w:t>Голосуванні</w:t>
      </w:r>
      <w:proofErr w:type="spellEnd"/>
      <w:r w:rsidRPr="00541039">
        <w:rPr>
          <w:lang w:val="ru-RU"/>
        </w:rPr>
        <w:t xml:space="preserve"> </w:t>
      </w:r>
      <w:proofErr w:type="spellStart"/>
      <w:r w:rsidRPr="00541039">
        <w:rPr>
          <w:lang w:val="ru-RU"/>
        </w:rPr>
        <w:t>означає</w:t>
      </w:r>
      <w:proofErr w:type="spellEnd"/>
      <w:r w:rsidRPr="00541039">
        <w:rPr>
          <w:lang w:val="ru-RU"/>
        </w:rPr>
        <w:t xml:space="preserve">, </w:t>
      </w:r>
      <w:proofErr w:type="spellStart"/>
      <w:r w:rsidRPr="00541039">
        <w:rPr>
          <w:lang w:val="ru-RU"/>
        </w:rPr>
        <w:t>що</w:t>
      </w:r>
      <w:proofErr w:type="spellEnd"/>
      <w:r w:rsidRPr="00541039">
        <w:rPr>
          <w:lang w:val="ru-RU"/>
        </w:rPr>
        <w:t xml:space="preserve"> </w:t>
      </w:r>
      <w:proofErr w:type="spellStart"/>
      <w:r w:rsidRPr="00541039">
        <w:rPr>
          <w:lang w:val="ru-RU"/>
        </w:rPr>
        <w:t>Учасник</w:t>
      </w:r>
      <w:proofErr w:type="spellEnd"/>
      <w:r w:rsidRPr="00541039">
        <w:rPr>
          <w:lang w:val="ru-RU"/>
        </w:rPr>
        <w:t xml:space="preserve"> до </w:t>
      </w:r>
      <w:proofErr w:type="spellStart"/>
      <w:r w:rsidRPr="00541039">
        <w:rPr>
          <w:lang w:val="ru-RU"/>
        </w:rPr>
        <w:t>здійснення</w:t>
      </w:r>
      <w:proofErr w:type="spellEnd"/>
      <w:r w:rsidRPr="00541039">
        <w:rPr>
          <w:lang w:val="ru-RU"/>
        </w:rPr>
        <w:t xml:space="preserve"> </w:t>
      </w:r>
      <w:proofErr w:type="spellStart"/>
      <w:r w:rsidRPr="00541039">
        <w:rPr>
          <w:lang w:val="ru-RU"/>
        </w:rPr>
        <w:t>Верифікаційного</w:t>
      </w:r>
      <w:proofErr w:type="spellEnd"/>
      <w:r w:rsidRPr="00541039">
        <w:rPr>
          <w:lang w:val="ru-RU"/>
        </w:rPr>
        <w:t xml:space="preserve"> платежу </w:t>
      </w:r>
      <w:proofErr w:type="spellStart"/>
      <w:r w:rsidRPr="00541039">
        <w:rPr>
          <w:lang w:val="ru-RU"/>
        </w:rPr>
        <w:t>ознайомився</w:t>
      </w:r>
      <w:proofErr w:type="spellEnd"/>
      <w:r w:rsidRPr="00541039">
        <w:rPr>
          <w:lang w:val="ru-RU"/>
        </w:rPr>
        <w:t xml:space="preserve"> з Правилами, </w:t>
      </w:r>
      <w:proofErr w:type="spellStart"/>
      <w:r w:rsidRPr="00541039">
        <w:rPr>
          <w:lang w:val="ru-RU"/>
        </w:rPr>
        <w:t>розуміє</w:t>
      </w:r>
      <w:proofErr w:type="spellEnd"/>
      <w:r w:rsidRPr="00541039">
        <w:rPr>
          <w:lang w:val="ru-RU"/>
        </w:rPr>
        <w:t xml:space="preserve"> </w:t>
      </w:r>
      <w:proofErr w:type="spellStart"/>
      <w:r w:rsidRPr="00541039">
        <w:rPr>
          <w:lang w:val="ru-RU"/>
        </w:rPr>
        <w:t>їх</w:t>
      </w:r>
      <w:proofErr w:type="spellEnd"/>
      <w:r w:rsidRPr="00541039">
        <w:rPr>
          <w:lang w:val="ru-RU"/>
        </w:rPr>
        <w:t xml:space="preserve"> </w:t>
      </w:r>
      <w:proofErr w:type="spellStart"/>
      <w:r w:rsidRPr="00541039">
        <w:rPr>
          <w:lang w:val="ru-RU"/>
        </w:rPr>
        <w:t>зміст</w:t>
      </w:r>
      <w:proofErr w:type="spellEnd"/>
      <w:r w:rsidRPr="00541039">
        <w:rPr>
          <w:lang w:val="ru-RU"/>
        </w:rPr>
        <w:t xml:space="preserve"> та </w:t>
      </w:r>
      <w:proofErr w:type="spellStart"/>
      <w:r w:rsidRPr="00541039">
        <w:rPr>
          <w:lang w:val="ru-RU"/>
        </w:rPr>
        <w:t>безумовно</w:t>
      </w:r>
      <w:proofErr w:type="spellEnd"/>
      <w:r w:rsidRPr="00541039">
        <w:rPr>
          <w:lang w:val="ru-RU"/>
        </w:rPr>
        <w:t xml:space="preserve"> </w:t>
      </w:r>
      <w:proofErr w:type="spellStart"/>
      <w:r w:rsidRPr="00541039">
        <w:rPr>
          <w:lang w:val="ru-RU"/>
        </w:rPr>
        <w:t>погоджується</w:t>
      </w:r>
      <w:proofErr w:type="spellEnd"/>
      <w:r w:rsidRPr="00541039">
        <w:rPr>
          <w:lang w:val="ru-RU"/>
        </w:rPr>
        <w:t xml:space="preserve"> </w:t>
      </w:r>
      <w:proofErr w:type="spellStart"/>
      <w:r w:rsidRPr="00541039">
        <w:rPr>
          <w:lang w:val="ru-RU"/>
        </w:rPr>
        <w:t>їх</w:t>
      </w:r>
      <w:proofErr w:type="spellEnd"/>
      <w:r w:rsidRPr="00541039">
        <w:rPr>
          <w:lang w:val="ru-RU"/>
        </w:rPr>
        <w:t xml:space="preserve"> </w:t>
      </w:r>
      <w:proofErr w:type="spellStart"/>
      <w:r w:rsidRPr="00541039">
        <w:rPr>
          <w:lang w:val="ru-RU"/>
        </w:rPr>
        <w:t>виконувати</w:t>
      </w:r>
      <w:proofErr w:type="spellEnd"/>
      <w:r w:rsidRPr="00541039">
        <w:rPr>
          <w:lang w:val="ru-RU"/>
        </w:rPr>
        <w:t xml:space="preserve">. </w:t>
      </w:r>
      <w:proofErr w:type="spellStart"/>
      <w:r w:rsidRPr="00541039">
        <w:rPr>
          <w:lang w:val="ru-RU"/>
        </w:rPr>
        <w:t>Окрема</w:t>
      </w:r>
      <w:proofErr w:type="spellEnd"/>
      <w:r w:rsidRPr="00541039">
        <w:rPr>
          <w:lang w:val="ru-RU"/>
        </w:rPr>
        <w:t xml:space="preserve"> </w:t>
      </w:r>
      <w:proofErr w:type="spellStart"/>
      <w:r w:rsidRPr="00541039">
        <w:rPr>
          <w:lang w:val="ru-RU"/>
        </w:rPr>
        <w:t>згода</w:t>
      </w:r>
      <w:proofErr w:type="spellEnd"/>
      <w:r w:rsidRPr="00541039">
        <w:rPr>
          <w:lang w:val="ru-RU"/>
        </w:rPr>
        <w:t xml:space="preserve"> на </w:t>
      </w:r>
      <w:proofErr w:type="spellStart"/>
      <w:r w:rsidRPr="00541039">
        <w:rPr>
          <w:lang w:val="ru-RU"/>
        </w:rPr>
        <w:t>активацію</w:t>
      </w:r>
      <w:proofErr w:type="spellEnd"/>
      <w:r w:rsidRPr="00541039">
        <w:rPr>
          <w:lang w:val="ru-RU"/>
        </w:rPr>
        <w:t xml:space="preserve"> </w:t>
      </w:r>
      <w:proofErr w:type="spellStart"/>
      <w:r w:rsidRPr="00541039">
        <w:rPr>
          <w:lang w:val="ru-RU"/>
        </w:rPr>
        <w:t>Подарункового</w:t>
      </w:r>
      <w:proofErr w:type="spellEnd"/>
      <w:r w:rsidRPr="00541039">
        <w:rPr>
          <w:lang w:val="ru-RU"/>
        </w:rPr>
        <w:t xml:space="preserve"> доступу та </w:t>
      </w:r>
      <w:proofErr w:type="spellStart"/>
      <w:r w:rsidRPr="00541039">
        <w:rPr>
          <w:lang w:val="ru-RU"/>
        </w:rPr>
        <w:t>автоматичне</w:t>
      </w:r>
      <w:proofErr w:type="spellEnd"/>
      <w:r w:rsidRPr="00541039">
        <w:rPr>
          <w:lang w:val="ru-RU"/>
        </w:rPr>
        <w:t xml:space="preserve"> </w:t>
      </w:r>
      <w:proofErr w:type="spellStart"/>
      <w:r w:rsidRPr="00541039">
        <w:rPr>
          <w:lang w:val="ru-RU"/>
        </w:rPr>
        <w:t>продовження</w:t>
      </w:r>
      <w:proofErr w:type="spellEnd"/>
      <w:r w:rsidRPr="00541039">
        <w:rPr>
          <w:lang w:val="ru-RU"/>
        </w:rPr>
        <w:t xml:space="preserve"> </w:t>
      </w:r>
      <w:proofErr w:type="spellStart"/>
      <w:r w:rsidRPr="00541039">
        <w:rPr>
          <w:lang w:val="ru-RU"/>
        </w:rPr>
        <w:t>оформлюється</w:t>
      </w:r>
      <w:proofErr w:type="spellEnd"/>
      <w:r w:rsidRPr="00541039">
        <w:rPr>
          <w:lang w:val="ru-RU"/>
        </w:rPr>
        <w:t xml:space="preserve"> у </w:t>
      </w:r>
      <w:proofErr w:type="spellStart"/>
      <w:r w:rsidRPr="00541039">
        <w:rPr>
          <w:lang w:val="ru-RU"/>
        </w:rPr>
        <w:t>випадках</w:t>
      </w:r>
      <w:proofErr w:type="spellEnd"/>
      <w:r w:rsidRPr="00541039">
        <w:rPr>
          <w:lang w:val="ru-RU"/>
        </w:rPr>
        <w:t xml:space="preserve"> і порядку, </w:t>
      </w:r>
      <w:proofErr w:type="spellStart"/>
      <w:r w:rsidRPr="00541039">
        <w:rPr>
          <w:lang w:val="ru-RU"/>
        </w:rPr>
        <w:t>визначених</w:t>
      </w:r>
      <w:proofErr w:type="spellEnd"/>
      <w:r w:rsidRPr="00541039">
        <w:rPr>
          <w:lang w:val="ru-RU"/>
        </w:rPr>
        <w:t xml:space="preserve"> </w:t>
      </w:r>
      <w:proofErr w:type="spellStart"/>
      <w:r w:rsidRPr="00541039">
        <w:rPr>
          <w:lang w:val="ru-RU"/>
        </w:rPr>
        <w:t>розділом</w:t>
      </w:r>
      <w:proofErr w:type="spellEnd"/>
      <w:r w:rsidRPr="00541039">
        <w:rPr>
          <w:lang w:val="ru-RU"/>
        </w:rPr>
        <w:t xml:space="preserve"> 14 Правил.</w:t>
      </w:r>
    </w:p>
    <w:p w14:paraId="75E2089A" w14:textId="01C4F585" w:rsidR="00D97F10" w:rsidRPr="00541039" w:rsidRDefault="00541039">
      <w:pPr>
        <w:pStyle w:val="LegalClause"/>
        <w:numPr>
          <w:ilvl w:val="1"/>
          <w:numId w:val="1"/>
        </w:numPr>
        <w:rPr>
          <w:lang w:val="ru-RU"/>
        </w:rPr>
      </w:pPr>
      <w:r w:rsidRPr="00541039">
        <w:rPr>
          <w:lang w:val="ru-RU"/>
        </w:rPr>
        <w:t xml:space="preserve">Правила </w:t>
      </w:r>
      <w:proofErr w:type="spellStart"/>
      <w:r w:rsidRPr="00541039">
        <w:rPr>
          <w:lang w:val="ru-RU"/>
        </w:rPr>
        <w:t>регулюються</w:t>
      </w:r>
      <w:proofErr w:type="spellEnd"/>
      <w:r w:rsidRPr="00541039">
        <w:rPr>
          <w:lang w:val="ru-RU"/>
        </w:rPr>
        <w:t xml:space="preserve"> та </w:t>
      </w:r>
      <w:proofErr w:type="spellStart"/>
      <w:r w:rsidRPr="00541039">
        <w:rPr>
          <w:lang w:val="ru-RU"/>
        </w:rPr>
        <w:t>тлумачаться</w:t>
      </w:r>
      <w:proofErr w:type="spellEnd"/>
      <w:r w:rsidRPr="00541039">
        <w:rPr>
          <w:lang w:val="ru-RU"/>
        </w:rPr>
        <w:t xml:space="preserve"> </w:t>
      </w:r>
      <w:proofErr w:type="spellStart"/>
      <w:r w:rsidRPr="00541039">
        <w:rPr>
          <w:lang w:val="ru-RU"/>
        </w:rPr>
        <w:t>відповідно</w:t>
      </w:r>
      <w:proofErr w:type="spellEnd"/>
      <w:r w:rsidRPr="00541039">
        <w:rPr>
          <w:lang w:val="ru-RU"/>
        </w:rPr>
        <w:t xml:space="preserve"> до </w:t>
      </w:r>
      <w:proofErr w:type="spellStart"/>
      <w:r w:rsidRPr="00541039">
        <w:rPr>
          <w:lang w:val="ru-RU"/>
        </w:rPr>
        <w:t>законодавства</w:t>
      </w:r>
      <w:proofErr w:type="spellEnd"/>
      <w:r w:rsidRPr="00541039">
        <w:rPr>
          <w:lang w:val="ru-RU"/>
        </w:rPr>
        <w:t xml:space="preserve"> </w:t>
      </w:r>
      <w:proofErr w:type="spellStart"/>
      <w:r w:rsidRPr="00541039">
        <w:rPr>
          <w:lang w:val="ru-RU"/>
        </w:rPr>
        <w:t>України</w:t>
      </w:r>
      <w:proofErr w:type="spellEnd"/>
      <w:r w:rsidRPr="00541039">
        <w:rPr>
          <w:lang w:val="ru-RU"/>
        </w:rPr>
        <w:t xml:space="preserve">. </w:t>
      </w:r>
      <w:proofErr w:type="spellStart"/>
      <w:r w:rsidRPr="00541039">
        <w:rPr>
          <w:lang w:val="ru-RU"/>
        </w:rPr>
        <w:t>Відносини</w:t>
      </w:r>
      <w:proofErr w:type="spellEnd"/>
      <w:r w:rsidRPr="00541039">
        <w:rPr>
          <w:lang w:val="ru-RU"/>
        </w:rPr>
        <w:t xml:space="preserve">, </w:t>
      </w:r>
      <w:proofErr w:type="spellStart"/>
      <w:r w:rsidRPr="00541039">
        <w:rPr>
          <w:lang w:val="ru-RU"/>
        </w:rPr>
        <w:t>що</w:t>
      </w:r>
      <w:proofErr w:type="spellEnd"/>
      <w:r w:rsidRPr="00541039">
        <w:rPr>
          <w:lang w:val="ru-RU"/>
        </w:rPr>
        <w:t xml:space="preserve"> не </w:t>
      </w:r>
      <w:proofErr w:type="spellStart"/>
      <w:r w:rsidRPr="00541039">
        <w:rPr>
          <w:lang w:val="ru-RU"/>
        </w:rPr>
        <w:t>врегульовані</w:t>
      </w:r>
      <w:proofErr w:type="spellEnd"/>
      <w:r w:rsidRPr="00541039">
        <w:rPr>
          <w:lang w:val="ru-RU"/>
        </w:rPr>
        <w:t xml:space="preserve"> </w:t>
      </w:r>
      <w:proofErr w:type="spellStart"/>
      <w:r w:rsidRPr="00541039">
        <w:rPr>
          <w:lang w:val="ru-RU"/>
        </w:rPr>
        <w:t>цими</w:t>
      </w:r>
      <w:proofErr w:type="spellEnd"/>
      <w:r w:rsidRPr="00541039">
        <w:rPr>
          <w:lang w:val="ru-RU"/>
        </w:rPr>
        <w:t xml:space="preserve"> Правилами, </w:t>
      </w:r>
      <w:proofErr w:type="spellStart"/>
      <w:r w:rsidRPr="00541039">
        <w:rPr>
          <w:lang w:val="ru-RU"/>
        </w:rPr>
        <w:t>регулюються</w:t>
      </w:r>
      <w:proofErr w:type="spellEnd"/>
      <w:r w:rsidRPr="00541039">
        <w:rPr>
          <w:lang w:val="ru-RU"/>
        </w:rPr>
        <w:t xml:space="preserve"> </w:t>
      </w:r>
      <w:proofErr w:type="spellStart"/>
      <w:r w:rsidRPr="00541039">
        <w:rPr>
          <w:lang w:val="ru-RU"/>
        </w:rPr>
        <w:t>відповідно</w:t>
      </w:r>
      <w:proofErr w:type="spellEnd"/>
      <w:r w:rsidRPr="00541039">
        <w:rPr>
          <w:lang w:val="ru-RU"/>
        </w:rPr>
        <w:t xml:space="preserve"> до чинного </w:t>
      </w:r>
      <w:proofErr w:type="spellStart"/>
      <w:r w:rsidRPr="00541039">
        <w:rPr>
          <w:lang w:val="ru-RU"/>
        </w:rPr>
        <w:t>законодавства</w:t>
      </w:r>
      <w:proofErr w:type="spellEnd"/>
      <w:r w:rsidRPr="00541039">
        <w:rPr>
          <w:lang w:val="ru-RU"/>
        </w:rPr>
        <w:t xml:space="preserve"> </w:t>
      </w:r>
      <w:proofErr w:type="spellStart"/>
      <w:r w:rsidRPr="00541039">
        <w:rPr>
          <w:lang w:val="ru-RU"/>
        </w:rPr>
        <w:t>України</w:t>
      </w:r>
      <w:proofErr w:type="spellEnd"/>
      <w:r w:rsidRPr="00541039">
        <w:rPr>
          <w:lang w:val="ru-RU"/>
        </w:rPr>
        <w:t>.</w:t>
      </w:r>
    </w:p>
    <w:p w14:paraId="7B71030A" w14:textId="75FB4DB4" w:rsidR="00D97F10" w:rsidRPr="00541039" w:rsidRDefault="00541039">
      <w:pPr>
        <w:pStyle w:val="LegalClause"/>
        <w:numPr>
          <w:ilvl w:val="1"/>
          <w:numId w:val="1"/>
        </w:numPr>
        <w:rPr>
          <w:b/>
          <w:bCs/>
          <w:lang w:val="ru-RU"/>
        </w:rPr>
      </w:pPr>
      <w:proofErr w:type="spellStart"/>
      <w:r w:rsidRPr="00541039">
        <w:rPr>
          <w:lang w:val="ru-RU"/>
        </w:rPr>
        <w:t>Інформація</w:t>
      </w:r>
      <w:proofErr w:type="spellEnd"/>
      <w:r w:rsidRPr="00541039">
        <w:rPr>
          <w:lang w:val="ru-RU"/>
        </w:rPr>
        <w:t xml:space="preserve"> про </w:t>
      </w:r>
      <w:proofErr w:type="spellStart"/>
      <w:r w:rsidRPr="00541039">
        <w:rPr>
          <w:lang w:val="ru-RU"/>
        </w:rPr>
        <w:t>Кампанію</w:t>
      </w:r>
      <w:proofErr w:type="spellEnd"/>
      <w:r w:rsidRPr="00541039">
        <w:rPr>
          <w:lang w:val="ru-RU"/>
        </w:rPr>
        <w:t xml:space="preserve">, </w:t>
      </w:r>
      <w:proofErr w:type="spellStart"/>
      <w:r w:rsidRPr="00541039">
        <w:rPr>
          <w:lang w:val="ru-RU"/>
        </w:rPr>
        <w:t>розміщена</w:t>
      </w:r>
      <w:proofErr w:type="spellEnd"/>
      <w:r w:rsidRPr="00541039">
        <w:rPr>
          <w:lang w:val="ru-RU"/>
        </w:rPr>
        <w:t xml:space="preserve"> у </w:t>
      </w:r>
      <w:proofErr w:type="spellStart"/>
      <w:r w:rsidRPr="00541039">
        <w:rPr>
          <w:lang w:val="ru-RU"/>
        </w:rPr>
        <w:t>рекламних</w:t>
      </w:r>
      <w:proofErr w:type="spellEnd"/>
      <w:r w:rsidRPr="00541039">
        <w:rPr>
          <w:lang w:val="ru-RU"/>
        </w:rPr>
        <w:t xml:space="preserve">, </w:t>
      </w:r>
      <w:proofErr w:type="spellStart"/>
      <w:r w:rsidRPr="00541039">
        <w:rPr>
          <w:lang w:val="ru-RU"/>
        </w:rPr>
        <w:t>інформаційних</w:t>
      </w:r>
      <w:proofErr w:type="spellEnd"/>
      <w:r w:rsidRPr="00541039">
        <w:rPr>
          <w:lang w:val="ru-RU"/>
        </w:rPr>
        <w:t xml:space="preserve">, </w:t>
      </w:r>
      <w:proofErr w:type="spellStart"/>
      <w:r w:rsidRPr="00541039">
        <w:rPr>
          <w:lang w:val="ru-RU"/>
        </w:rPr>
        <w:t>аудіовізуальних</w:t>
      </w:r>
      <w:proofErr w:type="spellEnd"/>
      <w:r w:rsidRPr="00541039">
        <w:rPr>
          <w:lang w:val="ru-RU"/>
        </w:rPr>
        <w:t xml:space="preserve"> та </w:t>
      </w:r>
      <w:proofErr w:type="spellStart"/>
      <w:r w:rsidRPr="00541039">
        <w:rPr>
          <w:lang w:val="ru-RU"/>
        </w:rPr>
        <w:t>інших</w:t>
      </w:r>
      <w:proofErr w:type="spellEnd"/>
      <w:r w:rsidRPr="00541039">
        <w:rPr>
          <w:lang w:val="ru-RU"/>
        </w:rPr>
        <w:t xml:space="preserve"> </w:t>
      </w:r>
      <w:proofErr w:type="spellStart"/>
      <w:r w:rsidRPr="00541039">
        <w:rPr>
          <w:lang w:val="ru-RU"/>
        </w:rPr>
        <w:t>матеріалах</w:t>
      </w:r>
      <w:proofErr w:type="spellEnd"/>
      <w:r w:rsidRPr="00541039">
        <w:rPr>
          <w:lang w:val="ru-RU"/>
        </w:rPr>
        <w:t xml:space="preserve">, </w:t>
      </w:r>
      <w:proofErr w:type="spellStart"/>
      <w:r w:rsidRPr="00541039">
        <w:rPr>
          <w:lang w:val="ru-RU"/>
        </w:rPr>
        <w:t>має</w:t>
      </w:r>
      <w:proofErr w:type="spellEnd"/>
      <w:r w:rsidRPr="00541039">
        <w:rPr>
          <w:lang w:val="ru-RU"/>
        </w:rPr>
        <w:t xml:space="preserve"> </w:t>
      </w:r>
      <w:proofErr w:type="spellStart"/>
      <w:r w:rsidRPr="00541039">
        <w:rPr>
          <w:lang w:val="ru-RU"/>
        </w:rPr>
        <w:t>інформаційний</w:t>
      </w:r>
      <w:proofErr w:type="spellEnd"/>
      <w:r w:rsidRPr="00541039">
        <w:rPr>
          <w:lang w:val="ru-RU"/>
        </w:rPr>
        <w:t xml:space="preserve"> характер. </w:t>
      </w:r>
      <w:r w:rsidRPr="00541039">
        <w:rPr>
          <w:rStyle w:val="Strong"/>
          <w:b w:val="0"/>
          <w:bCs w:val="0"/>
          <w:lang w:val="ru-RU"/>
        </w:rPr>
        <w:t xml:space="preserve">У </w:t>
      </w:r>
      <w:proofErr w:type="spellStart"/>
      <w:r w:rsidRPr="00541039">
        <w:rPr>
          <w:rStyle w:val="Strong"/>
          <w:b w:val="0"/>
          <w:bCs w:val="0"/>
          <w:lang w:val="ru-RU"/>
        </w:rPr>
        <w:t>разі</w:t>
      </w:r>
      <w:proofErr w:type="spellEnd"/>
      <w:r w:rsidRPr="00541039">
        <w:rPr>
          <w:rStyle w:val="Strong"/>
          <w:b w:val="0"/>
          <w:bCs w:val="0"/>
          <w:lang w:val="ru-RU"/>
        </w:rPr>
        <w:t xml:space="preserve"> </w:t>
      </w:r>
      <w:proofErr w:type="spellStart"/>
      <w:r w:rsidRPr="00541039">
        <w:rPr>
          <w:rStyle w:val="Strong"/>
          <w:b w:val="0"/>
          <w:bCs w:val="0"/>
          <w:lang w:val="ru-RU"/>
        </w:rPr>
        <w:t>розбіжностей</w:t>
      </w:r>
      <w:proofErr w:type="spellEnd"/>
      <w:r w:rsidRPr="00541039">
        <w:rPr>
          <w:rStyle w:val="Strong"/>
          <w:b w:val="0"/>
          <w:bCs w:val="0"/>
          <w:lang w:val="ru-RU"/>
        </w:rPr>
        <w:t xml:space="preserve"> </w:t>
      </w:r>
      <w:proofErr w:type="spellStart"/>
      <w:r w:rsidRPr="00541039">
        <w:rPr>
          <w:rStyle w:val="Strong"/>
          <w:b w:val="0"/>
          <w:bCs w:val="0"/>
          <w:lang w:val="ru-RU"/>
        </w:rPr>
        <w:t>між</w:t>
      </w:r>
      <w:proofErr w:type="spellEnd"/>
      <w:r w:rsidRPr="00541039">
        <w:rPr>
          <w:rStyle w:val="Strong"/>
          <w:b w:val="0"/>
          <w:bCs w:val="0"/>
          <w:lang w:val="ru-RU"/>
        </w:rPr>
        <w:t xml:space="preserve"> такою </w:t>
      </w:r>
      <w:proofErr w:type="spellStart"/>
      <w:r w:rsidRPr="00541039">
        <w:rPr>
          <w:rStyle w:val="Strong"/>
          <w:b w:val="0"/>
          <w:bCs w:val="0"/>
          <w:lang w:val="ru-RU"/>
        </w:rPr>
        <w:t>інформацією</w:t>
      </w:r>
      <w:proofErr w:type="spellEnd"/>
      <w:r w:rsidRPr="00541039">
        <w:rPr>
          <w:rStyle w:val="Strong"/>
          <w:b w:val="0"/>
          <w:bCs w:val="0"/>
          <w:lang w:val="ru-RU"/>
        </w:rPr>
        <w:t xml:space="preserve"> та </w:t>
      </w:r>
      <w:proofErr w:type="spellStart"/>
      <w:r w:rsidRPr="00541039">
        <w:rPr>
          <w:rStyle w:val="Strong"/>
          <w:b w:val="0"/>
          <w:bCs w:val="0"/>
          <w:lang w:val="ru-RU"/>
        </w:rPr>
        <w:t>цими</w:t>
      </w:r>
      <w:proofErr w:type="spellEnd"/>
      <w:r w:rsidRPr="00541039">
        <w:rPr>
          <w:rStyle w:val="Strong"/>
          <w:b w:val="0"/>
          <w:bCs w:val="0"/>
          <w:lang w:val="ru-RU"/>
        </w:rPr>
        <w:t xml:space="preserve"> Правилами </w:t>
      </w:r>
      <w:proofErr w:type="spellStart"/>
      <w:r w:rsidRPr="00541039">
        <w:rPr>
          <w:rStyle w:val="Strong"/>
          <w:b w:val="0"/>
          <w:bCs w:val="0"/>
          <w:lang w:val="ru-RU"/>
        </w:rPr>
        <w:t>застосовується</w:t>
      </w:r>
      <w:proofErr w:type="spellEnd"/>
      <w:r w:rsidRPr="00541039">
        <w:rPr>
          <w:rStyle w:val="Strong"/>
          <w:b w:val="0"/>
          <w:bCs w:val="0"/>
          <w:lang w:val="ru-RU"/>
        </w:rPr>
        <w:t xml:space="preserve"> актуальна </w:t>
      </w:r>
      <w:proofErr w:type="spellStart"/>
      <w:r w:rsidRPr="00541039">
        <w:rPr>
          <w:rStyle w:val="Strong"/>
          <w:b w:val="0"/>
          <w:bCs w:val="0"/>
          <w:lang w:val="ru-RU"/>
        </w:rPr>
        <w:t>редакція</w:t>
      </w:r>
      <w:proofErr w:type="spellEnd"/>
      <w:r w:rsidRPr="00541039">
        <w:rPr>
          <w:rStyle w:val="Strong"/>
          <w:b w:val="0"/>
          <w:bCs w:val="0"/>
          <w:lang w:val="ru-RU"/>
        </w:rPr>
        <w:t xml:space="preserve"> Правил, </w:t>
      </w:r>
      <w:proofErr w:type="spellStart"/>
      <w:r w:rsidRPr="00541039">
        <w:rPr>
          <w:rStyle w:val="Strong"/>
          <w:b w:val="0"/>
          <w:bCs w:val="0"/>
          <w:lang w:val="ru-RU"/>
        </w:rPr>
        <w:t>оприлюднена</w:t>
      </w:r>
      <w:proofErr w:type="spellEnd"/>
      <w:r w:rsidRPr="00541039">
        <w:rPr>
          <w:rStyle w:val="Strong"/>
          <w:b w:val="0"/>
          <w:bCs w:val="0"/>
          <w:lang w:val="ru-RU"/>
        </w:rPr>
        <w:t xml:space="preserve"> на </w:t>
      </w:r>
      <w:proofErr w:type="spellStart"/>
      <w:r w:rsidRPr="00541039">
        <w:rPr>
          <w:rStyle w:val="Strong"/>
          <w:b w:val="0"/>
          <w:bCs w:val="0"/>
          <w:lang w:val="ru-RU"/>
        </w:rPr>
        <w:t>Сторінці</w:t>
      </w:r>
      <w:proofErr w:type="spellEnd"/>
      <w:r w:rsidRPr="00541039">
        <w:rPr>
          <w:rStyle w:val="Strong"/>
          <w:b w:val="0"/>
          <w:bCs w:val="0"/>
          <w:lang w:val="ru-RU"/>
        </w:rPr>
        <w:t xml:space="preserve"> </w:t>
      </w:r>
      <w:proofErr w:type="spellStart"/>
      <w:r w:rsidRPr="00541039">
        <w:rPr>
          <w:rStyle w:val="Strong"/>
          <w:b w:val="0"/>
          <w:bCs w:val="0"/>
          <w:lang w:val="ru-RU"/>
        </w:rPr>
        <w:t>голосування</w:t>
      </w:r>
      <w:proofErr w:type="spellEnd"/>
      <w:r w:rsidRPr="00541039">
        <w:rPr>
          <w:b/>
          <w:bCs/>
          <w:lang w:val="ru-RU"/>
        </w:rPr>
        <w:t>.</w:t>
      </w:r>
    </w:p>
    <w:p w14:paraId="398E83A7" w14:textId="317731EB" w:rsidR="00D97F10" w:rsidRDefault="00000000" w:rsidP="0009255D">
      <w:pPr>
        <w:pStyle w:val="Heading1"/>
        <w:numPr>
          <w:ilvl w:val="0"/>
          <w:numId w:val="1"/>
        </w:numPr>
        <w:ind w:firstLine="66"/>
      </w:pPr>
      <w:r>
        <w:rPr>
          <w:rFonts w:ascii="Times New Roman" w:eastAsia="Times New Roman" w:hAnsi="Times New Roman" w:cs="Times New Roman"/>
        </w:rPr>
        <w:t>ТЕРМІНИ ТА ВИЗНАЧЕННЯ</w:t>
      </w:r>
    </w:p>
    <w:p w14:paraId="2B5D8299" w14:textId="77E86DD4" w:rsidR="00D97F10" w:rsidRDefault="00000000" w:rsidP="0009255D">
      <w:pPr>
        <w:pStyle w:val="LegalClause"/>
        <w:numPr>
          <w:ilvl w:val="1"/>
          <w:numId w:val="1"/>
        </w:numPr>
      </w:pPr>
      <w:proofErr w:type="spellStart"/>
      <w:r>
        <w:rPr>
          <w:b/>
        </w:rPr>
        <w:t>Організатор</w:t>
      </w:r>
      <w:proofErr w:type="spellEnd"/>
      <w:r>
        <w:rPr>
          <w:b/>
        </w:rPr>
        <w:t xml:space="preserve"> - </w:t>
      </w:r>
      <w:proofErr w:type="spellStart"/>
      <w:r>
        <w:t>Товариство</w:t>
      </w:r>
      <w:proofErr w:type="spellEnd"/>
      <w:r>
        <w:t xml:space="preserve"> з обмеженою відповідальністю «ОТТ УКРАЇНА», код ЄДРПОУ 41303621.</w:t>
      </w:r>
    </w:p>
    <w:p w14:paraId="3D67F4C2" w14:textId="77777777" w:rsidR="00D97F10" w:rsidRDefault="00000000">
      <w:pPr>
        <w:pStyle w:val="LegalClause"/>
        <w:numPr>
          <w:ilvl w:val="1"/>
          <w:numId w:val="1"/>
        </w:numPr>
      </w:pPr>
      <w:r>
        <w:rPr>
          <w:b/>
        </w:rPr>
        <w:t xml:space="preserve">Платформа / SWEET.TV - </w:t>
      </w:r>
      <w:r>
        <w:t>онлайн-сервіс SWEET.TV; для цілей Голосування використовується виключно вебсайт SWEET.TV.</w:t>
      </w:r>
    </w:p>
    <w:p w14:paraId="582593C3" w14:textId="74FD5EA6" w:rsidR="00D97F10" w:rsidRPr="00541039" w:rsidRDefault="00541039">
      <w:pPr>
        <w:pStyle w:val="LegalClause"/>
        <w:numPr>
          <w:ilvl w:val="1"/>
          <w:numId w:val="1"/>
        </w:numPr>
        <w:rPr>
          <w:lang w:val="ru-RU"/>
        </w:rPr>
      </w:pPr>
      <w:r w:rsidRPr="00541039">
        <w:rPr>
          <w:b/>
          <w:lang w:val="ru-RU"/>
        </w:rPr>
        <w:t xml:space="preserve">Проект - </w:t>
      </w:r>
      <w:proofErr w:type="spellStart"/>
      <w:r w:rsidR="0009255D" w:rsidRPr="0009255D">
        <w:rPr>
          <w:lang w:val="ru-RU"/>
        </w:rPr>
        <w:t>аудіовізуальне</w:t>
      </w:r>
      <w:proofErr w:type="spellEnd"/>
      <w:r w:rsidRPr="00541039">
        <w:rPr>
          <w:lang w:val="ru-RU"/>
        </w:rPr>
        <w:t xml:space="preserve"> шоу «Фабрика </w:t>
      </w:r>
      <w:proofErr w:type="spellStart"/>
      <w:r w:rsidRPr="00541039">
        <w:rPr>
          <w:lang w:val="ru-RU"/>
        </w:rPr>
        <w:t>Зірок</w:t>
      </w:r>
      <w:proofErr w:type="spellEnd"/>
      <w:r w:rsidRPr="00541039">
        <w:rPr>
          <w:lang w:val="ru-RU"/>
        </w:rPr>
        <w:t xml:space="preserve">», у межах </w:t>
      </w:r>
      <w:proofErr w:type="spellStart"/>
      <w:r w:rsidRPr="00541039">
        <w:rPr>
          <w:lang w:val="ru-RU"/>
        </w:rPr>
        <w:t>якого</w:t>
      </w:r>
      <w:proofErr w:type="spellEnd"/>
      <w:r w:rsidRPr="00541039">
        <w:rPr>
          <w:lang w:val="ru-RU"/>
        </w:rPr>
        <w:t xml:space="preserve"> за результатами </w:t>
      </w:r>
      <w:proofErr w:type="spellStart"/>
      <w:r w:rsidRPr="00541039">
        <w:rPr>
          <w:lang w:val="ru-RU"/>
        </w:rPr>
        <w:t>Голосування</w:t>
      </w:r>
      <w:proofErr w:type="spellEnd"/>
      <w:r w:rsidRPr="00541039">
        <w:rPr>
          <w:lang w:val="ru-RU"/>
        </w:rPr>
        <w:t xml:space="preserve"> </w:t>
      </w:r>
      <w:proofErr w:type="spellStart"/>
      <w:r w:rsidRPr="00541039">
        <w:rPr>
          <w:lang w:val="ru-RU"/>
        </w:rPr>
        <w:t>визначається</w:t>
      </w:r>
      <w:proofErr w:type="spellEnd"/>
      <w:r w:rsidRPr="00541039">
        <w:rPr>
          <w:lang w:val="ru-RU"/>
        </w:rPr>
        <w:t xml:space="preserve"> 12-й </w:t>
      </w:r>
      <w:proofErr w:type="spellStart"/>
      <w:r w:rsidRPr="00541039">
        <w:rPr>
          <w:lang w:val="ru-RU"/>
        </w:rPr>
        <w:t>учасник</w:t>
      </w:r>
      <w:proofErr w:type="spellEnd"/>
      <w:r w:rsidRPr="00541039">
        <w:rPr>
          <w:lang w:val="ru-RU"/>
        </w:rPr>
        <w:t xml:space="preserve"> основного сезону.</w:t>
      </w:r>
    </w:p>
    <w:p w14:paraId="34A27F26" w14:textId="77777777" w:rsidR="00D97F10" w:rsidRPr="00541039" w:rsidRDefault="00000000">
      <w:pPr>
        <w:pStyle w:val="LegalClause"/>
        <w:numPr>
          <w:ilvl w:val="1"/>
          <w:numId w:val="1"/>
        </w:numPr>
        <w:rPr>
          <w:lang w:val="ru-RU"/>
        </w:rPr>
      </w:pPr>
      <w:proofErr w:type="spellStart"/>
      <w:r w:rsidRPr="00541039">
        <w:rPr>
          <w:b/>
          <w:lang w:val="ru-RU"/>
        </w:rPr>
        <w:t>Кампанія</w:t>
      </w:r>
      <w:proofErr w:type="spellEnd"/>
      <w:r w:rsidRPr="00541039">
        <w:rPr>
          <w:b/>
          <w:lang w:val="ru-RU"/>
        </w:rPr>
        <w:t xml:space="preserve"> - </w:t>
      </w:r>
      <w:proofErr w:type="spellStart"/>
      <w:r w:rsidRPr="00541039">
        <w:rPr>
          <w:lang w:val="ru-RU"/>
        </w:rPr>
        <w:t>сукупність</w:t>
      </w:r>
      <w:proofErr w:type="spellEnd"/>
      <w:r w:rsidRPr="00541039">
        <w:rPr>
          <w:lang w:val="ru-RU"/>
        </w:rPr>
        <w:t xml:space="preserve"> </w:t>
      </w:r>
      <w:proofErr w:type="spellStart"/>
      <w:r w:rsidRPr="00541039">
        <w:rPr>
          <w:lang w:val="ru-RU"/>
        </w:rPr>
        <w:t>Голосування</w:t>
      </w:r>
      <w:proofErr w:type="spellEnd"/>
      <w:r w:rsidRPr="00541039">
        <w:rPr>
          <w:lang w:val="ru-RU"/>
        </w:rPr>
        <w:t xml:space="preserve">, </w:t>
      </w:r>
      <w:proofErr w:type="spellStart"/>
      <w:r w:rsidRPr="00541039">
        <w:rPr>
          <w:lang w:val="ru-RU"/>
        </w:rPr>
        <w:t>Благодійної</w:t>
      </w:r>
      <w:proofErr w:type="spellEnd"/>
      <w:r w:rsidRPr="00541039">
        <w:rPr>
          <w:lang w:val="ru-RU"/>
        </w:rPr>
        <w:t xml:space="preserve"> </w:t>
      </w:r>
      <w:proofErr w:type="spellStart"/>
      <w:r w:rsidRPr="00541039">
        <w:rPr>
          <w:lang w:val="ru-RU"/>
        </w:rPr>
        <w:t>складової</w:t>
      </w:r>
      <w:proofErr w:type="spellEnd"/>
      <w:r w:rsidRPr="00541039">
        <w:rPr>
          <w:lang w:val="ru-RU"/>
        </w:rPr>
        <w:t xml:space="preserve">, </w:t>
      </w:r>
      <w:proofErr w:type="spellStart"/>
      <w:r w:rsidRPr="00541039">
        <w:rPr>
          <w:lang w:val="ru-RU"/>
        </w:rPr>
        <w:t>Подарункового</w:t>
      </w:r>
      <w:proofErr w:type="spellEnd"/>
      <w:r w:rsidRPr="00541039">
        <w:rPr>
          <w:lang w:val="ru-RU"/>
        </w:rPr>
        <w:t xml:space="preserve"> доступу та </w:t>
      </w:r>
      <w:proofErr w:type="spellStart"/>
      <w:r w:rsidRPr="00541039">
        <w:rPr>
          <w:lang w:val="ru-RU"/>
        </w:rPr>
        <w:t>Розіграшу</w:t>
      </w:r>
      <w:proofErr w:type="spellEnd"/>
      <w:r w:rsidRPr="00541039">
        <w:rPr>
          <w:lang w:val="ru-RU"/>
        </w:rPr>
        <w:t xml:space="preserve">, </w:t>
      </w:r>
      <w:proofErr w:type="spellStart"/>
      <w:r w:rsidRPr="00541039">
        <w:rPr>
          <w:lang w:val="ru-RU"/>
        </w:rPr>
        <w:t>що</w:t>
      </w:r>
      <w:proofErr w:type="spellEnd"/>
      <w:r w:rsidRPr="00541039">
        <w:rPr>
          <w:lang w:val="ru-RU"/>
        </w:rPr>
        <w:t xml:space="preserve"> </w:t>
      </w:r>
      <w:proofErr w:type="spellStart"/>
      <w:r w:rsidRPr="00541039">
        <w:rPr>
          <w:lang w:val="ru-RU"/>
        </w:rPr>
        <w:t>регулюються</w:t>
      </w:r>
      <w:proofErr w:type="spellEnd"/>
      <w:r w:rsidRPr="00541039">
        <w:rPr>
          <w:lang w:val="ru-RU"/>
        </w:rPr>
        <w:t xml:space="preserve"> </w:t>
      </w:r>
      <w:proofErr w:type="spellStart"/>
      <w:r w:rsidRPr="00541039">
        <w:rPr>
          <w:lang w:val="ru-RU"/>
        </w:rPr>
        <w:t>цими</w:t>
      </w:r>
      <w:proofErr w:type="spellEnd"/>
      <w:r w:rsidRPr="00541039">
        <w:rPr>
          <w:lang w:val="ru-RU"/>
        </w:rPr>
        <w:t xml:space="preserve"> Правилами.</w:t>
      </w:r>
    </w:p>
    <w:p w14:paraId="58F4B071" w14:textId="77777777" w:rsidR="00D97F10" w:rsidRPr="00541039" w:rsidRDefault="00000000">
      <w:pPr>
        <w:pStyle w:val="LegalClause"/>
        <w:numPr>
          <w:ilvl w:val="1"/>
          <w:numId w:val="1"/>
        </w:numPr>
        <w:rPr>
          <w:lang w:val="ru-RU"/>
        </w:rPr>
      </w:pPr>
      <w:proofErr w:type="spellStart"/>
      <w:r w:rsidRPr="00541039">
        <w:rPr>
          <w:b/>
          <w:lang w:val="ru-RU"/>
        </w:rPr>
        <w:t>Сторінка</w:t>
      </w:r>
      <w:proofErr w:type="spellEnd"/>
      <w:r w:rsidRPr="00541039">
        <w:rPr>
          <w:b/>
          <w:lang w:val="ru-RU"/>
        </w:rPr>
        <w:t xml:space="preserve"> </w:t>
      </w:r>
      <w:proofErr w:type="spellStart"/>
      <w:r w:rsidRPr="00541039">
        <w:rPr>
          <w:b/>
          <w:lang w:val="ru-RU"/>
        </w:rPr>
        <w:t>голосування</w:t>
      </w:r>
      <w:proofErr w:type="spellEnd"/>
      <w:r w:rsidRPr="00541039">
        <w:rPr>
          <w:b/>
          <w:lang w:val="ru-RU"/>
        </w:rPr>
        <w:t xml:space="preserve"> - </w:t>
      </w:r>
      <w:proofErr w:type="spellStart"/>
      <w:r w:rsidRPr="00541039">
        <w:rPr>
          <w:lang w:val="ru-RU"/>
        </w:rPr>
        <w:t>спеціальна</w:t>
      </w:r>
      <w:proofErr w:type="spellEnd"/>
      <w:r w:rsidRPr="00541039">
        <w:rPr>
          <w:lang w:val="ru-RU"/>
        </w:rPr>
        <w:t xml:space="preserve"> </w:t>
      </w:r>
      <w:proofErr w:type="spellStart"/>
      <w:r w:rsidRPr="00541039">
        <w:rPr>
          <w:lang w:val="ru-RU"/>
        </w:rPr>
        <w:t>вебсторінка</w:t>
      </w:r>
      <w:proofErr w:type="spellEnd"/>
      <w:r w:rsidRPr="00541039">
        <w:rPr>
          <w:lang w:val="ru-RU"/>
        </w:rPr>
        <w:t xml:space="preserve"> </w:t>
      </w:r>
      <w:proofErr w:type="spellStart"/>
      <w:r w:rsidRPr="00541039">
        <w:rPr>
          <w:lang w:val="ru-RU"/>
        </w:rPr>
        <w:t>Проєкту</w:t>
      </w:r>
      <w:proofErr w:type="spellEnd"/>
      <w:r w:rsidRPr="00541039">
        <w:rPr>
          <w:lang w:val="ru-RU"/>
        </w:rPr>
        <w:t xml:space="preserve"> на </w:t>
      </w:r>
      <w:r>
        <w:t>SWEET</w:t>
      </w:r>
      <w:r w:rsidRPr="00541039">
        <w:rPr>
          <w:lang w:val="ru-RU"/>
        </w:rPr>
        <w:t>.</w:t>
      </w:r>
      <w:r>
        <w:t>TV</w:t>
      </w:r>
      <w:r w:rsidRPr="00541039">
        <w:rPr>
          <w:lang w:val="ru-RU"/>
        </w:rPr>
        <w:t xml:space="preserve">, на </w:t>
      </w:r>
      <w:proofErr w:type="spellStart"/>
      <w:r w:rsidRPr="00541039">
        <w:rPr>
          <w:lang w:val="ru-RU"/>
        </w:rPr>
        <w:t>якій</w:t>
      </w:r>
      <w:proofErr w:type="spellEnd"/>
      <w:r w:rsidRPr="00541039">
        <w:rPr>
          <w:lang w:val="ru-RU"/>
        </w:rPr>
        <w:t xml:space="preserve"> </w:t>
      </w:r>
      <w:proofErr w:type="spellStart"/>
      <w:r w:rsidRPr="00541039">
        <w:rPr>
          <w:lang w:val="ru-RU"/>
        </w:rPr>
        <w:t>розміщуються</w:t>
      </w:r>
      <w:proofErr w:type="spellEnd"/>
      <w:r w:rsidRPr="00541039">
        <w:rPr>
          <w:lang w:val="ru-RU"/>
        </w:rPr>
        <w:t xml:space="preserve"> </w:t>
      </w:r>
      <w:proofErr w:type="spellStart"/>
      <w:r w:rsidRPr="00541039">
        <w:rPr>
          <w:lang w:val="ru-RU"/>
        </w:rPr>
        <w:t>Кандидати</w:t>
      </w:r>
      <w:proofErr w:type="spellEnd"/>
      <w:r w:rsidRPr="00541039">
        <w:rPr>
          <w:lang w:val="ru-RU"/>
        </w:rPr>
        <w:t xml:space="preserve">, форма </w:t>
      </w:r>
      <w:proofErr w:type="spellStart"/>
      <w:r w:rsidRPr="00541039">
        <w:rPr>
          <w:lang w:val="ru-RU"/>
        </w:rPr>
        <w:t>голосування</w:t>
      </w:r>
      <w:proofErr w:type="spellEnd"/>
      <w:r w:rsidRPr="00541039">
        <w:rPr>
          <w:lang w:val="ru-RU"/>
        </w:rPr>
        <w:t xml:space="preserve">, Рейтинг, Правила та </w:t>
      </w:r>
      <w:proofErr w:type="spellStart"/>
      <w:r w:rsidRPr="00541039">
        <w:rPr>
          <w:lang w:val="ru-RU"/>
        </w:rPr>
        <w:t>повідомлення</w:t>
      </w:r>
      <w:proofErr w:type="spellEnd"/>
      <w:r w:rsidRPr="00541039">
        <w:rPr>
          <w:lang w:val="ru-RU"/>
        </w:rPr>
        <w:t xml:space="preserve"> </w:t>
      </w:r>
      <w:proofErr w:type="spellStart"/>
      <w:r w:rsidRPr="00541039">
        <w:rPr>
          <w:lang w:val="ru-RU"/>
        </w:rPr>
        <w:t>Організатора</w:t>
      </w:r>
      <w:proofErr w:type="spellEnd"/>
      <w:r w:rsidRPr="00541039">
        <w:rPr>
          <w:lang w:val="ru-RU"/>
        </w:rPr>
        <w:t>.</w:t>
      </w:r>
    </w:p>
    <w:p w14:paraId="3E21BE83" w14:textId="77777777" w:rsidR="00D97F10" w:rsidRPr="00541039" w:rsidRDefault="00000000">
      <w:pPr>
        <w:pStyle w:val="LegalClause"/>
        <w:numPr>
          <w:ilvl w:val="1"/>
          <w:numId w:val="1"/>
        </w:numPr>
        <w:rPr>
          <w:lang w:val="ru-RU"/>
        </w:rPr>
      </w:pPr>
      <w:proofErr w:type="spellStart"/>
      <w:r w:rsidRPr="00541039">
        <w:rPr>
          <w:b/>
          <w:lang w:val="ru-RU"/>
        </w:rPr>
        <w:t>Акаунт</w:t>
      </w:r>
      <w:proofErr w:type="spellEnd"/>
      <w:r w:rsidRPr="00541039">
        <w:rPr>
          <w:b/>
          <w:lang w:val="ru-RU"/>
        </w:rPr>
        <w:t xml:space="preserve"> - </w:t>
      </w:r>
      <w:proofErr w:type="spellStart"/>
      <w:r w:rsidRPr="00541039">
        <w:rPr>
          <w:lang w:val="ru-RU"/>
        </w:rPr>
        <w:t>зареєстрований</w:t>
      </w:r>
      <w:proofErr w:type="spellEnd"/>
      <w:r w:rsidRPr="00541039">
        <w:rPr>
          <w:lang w:val="ru-RU"/>
        </w:rPr>
        <w:t xml:space="preserve"> </w:t>
      </w:r>
      <w:proofErr w:type="spellStart"/>
      <w:r w:rsidRPr="00541039">
        <w:rPr>
          <w:lang w:val="ru-RU"/>
        </w:rPr>
        <w:t>обліковий</w:t>
      </w:r>
      <w:proofErr w:type="spellEnd"/>
      <w:r w:rsidRPr="00541039">
        <w:rPr>
          <w:lang w:val="ru-RU"/>
        </w:rPr>
        <w:t xml:space="preserve"> </w:t>
      </w:r>
      <w:proofErr w:type="spellStart"/>
      <w:r w:rsidRPr="00541039">
        <w:rPr>
          <w:lang w:val="ru-RU"/>
        </w:rPr>
        <w:t>запис</w:t>
      </w:r>
      <w:proofErr w:type="spellEnd"/>
      <w:r w:rsidRPr="00541039">
        <w:rPr>
          <w:lang w:val="ru-RU"/>
        </w:rPr>
        <w:t xml:space="preserve"> </w:t>
      </w:r>
      <w:proofErr w:type="spellStart"/>
      <w:r w:rsidRPr="00541039">
        <w:rPr>
          <w:lang w:val="ru-RU"/>
        </w:rPr>
        <w:t>користувача</w:t>
      </w:r>
      <w:proofErr w:type="spellEnd"/>
      <w:r w:rsidRPr="00541039">
        <w:rPr>
          <w:lang w:val="ru-RU"/>
        </w:rPr>
        <w:t xml:space="preserve"> </w:t>
      </w:r>
      <w:r>
        <w:t>SWEET</w:t>
      </w:r>
      <w:r w:rsidRPr="00541039">
        <w:rPr>
          <w:lang w:val="ru-RU"/>
        </w:rPr>
        <w:t>.</w:t>
      </w:r>
      <w:r>
        <w:t>TV</w:t>
      </w:r>
      <w:r w:rsidRPr="00541039">
        <w:rPr>
          <w:lang w:val="ru-RU"/>
        </w:rPr>
        <w:t xml:space="preserve">, </w:t>
      </w:r>
      <w:proofErr w:type="spellStart"/>
      <w:r w:rsidRPr="00541039">
        <w:rPr>
          <w:lang w:val="ru-RU"/>
        </w:rPr>
        <w:t>створений</w:t>
      </w:r>
      <w:proofErr w:type="spellEnd"/>
      <w:r w:rsidRPr="00541039">
        <w:rPr>
          <w:lang w:val="ru-RU"/>
        </w:rPr>
        <w:t xml:space="preserve"> </w:t>
      </w:r>
      <w:proofErr w:type="spellStart"/>
      <w:r w:rsidRPr="00541039">
        <w:rPr>
          <w:lang w:val="ru-RU"/>
        </w:rPr>
        <w:t>раніше</w:t>
      </w:r>
      <w:proofErr w:type="spellEnd"/>
      <w:r w:rsidRPr="00541039">
        <w:rPr>
          <w:lang w:val="ru-RU"/>
        </w:rPr>
        <w:t xml:space="preserve"> </w:t>
      </w:r>
      <w:proofErr w:type="spellStart"/>
      <w:r w:rsidRPr="00541039">
        <w:rPr>
          <w:lang w:val="ru-RU"/>
        </w:rPr>
        <w:t>або</w:t>
      </w:r>
      <w:proofErr w:type="spellEnd"/>
      <w:r w:rsidRPr="00541039">
        <w:rPr>
          <w:lang w:val="ru-RU"/>
        </w:rPr>
        <w:t xml:space="preserve"> </w:t>
      </w:r>
      <w:proofErr w:type="spellStart"/>
      <w:r w:rsidRPr="00541039">
        <w:rPr>
          <w:lang w:val="ru-RU"/>
        </w:rPr>
        <w:t>безпосередньо</w:t>
      </w:r>
      <w:proofErr w:type="spellEnd"/>
      <w:r w:rsidRPr="00541039">
        <w:rPr>
          <w:lang w:val="ru-RU"/>
        </w:rPr>
        <w:t xml:space="preserve"> перед </w:t>
      </w:r>
      <w:proofErr w:type="spellStart"/>
      <w:r w:rsidRPr="00541039">
        <w:rPr>
          <w:lang w:val="ru-RU"/>
        </w:rPr>
        <w:t>участю</w:t>
      </w:r>
      <w:proofErr w:type="spellEnd"/>
      <w:r w:rsidRPr="00541039">
        <w:rPr>
          <w:lang w:val="ru-RU"/>
        </w:rPr>
        <w:t xml:space="preserve"> у </w:t>
      </w:r>
      <w:proofErr w:type="spellStart"/>
      <w:r w:rsidRPr="00541039">
        <w:rPr>
          <w:lang w:val="ru-RU"/>
        </w:rPr>
        <w:t>Голосуванні</w:t>
      </w:r>
      <w:proofErr w:type="spellEnd"/>
      <w:r w:rsidRPr="00541039">
        <w:rPr>
          <w:lang w:val="ru-RU"/>
        </w:rPr>
        <w:t>.</w:t>
      </w:r>
    </w:p>
    <w:p w14:paraId="2F966ACD" w14:textId="319D9F59" w:rsidR="00D97F10" w:rsidRPr="00541039" w:rsidRDefault="00000000">
      <w:pPr>
        <w:pStyle w:val="LegalClause"/>
        <w:numPr>
          <w:ilvl w:val="1"/>
          <w:numId w:val="1"/>
        </w:numPr>
        <w:rPr>
          <w:lang w:val="ru-RU"/>
        </w:rPr>
      </w:pPr>
      <w:proofErr w:type="spellStart"/>
      <w:r w:rsidRPr="00541039">
        <w:rPr>
          <w:b/>
          <w:lang w:val="ru-RU"/>
        </w:rPr>
        <w:t>Учасник</w:t>
      </w:r>
      <w:proofErr w:type="spellEnd"/>
      <w:r w:rsidRPr="00541039">
        <w:rPr>
          <w:b/>
          <w:lang w:val="ru-RU"/>
        </w:rPr>
        <w:t xml:space="preserve"> </w:t>
      </w:r>
      <w:proofErr w:type="spellStart"/>
      <w:r w:rsidRPr="00541039">
        <w:rPr>
          <w:b/>
          <w:lang w:val="ru-RU"/>
        </w:rPr>
        <w:t>голосування</w:t>
      </w:r>
      <w:proofErr w:type="spellEnd"/>
      <w:r w:rsidRPr="00541039">
        <w:rPr>
          <w:b/>
          <w:lang w:val="ru-RU"/>
        </w:rPr>
        <w:t xml:space="preserve"> / </w:t>
      </w:r>
      <w:proofErr w:type="spellStart"/>
      <w:r w:rsidRPr="00541039">
        <w:rPr>
          <w:b/>
          <w:lang w:val="ru-RU"/>
        </w:rPr>
        <w:t>Учасник</w:t>
      </w:r>
      <w:proofErr w:type="spellEnd"/>
      <w:r w:rsidRPr="00541039">
        <w:rPr>
          <w:b/>
          <w:lang w:val="ru-RU"/>
        </w:rPr>
        <w:t xml:space="preserve"> </w:t>
      </w:r>
      <w:r w:rsidR="00B75142">
        <w:rPr>
          <w:b/>
          <w:lang w:val="ru-RU"/>
        </w:rPr>
        <w:t>та/</w:t>
      </w:r>
      <w:proofErr w:type="spellStart"/>
      <w:r w:rsidR="00B75142">
        <w:rPr>
          <w:b/>
          <w:lang w:val="ru-RU"/>
        </w:rPr>
        <w:t>або</w:t>
      </w:r>
      <w:proofErr w:type="spellEnd"/>
      <w:r w:rsidR="00B75142">
        <w:rPr>
          <w:b/>
          <w:lang w:val="ru-RU"/>
        </w:rPr>
        <w:t xml:space="preserve"> </w:t>
      </w:r>
      <w:proofErr w:type="spellStart"/>
      <w:r w:rsidR="00B75142">
        <w:rPr>
          <w:b/>
          <w:lang w:val="ru-RU"/>
        </w:rPr>
        <w:t>Користувач</w:t>
      </w:r>
      <w:proofErr w:type="spellEnd"/>
      <w:r w:rsidR="00B75142">
        <w:rPr>
          <w:b/>
          <w:lang w:val="ru-RU"/>
        </w:rPr>
        <w:t xml:space="preserve"> </w:t>
      </w:r>
      <w:r w:rsidRPr="00541039">
        <w:rPr>
          <w:b/>
          <w:lang w:val="ru-RU"/>
        </w:rPr>
        <w:t xml:space="preserve">- </w:t>
      </w:r>
      <w:proofErr w:type="spellStart"/>
      <w:r w:rsidRPr="00541039">
        <w:rPr>
          <w:lang w:val="ru-RU"/>
        </w:rPr>
        <w:t>фізична</w:t>
      </w:r>
      <w:proofErr w:type="spellEnd"/>
      <w:r w:rsidRPr="00541039">
        <w:rPr>
          <w:lang w:val="ru-RU"/>
        </w:rPr>
        <w:t xml:space="preserve"> особа, яка </w:t>
      </w:r>
      <w:proofErr w:type="spellStart"/>
      <w:r w:rsidRPr="00541039">
        <w:rPr>
          <w:lang w:val="ru-RU"/>
        </w:rPr>
        <w:t>відповідає</w:t>
      </w:r>
      <w:proofErr w:type="spellEnd"/>
      <w:r w:rsidRPr="00541039">
        <w:rPr>
          <w:lang w:val="ru-RU"/>
        </w:rPr>
        <w:t xml:space="preserve"> </w:t>
      </w:r>
      <w:proofErr w:type="spellStart"/>
      <w:r w:rsidRPr="00541039">
        <w:rPr>
          <w:lang w:val="ru-RU"/>
        </w:rPr>
        <w:t>розділу</w:t>
      </w:r>
      <w:proofErr w:type="spellEnd"/>
      <w:r w:rsidRPr="00541039">
        <w:rPr>
          <w:lang w:val="ru-RU"/>
        </w:rPr>
        <w:t xml:space="preserve"> 6 Правил, </w:t>
      </w:r>
      <w:proofErr w:type="spellStart"/>
      <w:r w:rsidRPr="00541039">
        <w:rPr>
          <w:lang w:val="ru-RU"/>
        </w:rPr>
        <w:t>авторизувалася</w:t>
      </w:r>
      <w:proofErr w:type="spellEnd"/>
      <w:r w:rsidRPr="00541039">
        <w:rPr>
          <w:lang w:val="ru-RU"/>
        </w:rPr>
        <w:t xml:space="preserve"> в </w:t>
      </w:r>
      <w:proofErr w:type="spellStart"/>
      <w:r w:rsidRPr="00541039">
        <w:rPr>
          <w:lang w:val="ru-RU"/>
        </w:rPr>
        <w:t>Акаунті</w:t>
      </w:r>
      <w:proofErr w:type="spellEnd"/>
      <w:r w:rsidRPr="00541039">
        <w:rPr>
          <w:lang w:val="ru-RU"/>
        </w:rPr>
        <w:t xml:space="preserve">, </w:t>
      </w:r>
      <w:proofErr w:type="spellStart"/>
      <w:r w:rsidRPr="00541039">
        <w:rPr>
          <w:lang w:val="ru-RU"/>
        </w:rPr>
        <w:t>обрала</w:t>
      </w:r>
      <w:proofErr w:type="spellEnd"/>
      <w:r w:rsidRPr="00541039">
        <w:rPr>
          <w:lang w:val="ru-RU"/>
        </w:rPr>
        <w:t xml:space="preserve"> одного Кандидата та </w:t>
      </w:r>
      <w:proofErr w:type="spellStart"/>
      <w:r w:rsidRPr="00541039">
        <w:rPr>
          <w:lang w:val="ru-RU"/>
        </w:rPr>
        <w:t>успішно</w:t>
      </w:r>
      <w:proofErr w:type="spellEnd"/>
      <w:r w:rsidRPr="00541039">
        <w:rPr>
          <w:lang w:val="ru-RU"/>
        </w:rPr>
        <w:t xml:space="preserve"> </w:t>
      </w:r>
      <w:proofErr w:type="spellStart"/>
      <w:r w:rsidRPr="00541039">
        <w:rPr>
          <w:lang w:val="ru-RU"/>
        </w:rPr>
        <w:t>здійснила</w:t>
      </w:r>
      <w:proofErr w:type="spellEnd"/>
      <w:r w:rsidRPr="00541039">
        <w:rPr>
          <w:lang w:val="ru-RU"/>
        </w:rPr>
        <w:t xml:space="preserve"> </w:t>
      </w:r>
      <w:proofErr w:type="spellStart"/>
      <w:r w:rsidRPr="00541039">
        <w:rPr>
          <w:lang w:val="ru-RU"/>
        </w:rPr>
        <w:t>Верифікаційний</w:t>
      </w:r>
      <w:proofErr w:type="spellEnd"/>
      <w:r w:rsidRPr="00541039">
        <w:rPr>
          <w:lang w:val="ru-RU"/>
        </w:rPr>
        <w:t xml:space="preserve"> </w:t>
      </w:r>
      <w:proofErr w:type="spellStart"/>
      <w:r w:rsidRPr="00541039">
        <w:rPr>
          <w:lang w:val="ru-RU"/>
        </w:rPr>
        <w:t>платіж</w:t>
      </w:r>
      <w:proofErr w:type="spellEnd"/>
      <w:r w:rsidRPr="00541039">
        <w:rPr>
          <w:lang w:val="ru-RU"/>
        </w:rPr>
        <w:t>.</w:t>
      </w:r>
    </w:p>
    <w:p w14:paraId="388C11B1" w14:textId="77777777" w:rsidR="00D97F10" w:rsidRPr="00541039" w:rsidRDefault="00000000">
      <w:pPr>
        <w:pStyle w:val="LegalClause"/>
        <w:numPr>
          <w:ilvl w:val="1"/>
          <w:numId w:val="1"/>
        </w:numPr>
        <w:rPr>
          <w:lang w:val="ru-RU"/>
        </w:rPr>
      </w:pPr>
      <w:r w:rsidRPr="00541039">
        <w:rPr>
          <w:b/>
          <w:lang w:val="ru-RU"/>
        </w:rPr>
        <w:t xml:space="preserve">Кандидат - </w:t>
      </w:r>
      <w:r w:rsidRPr="00541039">
        <w:rPr>
          <w:lang w:val="ru-RU"/>
        </w:rPr>
        <w:t xml:space="preserve">особа, допущена </w:t>
      </w:r>
      <w:proofErr w:type="spellStart"/>
      <w:r w:rsidRPr="00541039">
        <w:rPr>
          <w:lang w:val="ru-RU"/>
        </w:rPr>
        <w:t>Організатором</w:t>
      </w:r>
      <w:proofErr w:type="spellEnd"/>
      <w:r w:rsidRPr="00541039">
        <w:rPr>
          <w:lang w:val="ru-RU"/>
        </w:rPr>
        <w:t xml:space="preserve"> до </w:t>
      </w:r>
      <w:proofErr w:type="spellStart"/>
      <w:r w:rsidRPr="00541039">
        <w:rPr>
          <w:lang w:val="ru-RU"/>
        </w:rPr>
        <w:t>Голосування</w:t>
      </w:r>
      <w:proofErr w:type="spellEnd"/>
      <w:r w:rsidRPr="00541039">
        <w:rPr>
          <w:lang w:val="ru-RU"/>
        </w:rPr>
        <w:t xml:space="preserve"> </w:t>
      </w:r>
      <w:proofErr w:type="spellStart"/>
      <w:r w:rsidRPr="00541039">
        <w:rPr>
          <w:lang w:val="ru-RU"/>
        </w:rPr>
        <w:t>після</w:t>
      </w:r>
      <w:proofErr w:type="spellEnd"/>
      <w:r w:rsidRPr="00541039">
        <w:rPr>
          <w:lang w:val="ru-RU"/>
        </w:rPr>
        <w:t xml:space="preserve"> того, як вона не </w:t>
      </w:r>
      <w:proofErr w:type="spellStart"/>
      <w:r w:rsidRPr="00541039">
        <w:rPr>
          <w:lang w:val="ru-RU"/>
        </w:rPr>
        <w:t>пройшла</w:t>
      </w:r>
      <w:proofErr w:type="spellEnd"/>
      <w:r w:rsidRPr="00541039">
        <w:rPr>
          <w:lang w:val="ru-RU"/>
        </w:rPr>
        <w:t xml:space="preserve"> </w:t>
      </w:r>
      <w:proofErr w:type="spellStart"/>
      <w:r w:rsidRPr="00541039">
        <w:rPr>
          <w:lang w:val="ru-RU"/>
        </w:rPr>
        <w:t>далі</w:t>
      </w:r>
      <w:proofErr w:type="spellEnd"/>
      <w:r w:rsidRPr="00541039">
        <w:rPr>
          <w:lang w:val="ru-RU"/>
        </w:rPr>
        <w:t xml:space="preserve"> за результатами </w:t>
      </w:r>
      <w:proofErr w:type="spellStart"/>
      <w:r w:rsidRPr="00541039">
        <w:rPr>
          <w:lang w:val="ru-RU"/>
        </w:rPr>
        <w:t>першого</w:t>
      </w:r>
      <w:proofErr w:type="spellEnd"/>
      <w:r w:rsidRPr="00541039">
        <w:rPr>
          <w:lang w:val="ru-RU"/>
        </w:rPr>
        <w:t xml:space="preserve"> </w:t>
      </w:r>
      <w:proofErr w:type="spellStart"/>
      <w:r w:rsidRPr="00541039">
        <w:rPr>
          <w:lang w:val="ru-RU"/>
        </w:rPr>
        <w:t>або</w:t>
      </w:r>
      <w:proofErr w:type="spellEnd"/>
      <w:r w:rsidRPr="00541039">
        <w:rPr>
          <w:lang w:val="ru-RU"/>
        </w:rPr>
        <w:t xml:space="preserve"> другого </w:t>
      </w:r>
      <w:proofErr w:type="spellStart"/>
      <w:r w:rsidRPr="00541039">
        <w:rPr>
          <w:lang w:val="ru-RU"/>
        </w:rPr>
        <w:t>епізоду</w:t>
      </w:r>
      <w:proofErr w:type="spellEnd"/>
      <w:r w:rsidRPr="00541039">
        <w:rPr>
          <w:lang w:val="ru-RU"/>
        </w:rPr>
        <w:t xml:space="preserve"> </w:t>
      </w:r>
      <w:proofErr w:type="spellStart"/>
      <w:r w:rsidRPr="00541039">
        <w:rPr>
          <w:lang w:val="ru-RU"/>
        </w:rPr>
        <w:t>Проєкту</w:t>
      </w:r>
      <w:proofErr w:type="spellEnd"/>
      <w:r w:rsidRPr="00541039">
        <w:rPr>
          <w:lang w:val="ru-RU"/>
        </w:rPr>
        <w:t>.</w:t>
      </w:r>
    </w:p>
    <w:p w14:paraId="708F7742" w14:textId="77777777" w:rsidR="00D97F10" w:rsidRPr="00541039" w:rsidRDefault="00000000">
      <w:pPr>
        <w:pStyle w:val="LegalClause"/>
        <w:numPr>
          <w:ilvl w:val="1"/>
          <w:numId w:val="1"/>
        </w:numPr>
        <w:rPr>
          <w:lang w:val="ru-RU"/>
        </w:rPr>
      </w:pPr>
      <w:proofErr w:type="spellStart"/>
      <w:r w:rsidRPr="00541039">
        <w:rPr>
          <w:b/>
          <w:lang w:val="ru-RU"/>
        </w:rPr>
        <w:t>Верифікаційний</w:t>
      </w:r>
      <w:proofErr w:type="spellEnd"/>
      <w:r w:rsidRPr="00541039">
        <w:rPr>
          <w:b/>
          <w:lang w:val="ru-RU"/>
        </w:rPr>
        <w:t xml:space="preserve"> </w:t>
      </w:r>
      <w:proofErr w:type="spellStart"/>
      <w:r w:rsidRPr="00541039">
        <w:rPr>
          <w:b/>
          <w:lang w:val="ru-RU"/>
        </w:rPr>
        <w:t>платіж</w:t>
      </w:r>
      <w:proofErr w:type="spellEnd"/>
      <w:r w:rsidRPr="00541039">
        <w:rPr>
          <w:b/>
          <w:lang w:val="ru-RU"/>
        </w:rPr>
        <w:t xml:space="preserve"> - </w:t>
      </w:r>
      <w:proofErr w:type="spellStart"/>
      <w:r w:rsidRPr="00541039">
        <w:rPr>
          <w:lang w:val="ru-RU"/>
        </w:rPr>
        <w:t>одноразовий</w:t>
      </w:r>
      <w:proofErr w:type="spellEnd"/>
      <w:r w:rsidRPr="00541039">
        <w:rPr>
          <w:lang w:val="ru-RU"/>
        </w:rPr>
        <w:t xml:space="preserve"> </w:t>
      </w:r>
      <w:proofErr w:type="spellStart"/>
      <w:r w:rsidRPr="00541039">
        <w:rPr>
          <w:lang w:val="ru-RU"/>
        </w:rPr>
        <w:t>платіж</w:t>
      </w:r>
      <w:proofErr w:type="spellEnd"/>
      <w:r w:rsidRPr="00541039">
        <w:rPr>
          <w:lang w:val="ru-RU"/>
        </w:rPr>
        <w:t xml:space="preserve"> у </w:t>
      </w:r>
      <w:proofErr w:type="spellStart"/>
      <w:r w:rsidRPr="00541039">
        <w:rPr>
          <w:lang w:val="ru-RU"/>
        </w:rPr>
        <w:t>розмірі</w:t>
      </w:r>
      <w:proofErr w:type="spellEnd"/>
      <w:r w:rsidRPr="00541039">
        <w:rPr>
          <w:lang w:val="ru-RU"/>
        </w:rPr>
        <w:t xml:space="preserve"> 1,00 грн, </w:t>
      </w:r>
      <w:proofErr w:type="spellStart"/>
      <w:r w:rsidRPr="00541039">
        <w:rPr>
          <w:lang w:val="ru-RU"/>
        </w:rPr>
        <w:t>необхідний</w:t>
      </w:r>
      <w:proofErr w:type="spellEnd"/>
      <w:r w:rsidRPr="00541039">
        <w:rPr>
          <w:lang w:val="ru-RU"/>
        </w:rPr>
        <w:t xml:space="preserve"> для </w:t>
      </w:r>
      <w:proofErr w:type="spellStart"/>
      <w:r w:rsidRPr="00541039">
        <w:rPr>
          <w:lang w:val="ru-RU"/>
        </w:rPr>
        <w:t>підтвердження</w:t>
      </w:r>
      <w:proofErr w:type="spellEnd"/>
      <w:r w:rsidRPr="00541039">
        <w:rPr>
          <w:lang w:val="ru-RU"/>
        </w:rPr>
        <w:t xml:space="preserve"> </w:t>
      </w:r>
      <w:proofErr w:type="spellStart"/>
      <w:r w:rsidRPr="00541039">
        <w:rPr>
          <w:lang w:val="ru-RU"/>
        </w:rPr>
        <w:t>участі</w:t>
      </w:r>
      <w:proofErr w:type="spellEnd"/>
      <w:r w:rsidRPr="00541039">
        <w:rPr>
          <w:lang w:val="ru-RU"/>
        </w:rPr>
        <w:t xml:space="preserve">, </w:t>
      </w:r>
      <w:proofErr w:type="spellStart"/>
      <w:r w:rsidRPr="00541039">
        <w:rPr>
          <w:lang w:val="ru-RU"/>
        </w:rPr>
        <w:t>фіксації</w:t>
      </w:r>
      <w:proofErr w:type="spellEnd"/>
      <w:r w:rsidRPr="00541039">
        <w:rPr>
          <w:lang w:val="ru-RU"/>
        </w:rPr>
        <w:t xml:space="preserve"> Голосу та </w:t>
      </w:r>
      <w:proofErr w:type="spellStart"/>
      <w:r w:rsidRPr="00541039">
        <w:rPr>
          <w:lang w:val="ru-RU"/>
        </w:rPr>
        <w:t>зниження</w:t>
      </w:r>
      <w:proofErr w:type="spellEnd"/>
      <w:r w:rsidRPr="00541039">
        <w:rPr>
          <w:lang w:val="ru-RU"/>
        </w:rPr>
        <w:t xml:space="preserve"> </w:t>
      </w:r>
      <w:proofErr w:type="spellStart"/>
      <w:r w:rsidRPr="00541039">
        <w:rPr>
          <w:lang w:val="ru-RU"/>
        </w:rPr>
        <w:t>ризику</w:t>
      </w:r>
      <w:proofErr w:type="spellEnd"/>
      <w:r w:rsidRPr="00541039">
        <w:rPr>
          <w:lang w:val="ru-RU"/>
        </w:rPr>
        <w:t xml:space="preserve"> фроду.</w:t>
      </w:r>
    </w:p>
    <w:p w14:paraId="4ADF1583" w14:textId="77777777" w:rsidR="00D97F10" w:rsidRDefault="00000000" w:rsidP="0009255D">
      <w:pPr>
        <w:pStyle w:val="LegalClause"/>
        <w:numPr>
          <w:ilvl w:val="1"/>
          <w:numId w:val="1"/>
        </w:numPr>
        <w:tabs>
          <w:tab w:val="left" w:pos="851"/>
        </w:tabs>
      </w:pPr>
      <w:r w:rsidRPr="00541039">
        <w:rPr>
          <w:b/>
          <w:lang w:val="ru-RU"/>
        </w:rPr>
        <w:t xml:space="preserve">Голос - </w:t>
      </w:r>
      <w:proofErr w:type="spellStart"/>
      <w:r w:rsidRPr="00541039">
        <w:rPr>
          <w:lang w:val="ru-RU"/>
        </w:rPr>
        <w:t>остаточний</w:t>
      </w:r>
      <w:proofErr w:type="spellEnd"/>
      <w:r w:rsidRPr="00541039">
        <w:rPr>
          <w:lang w:val="ru-RU"/>
        </w:rPr>
        <w:t xml:space="preserve"> </w:t>
      </w:r>
      <w:proofErr w:type="spellStart"/>
      <w:r w:rsidRPr="00541039">
        <w:rPr>
          <w:lang w:val="ru-RU"/>
        </w:rPr>
        <w:t>вибір</w:t>
      </w:r>
      <w:proofErr w:type="spellEnd"/>
      <w:r w:rsidRPr="00541039">
        <w:rPr>
          <w:lang w:val="ru-RU"/>
        </w:rPr>
        <w:t xml:space="preserve"> одного Кандидата, </w:t>
      </w:r>
      <w:proofErr w:type="spellStart"/>
      <w:r w:rsidRPr="00541039">
        <w:rPr>
          <w:lang w:val="ru-RU"/>
        </w:rPr>
        <w:t>зафіксований</w:t>
      </w:r>
      <w:proofErr w:type="spellEnd"/>
      <w:r w:rsidRPr="00541039">
        <w:rPr>
          <w:lang w:val="ru-RU"/>
        </w:rPr>
        <w:t xml:space="preserve"> </w:t>
      </w:r>
      <w:proofErr w:type="spellStart"/>
      <w:r w:rsidRPr="00541039">
        <w:rPr>
          <w:lang w:val="ru-RU"/>
        </w:rPr>
        <w:t>інформаційною</w:t>
      </w:r>
      <w:proofErr w:type="spellEnd"/>
      <w:r w:rsidRPr="00541039">
        <w:rPr>
          <w:lang w:val="ru-RU"/>
        </w:rPr>
        <w:t xml:space="preserve"> системою </w:t>
      </w:r>
      <w:r>
        <w:t xml:space="preserve">SWEET.TV </w:t>
      </w:r>
      <w:proofErr w:type="spellStart"/>
      <w:r>
        <w:t>після</w:t>
      </w:r>
      <w:proofErr w:type="spellEnd"/>
      <w:r>
        <w:t xml:space="preserve"> </w:t>
      </w:r>
      <w:proofErr w:type="spellStart"/>
      <w:r>
        <w:t>успішного</w:t>
      </w:r>
      <w:proofErr w:type="spellEnd"/>
      <w:r>
        <w:t xml:space="preserve"> </w:t>
      </w:r>
      <w:proofErr w:type="spellStart"/>
      <w:r>
        <w:t>Верифікаційного</w:t>
      </w:r>
      <w:proofErr w:type="spellEnd"/>
      <w:r>
        <w:t xml:space="preserve"> </w:t>
      </w:r>
      <w:proofErr w:type="spellStart"/>
      <w:r>
        <w:t>платежу</w:t>
      </w:r>
      <w:proofErr w:type="spellEnd"/>
      <w:r>
        <w:t>.</w:t>
      </w:r>
    </w:p>
    <w:p w14:paraId="6B492A10" w14:textId="77777777" w:rsidR="00D97F10" w:rsidRPr="00541039" w:rsidRDefault="00000000" w:rsidP="0009255D">
      <w:pPr>
        <w:pStyle w:val="LegalClause"/>
        <w:numPr>
          <w:ilvl w:val="1"/>
          <w:numId w:val="1"/>
        </w:numPr>
        <w:tabs>
          <w:tab w:val="left" w:pos="851"/>
        </w:tabs>
        <w:ind w:left="567" w:hanging="283"/>
        <w:rPr>
          <w:lang w:val="ru-RU"/>
        </w:rPr>
      </w:pPr>
      <w:proofErr w:type="spellStart"/>
      <w:r w:rsidRPr="00541039">
        <w:rPr>
          <w:b/>
          <w:lang w:val="ru-RU"/>
        </w:rPr>
        <w:lastRenderedPageBreak/>
        <w:t>Дійсний</w:t>
      </w:r>
      <w:proofErr w:type="spellEnd"/>
      <w:r w:rsidRPr="00541039">
        <w:rPr>
          <w:b/>
          <w:lang w:val="ru-RU"/>
        </w:rPr>
        <w:t xml:space="preserve"> голос - </w:t>
      </w:r>
      <w:r w:rsidRPr="00541039">
        <w:rPr>
          <w:lang w:val="ru-RU"/>
        </w:rPr>
        <w:t xml:space="preserve">Голос, </w:t>
      </w:r>
      <w:proofErr w:type="spellStart"/>
      <w:r w:rsidRPr="00541039">
        <w:rPr>
          <w:lang w:val="ru-RU"/>
        </w:rPr>
        <w:t>щодо</w:t>
      </w:r>
      <w:proofErr w:type="spellEnd"/>
      <w:r w:rsidRPr="00541039">
        <w:rPr>
          <w:lang w:val="ru-RU"/>
        </w:rPr>
        <w:t xml:space="preserve"> </w:t>
      </w:r>
      <w:proofErr w:type="spellStart"/>
      <w:r w:rsidRPr="00541039">
        <w:rPr>
          <w:lang w:val="ru-RU"/>
        </w:rPr>
        <w:t>якого</w:t>
      </w:r>
      <w:proofErr w:type="spellEnd"/>
      <w:r w:rsidRPr="00541039">
        <w:rPr>
          <w:lang w:val="ru-RU"/>
        </w:rPr>
        <w:t xml:space="preserve"> </w:t>
      </w:r>
      <w:proofErr w:type="spellStart"/>
      <w:r w:rsidRPr="00541039">
        <w:rPr>
          <w:lang w:val="ru-RU"/>
        </w:rPr>
        <w:t>підтверджено</w:t>
      </w:r>
      <w:proofErr w:type="spellEnd"/>
      <w:r w:rsidRPr="00541039">
        <w:rPr>
          <w:lang w:val="ru-RU"/>
        </w:rPr>
        <w:t xml:space="preserve"> </w:t>
      </w:r>
      <w:proofErr w:type="spellStart"/>
      <w:r w:rsidRPr="00541039">
        <w:rPr>
          <w:lang w:val="ru-RU"/>
        </w:rPr>
        <w:t>успішний</w:t>
      </w:r>
      <w:proofErr w:type="spellEnd"/>
      <w:r w:rsidRPr="00541039">
        <w:rPr>
          <w:lang w:val="ru-RU"/>
        </w:rPr>
        <w:t xml:space="preserve"> </w:t>
      </w:r>
      <w:proofErr w:type="spellStart"/>
      <w:r w:rsidRPr="00541039">
        <w:rPr>
          <w:lang w:val="ru-RU"/>
        </w:rPr>
        <w:t>Верифікаційний</w:t>
      </w:r>
      <w:proofErr w:type="spellEnd"/>
      <w:r w:rsidRPr="00541039">
        <w:rPr>
          <w:lang w:val="ru-RU"/>
        </w:rPr>
        <w:t xml:space="preserve"> </w:t>
      </w:r>
      <w:proofErr w:type="spellStart"/>
      <w:r w:rsidRPr="00541039">
        <w:rPr>
          <w:lang w:val="ru-RU"/>
        </w:rPr>
        <w:t>платіж</w:t>
      </w:r>
      <w:proofErr w:type="spellEnd"/>
      <w:r w:rsidRPr="00541039">
        <w:rPr>
          <w:lang w:val="ru-RU"/>
        </w:rPr>
        <w:t xml:space="preserve"> і </w:t>
      </w:r>
      <w:proofErr w:type="spellStart"/>
      <w:r w:rsidRPr="00541039">
        <w:rPr>
          <w:lang w:val="ru-RU"/>
        </w:rPr>
        <w:t>відсутні</w:t>
      </w:r>
      <w:proofErr w:type="spellEnd"/>
      <w:r w:rsidRPr="00541039">
        <w:rPr>
          <w:lang w:val="ru-RU"/>
        </w:rPr>
        <w:t xml:space="preserve"> </w:t>
      </w:r>
      <w:proofErr w:type="spellStart"/>
      <w:r w:rsidRPr="00541039">
        <w:rPr>
          <w:lang w:val="ru-RU"/>
        </w:rPr>
        <w:t>підстави</w:t>
      </w:r>
      <w:proofErr w:type="spellEnd"/>
      <w:r w:rsidRPr="00541039">
        <w:rPr>
          <w:lang w:val="ru-RU"/>
        </w:rPr>
        <w:t xml:space="preserve"> для </w:t>
      </w:r>
      <w:proofErr w:type="spellStart"/>
      <w:r w:rsidRPr="00541039">
        <w:rPr>
          <w:lang w:val="ru-RU"/>
        </w:rPr>
        <w:t>анулювання</w:t>
      </w:r>
      <w:proofErr w:type="spellEnd"/>
      <w:r w:rsidRPr="00541039">
        <w:rPr>
          <w:lang w:val="ru-RU"/>
        </w:rPr>
        <w:t xml:space="preserve">, </w:t>
      </w:r>
      <w:proofErr w:type="spellStart"/>
      <w:r w:rsidRPr="00541039">
        <w:rPr>
          <w:lang w:val="ru-RU"/>
        </w:rPr>
        <w:t>визначені</w:t>
      </w:r>
      <w:proofErr w:type="spellEnd"/>
      <w:r w:rsidRPr="00541039">
        <w:rPr>
          <w:lang w:val="ru-RU"/>
        </w:rPr>
        <w:t xml:space="preserve"> Правилами.</w:t>
      </w:r>
    </w:p>
    <w:p w14:paraId="70DFA218" w14:textId="77777777" w:rsidR="00D97F10" w:rsidRPr="00541039" w:rsidRDefault="00000000" w:rsidP="0009255D">
      <w:pPr>
        <w:pStyle w:val="LegalClause"/>
        <w:numPr>
          <w:ilvl w:val="1"/>
          <w:numId w:val="1"/>
        </w:numPr>
        <w:tabs>
          <w:tab w:val="left" w:pos="851"/>
        </w:tabs>
        <w:ind w:left="567" w:hanging="283"/>
        <w:rPr>
          <w:lang w:val="ru-RU"/>
        </w:rPr>
      </w:pPr>
      <w:r w:rsidRPr="00541039">
        <w:rPr>
          <w:b/>
          <w:lang w:val="ru-RU"/>
        </w:rPr>
        <w:t xml:space="preserve">Рейтинг - </w:t>
      </w:r>
      <w:proofErr w:type="spellStart"/>
      <w:r w:rsidRPr="00541039">
        <w:rPr>
          <w:lang w:val="ru-RU"/>
        </w:rPr>
        <w:t>впорядкований</w:t>
      </w:r>
      <w:proofErr w:type="spellEnd"/>
      <w:r w:rsidRPr="00541039">
        <w:rPr>
          <w:lang w:val="ru-RU"/>
        </w:rPr>
        <w:t xml:space="preserve"> за результатом </w:t>
      </w:r>
      <w:proofErr w:type="spellStart"/>
      <w:r w:rsidRPr="00541039">
        <w:rPr>
          <w:lang w:val="ru-RU"/>
        </w:rPr>
        <w:t>перелік</w:t>
      </w:r>
      <w:proofErr w:type="spellEnd"/>
      <w:r w:rsidRPr="00541039">
        <w:rPr>
          <w:lang w:val="ru-RU"/>
        </w:rPr>
        <w:t xml:space="preserve"> </w:t>
      </w:r>
      <w:proofErr w:type="spellStart"/>
      <w:r w:rsidRPr="00541039">
        <w:rPr>
          <w:lang w:val="ru-RU"/>
        </w:rPr>
        <w:t>Кандидатів</w:t>
      </w:r>
      <w:proofErr w:type="spellEnd"/>
      <w:r w:rsidRPr="00541039">
        <w:rPr>
          <w:lang w:val="ru-RU"/>
        </w:rPr>
        <w:t xml:space="preserve"> </w:t>
      </w:r>
      <w:proofErr w:type="spellStart"/>
      <w:r w:rsidRPr="00541039">
        <w:rPr>
          <w:lang w:val="ru-RU"/>
        </w:rPr>
        <w:t>із</w:t>
      </w:r>
      <w:proofErr w:type="spellEnd"/>
      <w:r w:rsidRPr="00541039">
        <w:rPr>
          <w:lang w:val="ru-RU"/>
        </w:rPr>
        <w:t xml:space="preserve"> </w:t>
      </w:r>
      <w:proofErr w:type="spellStart"/>
      <w:r w:rsidRPr="00541039">
        <w:rPr>
          <w:lang w:val="ru-RU"/>
        </w:rPr>
        <w:t>зазначенням</w:t>
      </w:r>
      <w:proofErr w:type="spellEnd"/>
      <w:r w:rsidRPr="00541039">
        <w:rPr>
          <w:lang w:val="ru-RU"/>
        </w:rPr>
        <w:t xml:space="preserve"> </w:t>
      </w:r>
      <w:proofErr w:type="spellStart"/>
      <w:r w:rsidRPr="00541039">
        <w:rPr>
          <w:lang w:val="ru-RU"/>
        </w:rPr>
        <w:t>місця</w:t>
      </w:r>
      <w:proofErr w:type="spellEnd"/>
      <w:r w:rsidRPr="00541039">
        <w:rPr>
          <w:lang w:val="ru-RU"/>
        </w:rPr>
        <w:t xml:space="preserve"> та </w:t>
      </w:r>
      <w:proofErr w:type="spellStart"/>
      <w:r w:rsidRPr="00541039">
        <w:rPr>
          <w:lang w:val="ru-RU"/>
        </w:rPr>
        <w:t>точної</w:t>
      </w:r>
      <w:proofErr w:type="spellEnd"/>
      <w:r w:rsidRPr="00541039">
        <w:rPr>
          <w:lang w:val="ru-RU"/>
        </w:rPr>
        <w:t xml:space="preserve"> </w:t>
      </w:r>
      <w:proofErr w:type="spellStart"/>
      <w:r w:rsidRPr="00541039">
        <w:rPr>
          <w:lang w:val="ru-RU"/>
        </w:rPr>
        <w:t>кількості</w:t>
      </w:r>
      <w:proofErr w:type="spellEnd"/>
      <w:r w:rsidRPr="00541039">
        <w:rPr>
          <w:lang w:val="ru-RU"/>
        </w:rPr>
        <w:t xml:space="preserve"> </w:t>
      </w:r>
      <w:proofErr w:type="spellStart"/>
      <w:r w:rsidRPr="00541039">
        <w:rPr>
          <w:lang w:val="ru-RU"/>
        </w:rPr>
        <w:t>Дійсних</w:t>
      </w:r>
      <w:proofErr w:type="spellEnd"/>
      <w:r w:rsidRPr="00541039">
        <w:rPr>
          <w:lang w:val="ru-RU"/>
        </w:rPr>
        <w:t xml:space="preserve"> </w:t>
      </w:r>
      <w:proofErr w:type="spellStart"/>
      <w:r w:rsidRPr="00541039">
        <w:rPr>
          <w:lang w:val="ru-RU"/>
        </w:rPr>
        <w:t>голосів</w:t>
      </w:r>
      <w:proofErr w:type="spellEnd"/>
      <w:r w:rsidRPr="00541039">
        <w:rPr>
          <w:lang w:val="ru-RU"/>
        </w:rPr>
        <w:t xml:space="preserve"> у </w:t>
      </w:r>
      <w:proofErr w:type="spellStart"/>
      <w:r w:rsidRPr="00541039">
        <w:rPr>
          <w:lang w:val="ru-RU"/>
        </w:rPr>
        <w:t>період</w:t>
      </w:r>
      <w:proofErr w:type="spellEnd"/>
      <w:r w:rsidRPr="00541039">
        <w:rPr>
          <w:lang w:val="ru-RU"/>
        </w:rPr>
        <w:t xml:space="preserve"> </w:t>
      </w:r>
      <w:proofErr w:type="spellStart"/>
      <w:r w:rsidRPr="00541039">
        <w:rPr>
          <w:lang w:val="ru-RU"/>
        </w:rPr>
        <w:t>його</w:t>
      </w:r>
      <w:proofErr w:type="spellEnd"/>
      <w:r w:rsidRPr="00541039">
        <w:rPr>
          <w:lang w:val="ru-RU"/>
        </w:rPr>
        <w:t xml:space="preserve"> </w:t>
      </w:r>
      <w:proofErr w:type="spellStart"/>
      <w:r w:rsidRPr="00541039">
        <w:rPr>
          <w:lang w:val="ru-RU"/>
        </w:rPr>
        <w:t>відкритого</w:t>
      </w:r>
      <w:proofErr w:type="spellEnd"/>
      <w:r w:rsidRPr="00541039">
        <w:rPr>
          <w:lang w:val="ru-RU"/>
        </w:rPr>
        <w:t xml:space="preserve"> </w:t>
      </w:r>
      <w:proofErr w:type="spellStart"/>
      <w:r w:rsidRPr="00541039">
        <w:rPr>
          <w:lang w:val="ru-RU"/>
        </w:rPr>
        <w:t>відображення</w:t>
      </w:r>
      <w:proofErr w:type="spellEnd"/>
      <w:r w:rsidRPr="00541039">
        <w:rPr>
          <w:lang w:val="ru-RU"/>
        </w:rPr>
        <w:t>.</w:t>
      </w:r>
    </w:p>
    <w:p w14:paraId="4E5A5D57" w14:textId="77777777" w:rsidR="00D97F10" w:rsidRPr="00541039" w:rsidRDefault="00000000" w:rsidP="0009255D">
      <w:pPr>
        <w:pStyle w:val="LegalClause"/>
        <w:numPr>
          <w:ilvl w:val="1"/>
          <w:numId w:val="1"/>
        </w:numPr>
        <w:tabs>
          <w:tab w:val="left" w:pos="851"/>
        </w:tabs>
        <w:ind w:left="567" w:hanging="283"/>
        <w:rPr>
          <w:lang w:val="ru-RU"/>
        </w:rPr>
      </w:pPr>
      <w:proofErr w:type="spellStart"/>
      <w:r w:rsidRPr="00541039">
        <w:rPr>
          <w:b/>
          <w:lang w:val="ru-RU"/>
        </w:rPr>
        <w:t>Переможець</w:t>
      </w:r>
      <w:proofErr w:type="spellEnd"/>
      <w:r w:rsidRPr="00541039">
        <w:rPr>
          <w:b/>
          <w:lang w:val="ru-RU"/>
        </w:rPr>
        <w:t xml:space="preserve"> </w:t>
      </w:r>
      <w:proofErr w:type="spellStart"/>
      <w:r w:rsidRPr="00541039">
        <w:rPr>
          <w:b/>
          <w:lang w:val="ru-RU"/>
        </w:rPr>
        <w:t>голосування</w:t>
      </w:r>
      <w:proofErr w:type="spellEnd"/>
      <w:r w:rsidRPr="00541039">
        <w:rPr>
          <w:b/>
          <w:lang w:val="ru-RU"/>
        </w:rPr>
        <w:t xml:space="preserve"> - </w:t>
      </w:r>
      <w:r w:rsidRPr="00541039">
        <w:rPr>
          <w:lang w:val="ru-RU"/>
        </w:rPr>
        <w:t xml:space="preserve">Кандидат, </w:t>
      </w:r>
      <w:proofErr w:type="spellStart"/>
      <w:r w:rsidRPr="00541039">
        <w:rPr>
          <w:lang w:val="ru-RU"/>
        </w:rPr>
        <w:t>визначений</w:t>
      </w:r>
      <w:proofErr w:type="spellEnd"/>
      <w:r w:rsidRPr="00541039">
        <w:rPr>
          <w:lang w:val="ru-RU"/>
        </w:rPr>
        <w:t xml:space="preserve"> </w:t>
      </w:r>
      <w:proofErr w:type="spellStart"/>
      <w:r w:rsidRPr="00541039">
        <w:rPr>
          <w:lang w:val="ru-RU"/>
        </w:rPr>
        <w:t>відповідно</w:t>
      </w:r>
      <w:proofErr w:type="spellEnd"/>
      <w:r w:rsidRPr="00541039">
        <w:rPr>
          <w:lang w:val="ru-RU"/>
        </w:rPr>
        <w:t xml:space="preserve"> до </w:t>
      </w:r>
      <w:proofErr w:type="spellStart"/>
      <w:r w:rsidRPr="00541039">
        <w:rPr>
          <w:lang w:val="ru-RU"/>
        </w:rPr>
        <w:t>розділу</w:t>
      </w:r>
      <w:proofErr w:type="spellEnd"/>
      <w:r w:rsidRPr="00541039">
        <w:rPr>
          <w:lang w:val="ru-RU"/>
        </w:rPr>
        <w:t xml:space="preserve"> 12 Правил та допущений до </w:t>
      </w:r>
      <w:proofErr w:type="spellStart"/>
      <w:r w:rsidRPr="00541039">
        <w:rPr>
          <w:lang w:val="ru-RU"/>
        </w:rPr>
        <w:t>участі</w:t>
      </w:r>
      <w:proofErr w:type="spellEnd"/>
      <w:r w:rsidRPr="00541039">
        <w:rPr>
          <w:lang w:val="ru-RU"/>
        </w:rPr>
        <w:t xml:space="preserve"> в основному </w:t>
      </w:r>
      <w:proofErr w:type="spellStart"/>
      <w:r w:rsidRPr="00541039">
        <w:rPr>
          <w:lang w:val="ru-RU"/>
        </w:rPr>
        <w:t>сезоні</w:t>
      </w:r>
      <w:proofErr w:type="spellEnd"/>
      <w:r w:rsidRPr="00541039">
        <w:rPr>
          <w:lang w:val="ru-RU"/>
        </w:rPr>
        <w:t xml:space="preserve"> </w:t>
      </w:r>
      <w:proofErr w:type="spellStart"/>
      <w:r w:rsidRPr="00541039">
        <w:rPr>
          <w:lang w:val="ru-RU"/>
        </w:rPr>
        <w:t>Проєкту</w:t>
      </w:r>
      <w:proofErr w:type="spellEnd"/>
      <w:r w:rsidRPr="00541039">
        <w:rPr>
          <w:lang w:val="ru-RU"/>
        </w:rPr>
        <w:t xml:space="preserve"> як 12-й </w:t>
      </w:r>
      <w:proofErr w:type="spellStart"/>
      <w:r w:rsidRPr="00541039">
        <w:rPr>
          <w:lang w:val="ru-RU"/>
        </w:rPr>
        <w:t>учасник</w:t>
      </w:r>
      <w:proofErr w:type="spellEnd"/>
      <w:r w:rsidRPr="00541039">
        <w:rPr>
          <w:lang w:val="ru-RU"/>
        </w:rPr>
        <w:t>.</w:t>
      </w:r>
    </w:p>
    <w:p w14:paraId="7BBBBEB9" w14:textId="77777777" w:rsidR="00D97F10" w:rsidRPr="00541039" w:rsidRDefault="00000000" w:rsidP="0009255D">
      <w:pPr>
        <w:pStyle w:val="LegalClause"/>
        <w:numPr>
          <w:ilvl w:val="1"/>
          <w:numId w:val="1"/>
        </w:numPr>
        <w:tabs>
          <w:tab w:val="left" w:pos="851"/>
        </w:tabs>
        <w:ind w:left="567" w:hanging="283"/>
        <w:rPr>
          <w:lang w:val="ru-RU"/>
        </w:rPr>
      </w:pPr>
      <w:proofErr w:type="spellStart"/>
      <w:r w:rsidRPr="00541039">
        <w:rPr>
          <w:b/>
          <w:lang w:val="ru-RU"/>
        </w:rPr>
        <w:t>Благодійна</w:t>
      </w:r>
      <w:proofErr w:type="spellEnd"/>
      <w:r w:rsidRPr="00541039">
        <w:rPr>
          <w:b/>
          <w:lang w:val="ru-RU"/>
        </w:rPr>
        <w:t xml:space="preserve"> </w:t>
      </w:r>
      <w:proofErr w:type="spellStart"/>
      <w:r w:rsidRPr="00541039">
        <w:rPr>
          <w:b/>
          <w:lang w:val="ru-RU"/>
        </w:rPr>
        <w:t>складова</w:t>
      </w:r>
      <w:proofErr w:type="spellEnd"/>
      <w:r w:rsidRPr="00541039">
        <w:rPr>
          <w:b/>
          <w:lang w:val="ru-RU"/>
        </w:rPr>
        <w:t xml:space="preserve"> - </w:t>
      </w:r>
      <w:proofErr w:type="spellStart"/>
      <w:r w:rsidRPr="00541039">
        <w:rPr>
          <w:lang w:val="ru-RU"/>
        </w:rPr>
        <w:t>зобов'язання</w:t>
      </w:r>
      <w:proofErr w:type="spellEnd"/>
      <w:r w:rsidRPr="00541039">
        <w:rPr>
          <w:lang w:val="ru-RU"/>
        </w:rPr>
        <w:t xml:space="preserve"> </w:t>
      </w:r>
      <w:proofErr w:type="spellStart"/>
      <w:r w:rsidRPr="00541039">
        <w:rPr>
          <w:lang w:val="ru-RU"/>
        </w:rPr>
        <w:t>Організатора</w:t>
      </w:r>
      <w:proofErr w:type="spellEnd"/>
      <w:r w:rsidRPr="00541039">
        <w:rPr>
          <w:lang w:val="ru-RU"/>
        </w:rPr>
        <w:t xml:space="preserve"> </w:t>
      </w:r>
      <w:proofErr w:type="spellStart"/>
      <w:r w:rsidRPr="00541039">
        <w:rPr>
          <w:lang w:val="ru-RU"/>
        </w:rPr>
        <w:t>спрямувати</w:t>
      </w:r>
      <w:proofErr w:type="spellEnd"/>
      <w:r w:rsidRPr="00541039">
        <w:rPr>
          <w:lang w:val="ru-RU"/>
        </w:rPr>
        <w:t xml:space="preserve"> на </w:t>
      </w:r>
      <w:proofErr w:type="spellStart"/>
      <w:r w:rsidRPr="00541039">
        <w:rPr>
          <w:lang w:val="ru-RU"/>
        </w:rPr>
        <w:t>користь</w:t>
      </w:r>
      <w:proofErr w:type="spellEnd"/>
      <w:r w:rsidRPr="00541039">
        <w:rPr>
          <w:lang w:val="ru-RU"/>
        </w:rPr>
        <w:t xml:space="preserve"> </w:t>
      </w:r>
      <w:proofErr w:type="spellStart"/>
      <w:r w:rsidRPr="00541039">
        <w:rPr>
          <w:lang w:val="ru-RU"/>
        </w:rPr>
        <w:t>визначеного</w:t>
      </w:r>
      <w:proofErr w:type="spellEnd"/>
      <w:r w:rsidRPr="00541039">
        <w:rPr>
          <w:lang w:val="ru-RU"/>
        </w:rPr>
        <w:t xml:space="preserve"> Правилами </w:t>
      </w:r>
      <w:proofErr w:type="spellStart"/>
      <w:r w:rsidRPr="00541039">
        <w:rPr>
          <w:lang w:val="ru-RU"/>
        </w:rPr>
        <w:t>реабілітаційного</w:t>
      </w:r>
      <w:proofErr w:type="spellEnd"/>
      <w:r w:rsidRPr="00541039">
        <w:rPr>
          <w:lang w:val="ru-RU"/>
        </w:rPr>
        <w:t xml:space="preserve"> центру 10,00 грн </w:t>
      </w:r>
      <w:proofErr w:type="spellStart"/>
      <w:r w:rsidRPr="00541039">
        <w:rPr>
          <w:lang w:val="ru-RU"/>
        </w:rPr>
        <w:t>власних</w:t>
      </w:r>
      <w:proofErr w:type="spellEnd"/>
      <w:r w:rsidRPr="00541039">
        <w:rPr>
          <w:lang w:val="ru-RU"/>
        </w:rPr>
        <w:t xml:space="preserve"> </w:t>
      </w:r>
      <w:proofErr w:type="spellStart"/>
      <w:r w:rsidRPr="00541039">
        <w:rPr>
          <w:lang w:val="ru-RU"/>
        </w:rPr>
        <w:t>коштів</w:t>
      </w:r>
      <w:proofErr w:type="spellEnd"/>
      <w:r w:rsidRPr="00541039">
        <w:rPr>
          <w:lang w:val="ru-RU"/>
        </w:rPr>
        <w:t xml:space="preserve"> за </w:t>
      </w:r>
      <w:proofErr w:type="spellStart"/>
      <w:r w:rsidRPr="00541039">
        <w:rPr>
          <w:lang w:val="ru-RU"/>
        </w:rPr>
        <w:t>кожний</w:t>
      </w:r>
      <w:proofErr w:type="spellEnd"/>
      <w:r w:rsidRPr="00541039">
        <w:rPr>
          <w:lang w:val="ru-RU"/>
        </w:rPr>
        <w:t xml:space="preserve"> </w:t>
      </w:r>
      <w:proofErr w:type="spellStart"/>
      <w:r w:rsidRPr="00541039">
        <w:rPr>
          <w:lang w:val="ru-RU"/>
        </w:rPr>
        <w:t>Дійсний</w:t>
      </w:r>
      <w:proofErr w:type="spellEnd"/>
      <w:r w:rsidRPr="00541039">
        <w:rPr>
          <w:lang w:val="ru-RU"/>
        </w:rPr>
        <w:t xml:space="preserve"> голос.</w:t>
      </w:r>
    </w:p>
    <w:p w14:paraId="6C90C387" w14:textId="77777777" w:rsidR="00D97F10" w:rsidRPr="00541039" w:rsidRDefault="00000000" w:rsidP="0009255D">
      <w:pPr>
        <w:pStyle w:val="LegalClause"/>
        <w:numPr>
          <w:ilvl w:val="1"/>
          <w:numId w:val="1"/>
        </w:numPr>
        <w:tabs>
          <w:tab w:val="left" w:pos="851"/>
        </w:tabs>
        <w:ind w:left="567" w:hanging="283"/>
        <w:rPr>
          <w:lang w:val="ru-RU"/>
        </w:rPr>
      </w:pPr>
      <w:proofErr w:type="spellStart"/>
      <w:r w:rsidRPr="00541039">
        <w:rPr>
          <w:b/>
          <w:lang w:val="ru-RU"/>
        </w:rPr>
        <w:t>Подарунковий</w:t>
      </w:r>
      <w:proofErr w:type="spellEnd"/>
      <w:r w:rsidRPr="00541039">
        <w:rPr>
          <w:b/>
          <w:lang w:val="ru-RU"/>
        </w:rPr>
        <w:t xml:space="preserve"> доступ - </w:t>
      </w:r>
      <w:r w:rsidRPr="00541039">
        <w:rPr>
          <w:lang w:val="ru-RU"/>
        </w:rPr>
        <w:t xml:space="preserve">30 </w:t>
      </w:r>
      <w:proofErr w:type="spellStart"/>
      <w:r w:rsidRPr="00541039">
        <w:rPr>
          <w:lang w:val="ru-RU"/>
        </w:rPr>
        <w:t>діб</w:t>
      </w:r>
      <w:proofErr w:type="spellEnd"/>
      <w:r w:rsidRPr="00541039">
        <w:rPr>
          <w:lang w:val="ru-RU"/>
        </w:rPr>
        <w:t xml:space="preserve"> доступу до пакета «М» </w:t>
      </w:r>
      <w:r>
        <w:t>SWEET</w:t>
      </w:r>
      <w:r w:rsidRPr="00541039">
        <w:rPr>
          <w:lang w:val="ru-RU"/>
        </w:rPr>
        <w:t>.</w:t>
      </w:r>
      <w:r>
        <w:t>TV</w:t>
      </w:r>
      <w:r w:rsidRPr="00541039">
        <w:rPr>
          <w:lang w:val="ru-RU"/>
        </w:rPr>
        <w:t xml:space="preserve"> для </w:t>
      </w:r>
      <w:proofErr w:type="spellStart"/>
      <w:r w:rsidRPr="00541039">
        <w:rPr>
          <w:lang w:val="ru-RU"/>
        </w:rPr>
        <w:t>Учасника</w:t>
      </w:r>
      <w:proofErr w:type="spellEnd"/>
      <w:r w:rsidRPr="00541039">
        <w:rPr>
          <w:lang w:val="ru-RU"/>
        </w:rPr>
        <w:t xml:space="preserve">, </w:t>
      </w:r>
      <w:proofErr w:type="spellStart"/>
      <w:r w:rsidRPr="00541039">
        <w:rPr>
          <w:lang w:val="ru-RU"/>
        </w:rPr>
        <w:t>який</w:t>
      </w:r>
      <w:proofErr w:type="spellEnd"/>
      <w:r w:rsidRPr="00541039">
        <w:rPr>
          <w:lang w:val="ru-RU"/>
        </w:rPr>
        <w:t xml:space="preserve"> </w:t>
      </w:r>
      <w:proofErr w:type="spellStart"/>
      <w:r w:rsidRPr="00541039">
        <w:rPr>
          <w:lang w:val="ru-RU"/>
        </w:rPr>
        <w:t>відповідає</w:t>
      </w:r>
      <w:proofErr w:type="spellEnd"/>
      <w:r w:rsidRPr="00541039">
        <w:rPr>
          <w:lang w:val="ru-RU"/>
        </w:rPr>
        <w:t xml:space="preserve"> </w:t>
      </w:r>
      <w:proofErr w:type="spellStart"/>
      <w:r w:rsidRPr="00541039">
        <w:rPr>
          <w:lang w:val="ru-RU"/>
        </w:rPr>
        <w:t>умовам</w:t>
      </w:r>
      <w:proofErr w:type="spellEnd"/>
      <w:r w:rsidRPr="00541039">
        <w:rPr>
          <w:lang w:val="ru-RU"/>
        </w:rPr>
        <w:t xml:space="preserve"> </w:t>
      </w:r>
      <w:proofErr w:type="spellStart"/>
      <w:r w:rsidRPr="00541039">
        <w:rPr>
          <w:lang w:val="ru-RU"/>
        </w:rPr>
        <w:t>розділу</w:t>
      </w:r>
      <w:proofErr w:type="spellEnd"/>
      <w:r w:rsidRPr="00541039">
        <w:rPr>
          <w:lang w:val="ru-RU"/>
        </w:rPr>
        <w:t xml:space="preserve"> 14 Правил.</w:t>
      </w:r>
    </w:p>
    <w:p w14:paraId="08AA09B5" w14:textId="77777777" w:rsidR="00D97F10" w:rsidRPr="00B75142" w:rsidRDefault="00000000" w:rsidP="0009255D">
      <w:pPr>
        <w:pStyle w:val="LegalClause"/>
        <w:numPr>
          <w:ilvl w:val="1"/>
          <w:numId w:val="1"/>
        </w:numPr>
        <w:tabs>
          <w:tab w:val="left" w:pos="851"/>
        </w:tabs>
        <w:ind w:left="567" w:hanging="283"/>
      </w:pPr>
      <w:proofErr w:type="spellStart"/>
      <w:r w:rsidRPr="00541039">
        <w:rPr>
          <w:b/>
          <w:lang w:val="ru-RU"/>
        </w:rPr>
        <w:t>Розіграш</w:t>
      </w:r>
      <w:proofErr w:type="spellEnd"/>
      <w:r w:rsidRPr="00541039">
        <w:rPr>
          <w:b/>
          <w:lang w:val="ru-RU"/>
        </w:rPr>
        <w:t xml:space="preserve"> - </w:t>
      </w:r>
      <w:proofErr w:type="spellStart"/>
      <w:r w:rsidRPr="00541039">
        <w:rPr>
          <w:lang w:val="ru-RU"/>
        </w:rPr>
        <w:t>окрема</w:t>
      </w:r>
      <w:proofErr w:type="spellEnd"/>
      <w:r w:rsidRPr="00541039">
        <w:rPr>
          <w:lang w:val="ru-RU"/>
        </w:rPr>
        <w:t xml:space="preserve"> </w:t>
      </w:r>
      <w:proofErr w:type="spellStart"/>
      <w:r w:rsidRPr="00541039">
        <w:rPr>
          <w:lang w:val="ru-RU"/>
        </w:rPr>
        <w:t>заохочувальна</w:t>
      </w:r>
      <w:proofErr w:type="spellEnd"/>
      <w:r w:rsidRPr="00541039">
        <w:rPr>
          <w:lang w:val="ru-RU"/>
        </w:rPr>
        <w:t xml:space="preserve"> </w:t>
      </w:r>
      <w:proofErr w:type="spellStart"/>
      <w:r w:rsidRPr="00541039">
        <w:rPr>
          <w:lang w:val="ru-RU"/>
        </w:rPr>
        <w:t>частина</w:t>
      </w:r>
      <w:proofErr w:type="spellEnd"/>
      <w:r w:rsidRPr="00541039">
        <w:rPr>
          <w:lang w:val="ru-RU"/>
        </w:rPr>
        <w:t xml:space="preserve"> </w:t>
      </w:r>
      <w:proofErr w:type="spellStart"/>
      <w:r w:rsidRPr="00541039">
        <w:rPr>
          <w:lang w:val="ru-RU"/>
        </w:rPr>
        <w:t>Кампанії</w:t>
      </w:r>
      <w:proofErr w:type="spellEnd"/>
      <w:r w:rsidRPr="00541039">
        <w:rPr>
          <w:lang w:val="ru-RU"/>
        </w:rPr>
        <w:t xml:space="preserve">, у межах </w:t>
      </w:r>
      <w:proofErr w:type="spellStart"/>
      <w:r w:rsidRPr="00541039">
        <w:rPr>
          <w:lang w:val="ru-RU"/>
        </w:rPr>
        <w:t>якої</w:t>
      </w:r>
      <w:proofErr w:type="spellEnd"/>
      <w:r w:rsidRPr="00541039">
        <w:rPr>
          <w:lang w:val="ru-RU"/>
        </w:rPr>
        <w:t xml:space="preserve"> </w:t>
      </w:r>
      <w:proofErr w:type="spellStart"/>
      <w:r w:rsidRPr="00541039">
        <w:rPr>
          <w:lang w:val="ru-RU"/>
        </w:rPr>
        <w:t>серед</w:t>
      </w:r>
      <w:proofErr w:type="spellEnd"/>
      <w:r w:rsidRPr="00541039">
        <w:rPr>
          <w:lang w:val="ru-RU"/>
        </w:rPr>
        <w:t xml:space="preserve"> </w:t>
      </w:r>
      <w:proofErr w:type="spellStart"/>
      <w:r w:rsidRPr="00541039">
        <w:rPr>
          <w:lang w:val="ru-RU"/>
        </w:rPr>
        <w:t>допущених</w:t>
      </w:r>
      <w:proofErr w:type="spellEnd"/>
      <w:r w:rsidRPr="00541039">
        <w:rPr>
          <w:lang w:val="ru-RU"/>
        </w:rPr>
        <w:t xml:space="preserve"> </w:t>
      </w:r>
      <w:proofErr w:type="spellStart"/>
      <w:r w:rsidRPr="00541039">
        <w:rPr>
          <w:lang w:val="ru-RU"/>
        </w:rPr>
        <w:t>Учасників</w:t>
      </w:r>
      <w:proofErr w:type="spellEnd"/>
      <w:r w:rsidRPr="00541039">
        <w:rPr>
          <w:lang w:val="ru-RU"/>
        </w:rPr>
        <w:t xml:space="preserve"> за </w:t>
      </w:r>
      <w:proofErr w:type="spellStart"/>
      <w:r w:rsidRPr="00541039">
        <w:rPr>
          <w:lang w:val="ru-RU"/>
        </w:rPr>
        <w:t>допомогою</w:t>
      </w:r>
      <w:proofErr w:type="spellEnd"/>
      <w:r w:rsidRPr="00541039">
        <w:rPr>
          <w:lang w:val="ru-RU"/>
        </w:rPr>
        <w:t xml:space="preserve"> </w:t>
      </w:r>
      <w:r>
        <w:t xml:space="preserve">RANDOM.ORG </w:t>
      </w:r>
      <w:proofErr w:type="spellStart"/>
      <w:r>
        <w:t>визначаються</w:t>
      </w:r>
      <w:proofErr w:type="spellEnd"/>
      <w:r>
        <w:t xml:space="preserve"> </w:t>
      </w:r>
      <w:proofErr w:type="spellStart"/>
      <w:r>
        <w:t>п'ять</w:t>
      </w:r>
      <w:proofErr w:type="spellEnd"/>
      <w:r>
        <w:t xml:space="preserve"> </w:t>
      </w:r>
      <w:proofErr w:type="spellStart"/>
      <w:r>
        <w:t>отримувачів</w:t>
      </w:r>
      <w:proofErr w:type="spellEnd"/>
      <w:r>
        <w:t xml:space="preserve"> </w:t>
      </w:r>
      <w:proofErr w:type="spellStart"/>
      <w:r>
        <w:t>комплектів</w:t>
      </w:r>
      <w:proofErr w:type="spellEnd"/>
      <w:r>
        <w:t xml:space="preserve"> </w:t>
      </w:r>
      <w:proofErr w:type="spellStart"/>
      <w:r>
        <w:t>квитків</w:t>
      </w:r>
      <w:proofErr w:type="spellEnd"/>
      <w:r>
        <w:t>.</w:t>
      </w:r>
    </w:p>
    <w:p w14:paraId="23293E4A" w14:textId="426CCAE3" w:rsidR="00B75142" w:rsidRPr="00B75142" w:rsidRDefault="00B75142" w:rsidP="0009255D">
      <w:pPr>
        <w:pStyle w:val="LegalClause"/>
        <w:numPr>
          <w:ilvl w:val="1"/>
          <w:numId w:val="1"/>
        </w:numPr>
        <w:tabs>
          <w:tab w:val="left" w:pos="851"/>
        </w:tabs>
        <w:ind w:left="567" w:hanging="283"/>
        <w:rPr>
          <w:lang w:val="ru-RU"/>
        </w:rPr>
      </w:pPr>
      <w:r w:rsidRPr="00B75142">
        <w:rPr>
          <w:b/>
          <w:bCs/>
          <w:lang w:val="ru-RU"/>
        </w:rPr>
        <w:t xml:space="preserve">Фрод </w:t>
      </w:r>
      <w:r w:rsidRPr="00B75142">
        <w:rPr>
          <w:lang w:val="ru-RU"/>
        </w:rPr>
        <w:t>— будь-</w:t>
      </w:r>
      <w:proofErr w:type="spellStart"/>
      <w:r w:rsidRPr="00B75142">
        <w:rPr>
          <w:lang w:val="ru-RU"/>
        </w:rPr>
        <w:t>які</w:t>
      </w:r>
      <w:proofErr w:type="spellEnd"/>
      <w:r w:rsidRPr="00B75142">
        <w:rPr>
          <w:lang w:val="ru-RU"/>
        </w:rPr>
        <w:t xml:space="preserve"> </w:t>
      </w:r>
      <w:proofErr w:type="spellStart"/>
      <w:r w:rsidRPr="00B75142">
        <w:rPr>
          <w:lang w:val="ru-RU"/>
        </w:rPr>
        <w:t>умисні</w:t>
      </w:r>
      <w:proofErr w:type="spellEnd"/>
      <w:r w:rsidRPr="00B75142">
        <w:rPr>
          <w:lang w:val="ru-RU"/>
        </w:rPr>
        <w:t xml:space="preserve"> </w:t>
      </w:r>
      <w:proofErr w:type="spellStart"/>
      <w:r w:rsidRPr="00B75142">
        <w:rPr>
          <w:lang w:val="ru-RU"/>
        </w:rPr>
        <w:t>дії</w:t>
      </w:r>
      <w:proofErr w:type="spellEnd"/>
      <w:r w:rsidRPr="00B75142">
        <w:rPr>
          <w:lang w:val="ru-RU"/>
        </w:rPr>
        <w:t xml:space="preserve">, </w:t>
      </w:r>
      <w:proofErr w:type="spellStart"/>
      <w:r w:rsidRPr="00B75142">
        <w:rPr>
          <w:lang w:val="ru-RU"/>
        </w:rPr>
        <w:t>спрямовані</w:t>
      </w:r>
      <w:proofErr w:type="spellEnd"/>
      <w:r w:rsidRPr="00B75142">
        <w:rPr>
          <w:lang w:val="ru-RU"/>
        </w:rPr>
        <w:t xml:space="preserve"> на </w:t>
      </w:r>
      <w:proofErr w:type="spellStart"/>
      <w:r w:rsidRPr="00B75142">
        <w:rPr>
          <w:lang w:val="ru-RU"/>
        </w:rPr>
        <w:t>неправомірне</w:t>
      </w:r>
      <w:proofErr w:type="spellEnd"/>
      <w:r w:rsidRPr="00B75142">
        <w:rPr>
          <w:lang w:val="ru-RU"/>
        </w:rPr>
        <w:t xml:space="preserve"> </w:t>
      </w:r>
      <w:proofErr w:type="spellStart"/>
      <w:r w:rsidRPr="00B75142">
        <w:rPr>
          <w:lang w:val="ru-RU"/>
        </w:rPr>
        <w:t>отримання</w:t>
      </w:r>
      <w:proofErr w:type="spellEnd"/>
      <w:r w:rsidRPr="00B75142">
        <w:rPr>
          <w:lang w:val="ru-RU"/>
        </w:rPr>
        <w:t xml:space="preserve"> </w:t>
      </w:r>
      <w:proofErr w:type="spellStart"/>
      <w:r w:rsidRPr="00B75142">
        <w:rPr>
          <w:lang w:val="ru-RU"/>
        </w:rPr>
        <w:t>додаткового</w:t>
      </w:r>
      <w:proofErr w:type="spellEnd"/>
      <w:r w:rsidRPr="00B75142">
        <w:rPr>
          <w:lang w:val="ru-RU"/>
        </w:rPr>
        <w:t xml:space="preserve"> Голосу, </w:t>
      </w:r>
      <w:proofErr w:type="spellStart"/>
      <w:r w:rsidRPr="00B75142">
        <w:rPr>
          <w:lang w:val="ru-RU"/>
        </w:rPr>
        <w:t>маніпулювання</w:t>
      </w:r>
      <w:proofErr w:type="spellEnd"/>
      <w:r w:rsidRPr="00B75142">
        <w:rPr>
          <w:lang w:val="ru-RU"/>
        </w:rPr>
        <w:t xml:space="preserve"> результатами </w:t>
      </w:r>
      <w:proofErr w:type="spellStart"/>
      <w:r w:rsidRPr="00B75142">
        <w:rPr>
          <w:lang w:val="ru-RU"/>
        </w:rPr>
        <w:t>Голосування</w:t>
      </w:r>
      <w:proofErr w:type="spellEnd"/>
      <w:r w:rsidRPr="00B75142">
        <w:rPr>
          <w:lang w:val="ru-RU"/>
        </w:rPr>
        <w:t xml:space="preserve"> </w:t>
      </w:r>
      <w:proofErr w:type="spellStart"/>
      <w:r w:rsidRPr="00B75142">
        <w:rPr>
          <w:lang w:val="ru-RU"/>
        </w:rPr>
        <w:t>або</w:t>
      </w:r>
      <w:proofErr w:type="spellEnd"/>
      <w:r w:rsidRPr="00B75142">
        <w:rPr>
          <w:lang w:val="ru-RU"/>
        </w:rPr>
        <w:t xml:space="preserve"> </w:t>
      </w:r>
      <w:proofErr w:type="spellStart"/>
      <w:r w:rsidRPr="00B75142">
        <w:rPr>
          <w:lang w:val="ru-RU"/>
        </w:rPr>
        <w:t>обхід</w:t>
      </w:r>
      <w:proofErr w:type="spellEnd"/>
      <w:r w:rsidRPr="00B75142">
        <w:rPr>
          <w:lang w:val="ru-RU"/>
        </w:rPr>
        <w:t xml:space="preserve"> </w:t>
      </w:r>
      <w:proofErr w:type="spellStart"/>
      <w:r w:rsidRPr="00B75142">
        <w:rPr>
          <w:lang w:val="ru-RU"/>
        </w:rPr>
        <w:t>встановлених</w:t>
      </w:r>
      <w:proofErr w:type="spellEnd"/>
      <w:r w:rsidRPr="00B75142">
        <w:rPr>
          <w:lang w:val="ru-RU"/>
        </w:rPr>
        <w:t xml:space="preserve"> </w:t>
      </w:r>
      <w:proofErr w:type="spellStart"/>
      <w:r w:rsidRPr="00B75142">
        <w:rPr>
          <w:lang w:val="ru-RU"/>
        </w:rPr>
        <w:t>цими</w:t>
      </w:r>
      <w:proofErr w:type="spellEnd"/>
      <w:r w:rsidRPr="00B75142">
        <w:rPr>
          <w:lang w:val="ru-RU"/>
        </w:rPr>
        <w:t xml:space="preserve"> Правилами </w:t>
      </w:r>
      <w:proofErr w:type="spellStart"/>
      <w:r w:rsidRPr="00B75142">
        <w:rPr>
          <w:lang w:val="ru-RU"/>
        </w:rPr>
        <w:t>обмежень</w:t>
      </w:r>
      <w:proofErr w:type="spellEnd"/>
      <w:r w:rsidRPr="00B75142">
        <w:rPr>
          <w:lang w:val="ru-RU"/>
        </w:rPr>
        <w:t xml:space="preserve"> та процедур </w:t>
      </w:r>
      <w:proofErr w:type="spellStart"/>
      <w:r w:rsidRPr="00B75142">
        <w:rPr>
          <w:lang w:val="ru-RU"/>
        </w:rPr>
        <w:t>верифікації</w:t>
      </w:r>
      <w:proofErr w:type="spellEnd"/>
      <w:r w:rsidRPr="00B75142">
        <w:rPr>
          <w:lang w:val="ru-RU"/>
        </w:rPr>
        <w:t>.</w:t>
      </w:r>
    </w:p>
    <w:p w14:paraId="7E431B60" w14:textId="77777777" w:rsidR="00D97F10" w:rsidRDefault="00000000" w:rsidP="0009255D">
      <w:pPr>
        <w:pStyle w:val="Heading1"/>
        <w:numPr>
          <w:ilvl w:val="0"/>
          <w:numId w:val="1"/>
        </w:numPr>
        <w:ind w:left="426" w:firstLine="0"/>
      </w:pPr>
      <w:r>
        <w:rPr>
          <w:rFonts w:ascii="Times New Roman" w:eastAsia="Times New Roman" w:hAnsi="Times New Roman" w:cs="Times New Roman"/>
        </w:rPr>
        <w:t>ОРГАНІЗАТОР ТА ОФІЦІЙНІ ІНФОРМАЦІЙНІ РЕСУРСИ</w:t>
      </w:r>
    </w:p>
    <w:p w14:paraId="6F7E1BAC" w14:textId="77777777" w:rsidR="00D97F10" w:rsidRDefault="00000000">
      <w:pPr>
        <w:pStyle w:val="LegalClause"/>
        <w:numPr>
          <w:ilvl w:val="1"/>
          <w:numId w:val="1"/>
        </w:numPr>
      </w:pPr>
      <w:r>
        <w:t>Організатор: ТОВ «ОТТ УКРАЇНА», код ЄДРПОУ 41303621, місцезнаходження: Україна, 03124, місто Київ, БУЛЬВАР ГАВЕЛА ВАЦЛАВА, будинок 6, корпус 17.</w:t>
      </w:r>
    </w:p>
    <w:p w14:paraId="53F8819B" w14:textId="77777777" w:rsidR="00D97F10" w:rsidRPr="00541039" w:rsidRDefault="00000000">
      <w:pPr>
        <w:pStyle w:val="LegalClause"/>
        <w:numPr>
          <w:ilvl w:val="1"/>
          <w:numId w:val="1"/>
        </w:numPr>
        <w:rPr>
          <w:lang w:val="ru-RU"/>
        </w:rPr>
      </w:pPr>
      <w:proofErr w:type="spellStart"/>
      <w:r w:rsidRPr="00541039">
        <w:rPr>
          <w:lang w:val="ru-RU"/>
        </w:rPr>
        <w:t>Електронна</w:t>
      </w:r>
      <w:proofErr w:type="spellEnd"/>
      <w:r w:rsidRPr="00541039">
        <w:rPr>
          <w:lang w:val="ru-RU"/>
        </w:rPr>
        <w:t xml:space="preserve"> адреса для </w:t>
      </w:r>
      <w:proofErr w:type="spellStart"/>
      <w:r w:rsidRPr="00541039">
        <w:rPr>
          <w:lang w:val="ru-RU"/>
        </w:rPr>
        <w:t>звернень</w:t>
      </w:r>
      <w:proofErr w:type="spellEnd"/>
      <w:r w:rsidRPr="00541039">
        <w:rPr>
          <w:lang w:val="ru-RU"/>
        </w:rPr>
        <w:t xml:space="preserve"> з </w:t>
      </w:r>
      <w:proofErr w:type="spellStart"/>
      <w:r w:rsidRPr="00541039">
        <w:rPr>
          <w:lang w:val="ru-RU"/>
        </w:rPr>
        <w:t>питань</w:t>
      </w:r>
      <w:proofErr w:type="spellEnd"/>
      <w:r w:rsidRPr="00541039">
        <w:rPr>
          <w:lang w:val="ru-RU"/>
        </w:rPr>
        <w:t xml:space="preserve"> </w:t>
      </w:r>
      <w:proofErr w:type="spellStart"/>
      <w:r w:rsidRPr="00541039">
        <w:rPr>
          <w:lang w:val="ru-RU"/>
        </w:rPr>
        <w:t>застосування</w:t>
      </w:r>
      <w:proofErr w:type="spellEnd"/>
      <w:r w:rsidRPr="00541039">
        <w:rPr>
          <w:lang w:val="ru-RU"/>
        </w:rPr>
        <w:t xml:space="preserve"> Правил: </w:t>
      </w:r>
      <w:r>
        <w:t>info</w:t>
      </w:r>
      <w:r w:rsidRPr="00541039">
        <w:rPr>
          <w:lang w:val="ru-RU"/>
        </w:rPr>
        <w:t>@</w:t>
      </w:r>
      <w:r>
        <w:t>sweet</w:t>
      </w:r>
      <w:r w:rsidRPr="00541039">
        <w:rPr>
          <w:lang w:val="ru-RU"/>
        </w:rPr>
        <w:t>.</w:t>
      </w:r>
      <w:r>
        <w:t>tv</w:t>
      </w:r>
      <w:r w:rsidRPr="00541039">
        <w:rPr>
          <w:lang w:val="ru-RU"/>
        </w:rPr>
        <w:t>.</w:t>
      </w:r>
    </w:p>
    <w:p w14:paraId="7F90F557" w14:textId="1E7DDB3A" w:rsidR="00D97F10" w:rsidRPr="00541039" w:rsidRDefault="00000000">
      <w:pPr>
        <w:pStyle w:val="LegalClause"/>
        <w:numPr>
          <w:ilvl w:val="1"/>
          <w:numId w:val="1"/>
        </w:numPr>
        <w:rPr>
          <w:lang w:val="ru-RU"/>
        </w:rPr>
      </w:pPr>
      <w:r w:rsidRPr="00541039">
        <w:rPr>
          <w:b/>
          <w:lang w:val="ru-RU"/>
        </w:rPr>
        <w:t xml:space="preserve">Адреса </w:t>
      </w:r>
      <w:proofErr w:type="spellStart"/>
      <w:r w:rsidRPr="00541039">
        <w:rPr>
          <w:b/>
          <w:lang w:val="ru-RU"/>
        </w:rPr>
        <w:t>Сторінки</w:t>
      </w:r>
      <w:proofErr w:type="spellEnd"/>
      <w:r w:rsidRPr="00541039">
        <w:rPr>
          <w:b/>
          <w:lang w:val="ru-RU"/>
        </w:rPr>
        <w:t xml:space="preserve"> </w:t>
      </w:r>
      <w:proofErr w:type="spellStart"/>
      <w:r w:rsidRPr="00541039">
        <w:rPr>
          <w:b/>
          <w:lang w:val="ru-RU"/>
        </w:rPr>
        <w:t>голосування</w:t>
      </w:r>
      <w:proofErr w:type="spellEnd"/>
      <w:r w:rsidRPr="00541039">
        <w:rPr>
          <w:b/>
          <w:lang w:val="ru-RU"/>
        </w:rPr>
        <w:t xml:space="preserve">: </w:t>
      </w:r>
      <w:r w:rsidR="003F1764" w:rsidRPr="003F1764">
        <w:rPr>
          <w:rFonts w:ascii="Arial" w:hAnsi="Arial" w:cs="Arial"/>
        </w:rPr>
        <w:t>https</w:t>
      </w:r>
      <w:r w:rsidR="003F1764" w:rsidRPr="003F1764">
        <w:rPr>
          <w:rFonts w:ascii="Arial" w:hAnsi="Arial" w:cs="Arial"/>
          <w:lang w:val="ru-RU"/>
        </w:rPr>
        <w:t>://</w:t>
      </w:r>
      <w:r w:rsidR="003F1764" w:rsidRPr="003F1764">
        <w:rPr>
          <w:rFonts w:ascii="Arial" w:hAnsi="Arial" w:cs="Arial"/>
        </w:rPr>
        <w:t>sweet</w:t>
      </w:r>
      <w:r w:rsidR="003F1764" w:rsidRPr="003F1764">
        <w:rPr>
          <w:rFonts w:ascii="Arial" w:hAnsi="Arial" w:cs="Arial"/>
          <w:lang w:val="ru-RU"/>
        </w:rPr>
        <w:t>.</w:t>
      </w:r>
      <w:r w:rsidR="003F1764" w:rsidRPr="003F1764">
        <w:rPr>
          <w:rFonts w:ascii="Arial" w:hAnsi="Arial" w:cs="Arial"/>
        </w:rPr>
        <w:t>tv</w:t>
      </w:r>
      <w:r w:rsidR="003F1764" w:rsidRPr="003F1764">
        <w:rPr>
          <w:rFonts w:ascii="Arial" w:hAnsi="Arial" w:cs="Arial"/>
          <w:lang w:val="ru-RU"/>
        </w:rPr>
        <w:t>/</w:t>
      </w:r>
      <w:proofErr w:type="spellStart"/>
      <w:r w:rsidR="003F1764" w:rsidRPr="003F1764">
        <w:rPr>
          <w:rFonts w:ascii="Arial" w:hAnsi="Arial" w:cs="Arial"/>
        </w:rPr>
        <w:t>ua</w:t>
      </w:r>
      <w:proofErr w:type="spellEnd"/>
      <w:r w:rsidR="003F1764" w:rsidRPr="003F1764">
        <w:rPr>
          <w:rFonts w:ascii="Arial" w:hAnsi="Arial" w:cs="Arial"/>
          <w:lang w:val="ru-RU"/>
        </w:rPr>
        <w:t>-</w:t>
      </w:r>
      <w:proofErr w:type="spellStart"/>
      <w:r w:rsidR="003F1764" w:rsidRPr="003F1764">
        <w:rPr>
          <w:rFonts w:ascii="Arial" w:hAnsi="Arial" w:cs="Arial"/>
        </w:rPr>
        <w:t>uk</w:t>
      </w:r>
      <w:proofErr w:type="spellEnd"/>
      <w:r w:rsidR="003F1764" w:rsidRPr="003F1764">
        <w:rPr>
          <w:rFonts w:ascii="Arial" w:hAnsi="Arial" w:cs="Arial"/>
          <w:lang w:val="ru-RU"/>
        </w:rPr>
        <w:t>/</w:t>
      </w:r>
      <w:r w:rsidR="003F1764" w:rsidRPr="003F1764">
        <w:rPr>
          <w:rFonts w:ascii="Arial" w:hAnsi="Arial" w:cs="Arial"/>
        </w:rPr>
        <w:t>series</w:t>
      </w:r>
      <w:r w:rsidR="003F1764" w:rsidRPr="003F1764">
        <w:rPr>
          <w:rFonts w:ascii="Arial" w:hAnsi="Arial" w:cs="Arial"/>
          <w:lang w:val="ru-RU"/>
        </w:rPr>
        <w:t>/37883-</w:t>
      </w:r>
      <w:proofErr w:type="spellStart"/>
      <w:r w:rsidR="003F1764" w:rsidRPr="003F1764">
        <w:rPr>
          <w:rFonts w:ascii="Arial" w:hAnsi="Arial" w:cs="Arial"/>
        </w:rPr>
        <w:t>fabrika</w:t>
      </w:r>
      <w:proofErr w:type="spellEnd"/>
      <w:r w:rsidR="003F1764" w:rsidRPr="003F1764">
        <w:rPr>
          <w:rFonts w:ascii="Arial" w:hAnsi="Arial" w:cs="Arial"/>
          <w:lang w:val="ru-RU"/>
        </w:rPr>
        <w:t>-</w:t>
      </w:r>
      <w:proofErr w:type="spellStart"/>
      <w:r w:rsidR="003F1764" w:rsidRPr="003F1764">
        <w:rPr>
          <w:rFonts w:ascii="Arial" w:hAnsi="Arial" w:cs="Arial"/>
        </w:rPr>
        <w:t>zirok</w:t>
      </w:r>
      <w:proofErr w:type="spellEnd"/>
    </w:p>
    <w:p w14:paraId="7721093B" w14:textId="424E47CC" w:rsidR="00D97F10" w:rsidRPr="00541039" w:rsidRDefault="0009255D">
      <w:pPr>
        <w:pStyle w:val="LegalClause"/>
        <w:numPr>
          <w:ilvl w:val="1"/>
          <w:numId w:val="1"/>
        </w:numPr>
        <w:rPr>
          <w:lang w:val="ru-RU"/>
        </w:rPr>
      </w:pPr>
      <w:proofErr w:type="spellStart"/>
      <w:r w:rsidRPr="0009255D">
        <w:rPr>
          <w:lang w:val="ru-RU"/>
        </w:rPr>
        <w:t>Офіційна</w:t>
      </w:r>
      <w:proofErr w:type="spellEnd"/>
      <w:r w:rsidRPr="0009255D">
        <w:rPr>
          <w:lang w:val="ru-RU"/>
        </w:rPr>
        <w:t xml:space="preserve"> </w:t>
      </w:r>
      <w:proofErr w:type="spellStart"/>
      <w:r w:rsidRPr="0009255D">
        <w:rPr>
          <w:lang w:val="ru-RU"/>
        </w:rPr>
        <w:t>інформація</w:t>
      </w:r>
      <w:proofErr w:type="spellEnd"/>
      <w:r w:rsidRPr="0009255D">
        <w:rPr>
          <w:lang w:val="ru-RU"/>
        </w:rPr>
        <w:t xml:space="preserve"> </w:t>
      </w:r>
      <w:proofErr w:type="spellStart"/>
      <w:r w:rsidRPr="0009255D">
        <w:rPr>
          <w:lang w:val="ru-RU"/>
        </w:rPr>
        <w:t>щодо</w:t>
      </w:r>
      <w:proofErr w:type="spellEnd"/>
      <w:r w:rsidRPr="0009255D">
        <w:rPr>
          <w:lang w:val="ru-RU"/>
        </w:rPr>
        <w:t xml:space="preserve"> </w:t>
      </w:r>
      <w:proofErr w:type="spellStart"/>
      <w:r w:rsidRPr="0009255D">
        <w:rPr>
          <w:lang w:val="ru-RU"/>
        </w:rPr>
        <w:t>проведення</w:t>
      </w:r>
      <w:proofErr w:type="spellEnd"/>
      <w:r w:rsidRPr="0009255D">
        <w:rPr>
          <w:lang w:val="ru-RU"/>
        </w:rPr>
        <w:t xml:space="preserve"> </w:t>
      </w:r>
      <w:proofErr w:type="spellStart"/>
      <w:r w:rsidRPr="0009255D">
        <w:rPr>
          <w:lang w:val="ru-RU"/>
        </w:rPr>
        <w:t>Голосування</w:t>
      </w:r>
      <w:proofErr w:type="spellEnd"/>
      <w:r w:rsidRPr="0009255D">
        <w:rPr>
          <w:lang w:val="ru-RU"/>
        </w:rPr>
        <w:t xml:space="preserve">, </w:t>
      </w:r>
      <w:proofErr w:type="spellStart"/>
      <w:r w:rsidRPr="0009255D">
        <w:rPr>
          <w:lang w:val="ru-RU"/>
        </w:rPr>
        <w:t>його</w:t>
      </w:r>
      <w:proofErr w:type="spellEnd"/>
      <w:r w:rsidRPr="0009255D">
        <w:rPr>
          <w:lang w:val="ru-RU"/>
        </w:rPr>
        <w:t xml:space="preserve"> </w:t>
      </w:r>
      <w:proofErr w:type="spellStart"/>
      <w:r>
        <w:rPr>
          <w:lang w:val="ru-RU"/>
        </w:rPr>
        <w:t>строків</w:t>
      </w:r>
      <w:proofErr w:type="spellEnd"/>
      <w:r w:rsidRPr="0009255D">
        <w:rPr>
          <w:lang w:val="ru-RU"/>
        </w:rPr>
        <w:t xml:space="preserve">, </w:t>
      </w:r>
      <w:proofErr w:type="spellStart"/>
      <w:r w:rsidRPr="0009255D">
        <w:rPr>
          <w:lang w:val="ru-RU"/>
        </w:rPr>
        <w:t>результатів</w:t>
      </w:r>
      <w:proofErr w:type="spellEnd"/>
      <w:r w:rsidRPr="0009255D">
        <w:rPr>
          <w:lang w:val="ru-RU"/>
        </w:rPr>
        <w:t xml:space="preserve"> та </w:t>
      </w:r>
      <w:proofErr w:type="spellStart"/>
      <w:r w:rsidRPr="0009255D">
        <w:rPr>
          <w:lang w:val="ru-RU"/>
        </w:rPr>
        <w:t>інших</w:t>
      </w:r>
      <w:proofErr w:type="spellEnd"/>
      <w:r w:rsidRPr="0009255D">
        <w:rPr>
          <w:lang w:val="ru-RU"/>
        </w:rPr>
        <w:t xml:space="preserve"> умов </w:t>
      </w:r>
      <w:proofErr w:type="spellStart"/>
      <w:r w:rsidRPr="0009255D">
        <w:rPr>
          <w:lang w:val="ru-RU"/>
        </w:rPr>
        <w:t>Кампанії</w:t>
      </w:r>
      <w:proofErr w:type="spellEnd"/>
      <w:r w:rsidRPr="0009255D">
        <w:rPr>
          <w:lang w:val="ru-RU"/>
        </w:rPr>
        <w:t xml:space="preserve"> </w:t>
      </w:r>
      <w:proofErr w:type="spellStart"/>
      <w:r w:rsidRPr="0009255D">
        <w:rPr>
          <w:lang w:val="ru-RU"/>
        </w:rPr>
        <w:t>розміщується</w:t>
      </w:r>
      <w:proofErr w:type="spellEnd"/>
      <w:r w:rsidRPr="0009255D">
        <w:rPr>
          <w:lang w:val="ru-RU"/>
        </w:rPr>
        <w:t xml:space="preserve"> на </w:t>
      </w:r>
      <w:proofErr w:type="spellStart"/>
      <w:r w:rsidRPr="0009255D">
        <w:rPr>
          <w:lang w:val="ru-RU"/>
        </w:rPr>
        <w:t>Сторінці</w:t>
      </w:r>
      <w:proofErr w:type="spellEnd"/>
      <w:r w:rsidRPr="0009255D">
        <w:rPr>
          <w:lang w:val="ru-RU"/>
        </w:rPr>
        <w:t xml:space="preserve"> </w:t>
      </w:r>
      <w:proofErr w:type="spellStart"/>
      <w:r w:rsidRPr="0009255D">
        <w:rPr>
          <w:lang w:val="ru-RU"/>
        </w:rPr>
        <w:t>голосування</w:t>
      </w:r>
      <w:proofErr w:type="spellEnd"/>
      <w:r w:rsidRPr="0009255D">
        <w:rPr>
          <w:lang w:val="ru-RU"/>
        </w:rPr>
        <w:t xml:space="preserve">. </w:t>
      </w:r>
      <w:proofErr w:type="spellStart"/>
      <w:r w:rsidRPr="0009255D">
        <w:rPr>
          <w:lang w:val="ru-RU"/>
        </w:rPr>
        <w:t>Організатор</w:t>
      </w:r>
      <w:proofErr w:type="spellEnd"/>
      <w:r w:rsidRPr="0009255D">
        <w:rPr>
          <w:lang w:val="ru-RU"/>
        </w:rPr>
        <w:t xml:space="preserve"> також </w:t>
      </w:r>
      <w:proofErr w:type="spellStart"/>
      <w:r w:rsidRPr="0009255D">
        <w:rPr>
          <w:lang w:val="ru-RU"/>
        </w:rPr>
        <w:t>може</w:t>
      </w:r>
      <w:proofErr w:type="spellEnd"/>
      <w:r w:rsidRPr="0009255D">
        <w:rPr>
          <w:lang w:val="ru-RU"/>
        </w:rPr>
        <w:t xml:space="preserve"> </w:t>
      </w:r>
      <w:proofErr w:type="spellStart"/>
      <w:r w:rsidRPr="0009255D">
        <w:rPr>
          <w:lang w:val="ru-RU"/>
        </w:rPr>
        <w:t>розміщувати</w:t>
      </w:r>
      <w:proofErr w:type="spellEnd"/>
      <w:r w:rsidRPr="0009255D">
        <w:rPr>
          <w:lang w:val="ru-RU"/>
        </w:rPr>
        <w:t xml:space="preserve"> </w:t>
      </w:r>
      <w:proofErr w:type="spellStart"/>
      <w:r w:rsidRPr="0009255D">
        <w:rPr>
          <w:lang w:val="ru-RU"/>
        </w:rPr>
        <w:t>інформаційні</w:t>
      </w:r>
      <w:proofErr w:type="spellEnd"/>
      <w:r w:rsidRPr="0009255D">
        <w:rPr>
          <w:lang w:val="ru-RU"/>
        </w:rPr>
        <w:t xml:space="preserve"> </w:t>
      </w:r>
      <w:proofErr w:type="spellStart"/>
      <w:r w:rsidRPr="0009255D">
        <w:rPr>
          <w:lang w:val="ru-RU"/>
        </w:rPr>
        <w:t>повідомлення</w:t>
      </w:r>
      <w:proofErr w:type="spellEnd"/>
      <w:r w:rsidRPr="0009255D">
        <w:rPr>
          <w:lang w:val="ru-RU"/>
        </w:rPr>
        <w:t xml:space="preserve"> на </w:t>
      </w:r>
      <w:proofErr w:type="spellStart"/>
      <w:r w:rsidRPr="0009255D">
        <w:rPr>
          <w:lang w:val="ru-RU"/>
        </w:rPr>
        <w:t>офіційних</w:t>
      </w:r>
      <w:proofErr w:type="spellEnd"/>
      <w:r w:rsidRPr="0009255D">
        <w:rPr>
          <w:lang w:val="ru-RU"/>
        </w:rPr>
        <w:t xml:space="preserve"> </w:t>
      </w:r>
      <w:proofErr w:type="spellStart"/>
      <w:r w:rsidRPr="0009255D">
        <w:rPr>
          <w:lang w:val="ru-RU"/>
        </w:rPr>
        <w:t>сторінках</w:t>
      </w:r>
      <w:proofErr w:type="spellEnd"/>
      <w:r w:rsidRPr="0009255D">
        <w:rPr>
          <w:lang w:val="ru-RU"/>
        </w:rPr>
        <w:t xml:space="preserve"> Проекту «Фабрика </w:t>
      </w:r>
      <w:proofErr w:type="spellStart"/>
      <w:r w:rsidRPr="0009255D">
        <w:rPr>
          <w:lang w:val="ru-RU"/>
        </w:rPr>
        <w:t>Зірок</w:t>
      </w:r>
      <w:proofErr w:type="spellEnd"/>
      <w:r w:rsidRPr="0009255D">
        <w:rPr>
          <w:lang w:val="ru-RU"/>
        </w:rPr>
        <w:t xml:space="preserve">» та </w:t>
      </w:r>
      <w:r>
        <w:t>SWEET</w:t>
      </w:r>
      <w:r w:rsidRPr="0009255D">
        <w:rPr>
          <w:lang w:val="ru-RU"/>
        </w:rPr>
        <w:t>.</w:t>
      </w:r>
      <w:r>
        <w:t>TV</w:t>
      </w:r>
      <w:r w:rsidRPr="0009255D">
        <w:rPr>
          <w:lang w:val="ru-RU"/>
        </w:rPr>
        <w:t xml:space="preserve"> у </w:t>
      </w:r>
      <w:proofErr w:type="spellStart"/>
      <w:r w:rsidRPr="0009255D">
        <w:rPr>
          <w:lang w:val="ru-RU"/>
        </w:rPr>
        <w:t>соціальних</w:t>
      </w:r>
      <w:proofErr w:type="spellEnd"/>
      <w:r w:rsidRPr="0009255D">
        <w:rPr>
          <w:lang w:val="ru-RU"/>
        </w:rPr>
        <w:t xml:space="preserve"> мережах, а також </w:t>
      </w:r>
      <w:proofErr w:type="spellStart"/>
      <w:r w:rsidRPr="0009255D">
        <w:rPr>
          <w:lang w:val="ru-RU"/>
        </w:rPr>
        <w:t>надсилати</w:t>
      </w:r>
      <w:proofErr w:type="spellEnd"/>
      <w:r w:rsidRPr="0009255D">
        <w:rPr>
          <w:lang w:val="ru-RU"/>
        </w:rPr>
        <w:t xml:space="preserve"> </w:t>
      </w:r>
      <w:proofErr w:type="spellStart"/>
      <w:r w:rsidRPr="0009255D">
        <w:rPr>
          <w:lang w:val="ru-RU"/>
        </w:rPr>
        <w:t>індивідуальні</w:t>
      </w:r>
      <w:proofErr w:type="spellEnd"/>
      <w:r w:rsidRPr="0009255D">
        <w:rPr>
          <w:lang w:val="ru-RU"/>
        </w:rPr>
        <w:t xml:space="preserve"> </w:t>
      </w:r>
      <w:proofErr w:type="spellStart"/>
      <w:r w:rsidRPr="0009255D">
        <w:rPr>
          <w:lang w:val="ru-RU"/>
        </w:rPr>
        <w:t>повідомлення</w:t>
      </w:r>
      <w:proofErr w:type="spellEnd"/>
      <w:r w:rsidRPr="0009255D">
        <w:rPr>
          <w:lang w:val="ru-RU"/>
        </w:rPr>
        <w:t xml:space="preserve"> </w:t>
      </w:r>
      <w:proofErr w:type="spellStart"/>
      <w:r w:rsidRPr="0009255D">
        <w:rPr>
          <w:lang w:val="ru-RU"/>
        </w:rPr>
        <w:t>Учасникам</w:t>
      </w:r>
      <w:proofErr w:type="spellEnd"/>
      <w:r w:rsidRPr="0009255D">
        <w:rPr>
          <w:lang w:val="ru-RU"/>
        </w:rPr>
        <w:t xml:space="preserve"> за </w:t>
      </w:r>
      <w:proofErr w:type="spellStart"/>
      <w:r w:rsidRPr="0009255D">
        <w:rPr>
          <w:lang w:val="ru-RU"/>
        </w:rPr>
        <w:t>допомогою</w:t>
      </w:r>
      <w:proofErr w:type="spellEnd"/>
      <w:r w:rsidRPr="0009255D">
        <w:rPr>
          <w:lang w:val="ru-RU"/>
        </w:rPr>
        <w:t xml:space="preserve"> </w:t>
      </w:r>
      <w:proofErr w:type="spellStart"/>
      <w:r w:rsidRPr="0009255D">
        <w:rPr>
          <w:lang w:val="ru-RU"/>
        </w:rPr>
        <w:t>контактних</w:t>
      </w:r>
      <w:proofErr w:type="spellEnd"/>
      <w:r w:rsidRPr="0009255D">
        <w:rPr>
          <w:lang w:val="ru-RU"/>
        </w:rPr>
        <w:t xml:space="preserve"> </w:t>
      </w:r>
      <w:proofErr w:type="spellStart"/>
      <w:r w:rsidRPr="0009255D">
        <w:rPr>
          <w:lang w:val="ru-RU"/>
        </w:rPr>
        <w:t>даних</w:t>
      </w:r>
      <w:proofErr w:type="spellEnd"/>
      <w:r w:rsidRPr="0009255D">
        <w:rPr>
          <w:lang w:val="ru-RU"/>
        </w:rPr>
        <w:t xml:space="preserve">, </w:t>
      </w:r>
      <w:proofErr w:type="spellStart"/>
      <w:r w:rsidRPr="0009255D">
        <w:rPr>
          <w:lang w:val="ru-RU"/>
        </w:rPr>
        <w:t>зазначених</w:t>
      </w:r>
      <w:proofErr w:type="spellEnd"/>
      <w:r w:rsidRPr="0009255D">
        <w:rPr>
          <w:lang w:val="ru-RU"/>
        </w:rPr>
        <w:t xml:space="preserve"> в </w:t>
      </w:r>
      <w:proofErr w:type="spellStart"/>
      <w:r w:rsidRPr="0009255D">
        <w:rPr>
          <w:lang w:val="ru-RU"/>
        </w:rPr>
        <w:t>Акаунті</w:t>
      </w:r>
      <w:proofErr w:type="spellEnd"/>
      <w:r w:rsidRPr="00541039">
        <w:rPr>
          <w:lang w:val="ru-RU"/>
        </w:rPr>
        <w:t>.</w:t>
      </w:r>
    </w:p>
    <w:p w14:paraId="496C1B96" w14:textId="32917354" w:rsidR="00D97F10" w:rsidRPr="00541039" w:rsidRDefault="00D42D87">
      <w:pPr>
        <w:pStyle w:val="LegalClause"/>
        <w:numPr>
          <w:ilvl w:val="1"/>
          <w:numId w:val="1"/>
        </w:numPr>
        <w:rPr>
          <w:lang w:val="ru-RU"/>
        </w:rPr>
      </w:pPr>
      <w:r w:rsidRPr="00D42D87">
        <w:rPr>
          <w:lang w:val="ru-RU"/>
        </w:rPr>
        <w:t xml:space="preserve">Для </w:t>
      </w:r>
      <w:proofErr w:type="spellStart"/>
      <w:r w:rsidRPr="00D42D87">
        <w:rPr>
          <w:lang w:val="ru-RU"/>
        </w:rPr>
        <w:t>технічного</w:t>
      </w:r>
      <w:proofErr w:type="spellEnd"/>
      <w:r w:rsidRPr="00D42D87">
        <w:rPr>
          <w:lang w:val="ru-RU"/>
        </w:rPr>
        <w:t xml:space="preserve"> </w:t>
      </w:r>
      <w:proofErr w:type="spellStart"/>
      <w:r w:rsidRPr="00D42D87">
        <w:rPr>
          <w:lang w:val="ru-RU"/>
        </w:rPr>
        <w:t>забезпечення</w:t>
      </w:r>
      <w:proofErr w:type="spellEnd"/>
      <w:r w:rsidRPr="00D42D87">
        <w:rPr>
          <w:lang w:val="ru-RU"/>
        </w:rPr>
        <w:t xml:space="preserve"> </w:t>
      </w:r>
      <w:proofErr w:type="spellStart"/>
      <w:r w:rsidRPr="00D42D87">
        <w:rPr>
          <w:lang w:val="ru-RU"/>
        </w:rPr>
        <w:t>Голосування</w:t>
      </w:r>
      <w:proofErr w:type="spellEnd"/>
      <w:r w:rsidRPr="00D42D87">
        <w:rPr>
          <w:lang w:val="ru-RU"/>
        </w:rPr>
        <w:t xml:space="preserve"> та </w:t>
      </w:r>
      <w:proofErr w:type="spellStart"/>
      <w:r w:rsidRPr="00D42D87">
        <w:rPr>
          <w:lang w:val="ru-RU"/>
        </w:rPr>
        <w:t>реалізації</w:t>
      </w:r>
      <w:proofErr w:type="spellEnd"/>
      <w:r w:rsidRPr="00D42D87">
        <w:rPr>
          <w:lang w:val="ru-RU"/>
        </w:rPr>
        <w:t xml:space="preserve"> </w:t>
      </w:r>
      <w:proofErr w:type="spellStart"/>
      <w:r w:rsidRPr="00D42D87">
        <w:rPr>
          <w:lang w:val="ru-RU"/>
        </w:rPr>
        <w:t>окремих</w:t>
      </w:r>
      <w:proofErr w:type="spellEnd"/>
      <w:r w:rsidRPr="00D42D87">
        <w:rPr>
          <w:lang w:val="ru-RU"/>
        </w:rPr>
        <w:t xml:space="preserve"> </w:t>
      </w:r>
      <w:proofErr w:type="spellStart"/>
      <w:r w:rsidRPr="00D42D87">
        <w:rPr>
          <w:lang w:val="ru-RU"/>
        </w:rPr>
        <w:t>складових</w:t>
      </w:r>
      <w:proofErr w:type="spellEnd"/>
      <w:r w:rsidRPr="00D42D87">
        <w:rPr>
          <w:lang w:val="ru-RU"/>
        </w:rPr>
        <w:t xml:space="preserve"> </w:t>
      </w:r>
      <w:proofErr w:type="spellStart"/>
      <w:r w:rsidRPr="00D42D87">
        <w:rPr>
          <w:lang w:val="ru-RU"/>
        </w:rPr>
        <w:t>Кампанії</w:t>
      </w:r>
      <w:proofErr w:type="spellEnd"/>
      <w:r w:rsidRPr="00D42D87">
        <w:rPr>
          <w:lang w:val="ru-RU"/>
        </w:rPr>
        <w:t xml:space="preserve"> </w:t>
      </w:r>
      <w:proofErr w:type="spellStart"/>
      <w:r w:rsidRPr="00D42D87">
        <w:rPr>
          <w:lang w:val="ru-RU"/>
        </w:rPr>
        <w:t>Організатор</w:t>
      </w:r>
      <w:proofErr w:type="spellEnd"/>
      <w:r w:rsidRPr="00D42D87">
        <w:rPr>
          <w:lang w:val="ru-RU"/>
        </w:rPr>
        <w:t xml:space="preserve"> </w:t>
      </w:r>
      <w:proofErr w:type="spellStart"/>
      <w:r w:rsidRPr="00D42D87">
        <w:rPr>
          <w:lang w:val="ru-RU"/>
        </w:rPr>
        <w:t>має</w:t>
      </w:r>
      <w:proofErr w:type="spellEnd"/>
      <w:r w:rsidRPr="00D42D87">
        <w:rPr>
          <w:lang w:val="ru-RU"/>
        </w:rPr>
        <w:t xml:space="preserve"> право </w:t>
      </w:r>
      <w:proofErr w:type="spellStart"/>
      <w:r w:rsidRPr="00D42D87">
        <w:rPr>
          <w:lang w:val="ru-RU"/>
        </w:rPr>
        <w:t>залучати</w:t>
      </w:r>
      <w:proofErr w:type="spellEnd"/>
      <w:r w:rsidRPr="00D42D87">
        <w:rPr>
          <w:lang w:val="ru-RU"/>
        </w:rPr>
        <w:t xml:space="preserve"> </w:t>
      </w:r>
      <w:proofErr w:type="spellStart"/>
      <w:r w:rsidRPr="00D42D87">
        <w:rPr>
          <w:lang w:val="ru-RU"/>
        </w:rPr>
        <w:t>третіх</w:t>
      </w:r>
      <w:proofErr w:type="spellEnd"/>
      <w:r w:rsidRPr="00D42D87">
        <w:rPr>
          <w:lang w:val="ru-RU"/>
        </w:rPr>
        <w:t xml:space="preserve"> </w:t>
      </w:r>
      <w:proofErr w:type="spellStart"/>
      <w:r w:rsidRPr="00D42D87">
        <w:rPr>
          <w:lang w:val="ru-RU"/>
        </w:rPr>
        <w:t>осіб</w:t>
      </w:r>
      <w:proofErr w:type="spellEnd"/>
      <w:r w:rsidRPr="00D42D87">
        <w:rPr>
          <w:lang w:val="ru-RU"/>
        </w:rPr>
        <w:t xml:space="preserve">, у тому </w:t>
      </w:r>
      <w:proofErr w:type="spellStart"/>
      <w:r w:rsidRPr="00D42D87">
        <w:rPr>
          <w:lang w:val="ru-RU"/>
        </w:rPr>
        <w:t>числі</w:t>
      </w:r>
      <w:proofErr w:type="spellEnd"/>
      <w:r w:rsidRPr="00D42D87">
        <w:rPr>
          <w:lang w:val="ru-RU"/>
        </w:rPr>
        <w:t xml:space="preserve"> </w:t>
      </w:r>
      <w:proofErr w:type="spellStart"/>
      <w:r w:rsidRPr="00D42D87">
        <w:rPr>
          <w:lang w:val="ru-RU"/>
        </w:rPr>
        <w:t>платіжних</w:t>
      </w:r>
      <w:proofErr w:type="spellEnd"/>
      <w:r w:rsidRPr="00D42D87">
        <w:rPr>
          <w:lang w:val="ru-RU"/>
        </w:rPr>
        <w:t xml:space="preserve">, </w:t>
      </w:r>
      <w:proofErr w:type="spellStart"/>
      <w:r w:rsidRPr="00D42D87">
        <w:rPr>
          <w:lang w:val="ru-RU"/>
        </w:rPr>
        <w:t>технологічних</w:t>
      </w:r>
      <w:proofErr w:type="spellEnd"/>
      <w:r w:rsidRPr="00D42D87">
        <w:rPr>
          <w:lang w:val="ru-RU"/>
        </w:rPr>
        <w:t xml:space="preserve"> та </w:t>
      </w:r>
      <w:proofErr w:type="spellStart"/>
      <w:r w:rsidRPr="00D42D87">
        <w:rPr>
          <w:lang w:val="ru-RU"/>
        </w:rPr>
        <w:t>комунікаційних</w:t>
      </w:r>
      <w:proofErr w:type="spellEnd"/>
      <w:r w:rsidRPr="00D42D87">
        <w:rPr>
          <w:lang w:val="ru-RU"/>
        </w:rPr>
        <w:t xml:space="preserve"> </w:t>
      </w:r>
      <w:proofErr w:type="spellStart"/>
      <w:r w:rsidRPr="00D42D87">
        <w:rPr>
          <w:lang w:val="ru-RU"/>
        </w:rPr>
        <w:t>партнерів</w:t>
      </w:r>
      <w:proofErr w:type="spellEnd"/>
      <w:r w:rsidRPr="00D42D87">
        <w:rPr>
          <w:lang w:val="ru-RU"/>
        </w:rPr>
        <w:t xml:space="preserve"> та </w:t>
      </w:r>
      <w:proofErr w:type="spellStart"/>
      <w:r w:rsidRPr="00D42D87">
        <w:rPr>
          <w:lang w:val="ru-RU"/>
        </w:rPr>
        <w:t>підрядників</w:t>
      </w:r>
      <w:proofErr w:type="spellEnd"/>
      <w:r w:rsidRPr="00D42D87">
        <w:rPr>
          <w:lang w:val="ru-RU"/>
        </w:rPr>
        <w:t xml:space="preserve">. </w:t>
      </w:r>
      <w:proofErr w:type="spellStart"/>
      <w:r w:rsidRPr="00D42D87">
        <w:rPr>
          <w:lang w:val="ru-RU"/>
        </w:rPr>
        <w:t>Залучення</w:t>
      </w:r>
      <w:proofErr w:type="spellEnd"/>
      <w:r w:rsidRPr="00D42D87">
        <w:rPr>
          <w:lang w:val="ru-RU"/>
        </w:rPr>
        <w:t xml:space="preserve"> таких </w:t>
      </w:r>
      <w:proofErr w:type="spellStart"/>
      <w:r w:rsidRPr="00D42D87">
        <w:rPr>
          <w:lang w:val="ru-RU"/>
        </w:rPr>
        <w:t>осіб</w:t>
      </w:r>
      <w:proofErr w:type="spellEnd"/>
      <w:r w:rsidRPr="00D42D87">
        <w:rPr>
          <w:lang w:val="ru-RU"/>
        </w:rPr>
        <w:t xml:space="preserve"> не </w:t>
      </w:r>
      <w:proofErr w:type="spellStart"/>
      <w:r w:rsidRPr="00D42D87">
        <w:rPr>
          <w:lang w:val="ru-RU"/>
        </w:rPr>
        <w:t>змінює</w:t>
      </w:r>
      <w:proofErr w:type="spellEnd"/>
      <w:r w:rsidRPr="00D42D87">
        <w:rPr>
          <w:lang w:val="ru-RU"/>
        </w:rPr>
        <w:t xml:space="preserve"> статусу </w:t>
      </w:r>
      <w:proofErr w:type="spellStart"/>
      <w:r w:rsidRPr="00D42D87">
        <w:rPr>
          <w:lang w:val="ru-RU"/>
        </w:rPr>
        <w:t>Організатора</w:t>
      </w:r>
      <w:proofErr w:type="spellEnd"/>
      <w:r w:rsidRPr="00D42D87">
        <w:rPr>
          <w:lang w:val="ru-RU"/>
        </w:rPr>
        <w:t xml:space="preserve"> та не </w:t>
      </w:r>
      <w:proofErr w:type="spellStart"/>
      <w:r w:rsidRPr="00D42D87">
        <w:rPr>
          <w:lang w:val="ru-RU"/>
        </w:rPr>
        <w:t>звільняє</w:t>
      </w:r>
      <w:proofErr w:type="spellEnd"/>
      <w:r w:rsidRPr="00D42D87">
        <w:rPr>
          <w:lang w:val="ru-RU"/>
        </w:rPr>
        <w:t xml:space="preserve"> </w:t>
      </w:r>
      <w:proofErr w:type="spellStart"/>
      <w:r w:rsidRPr="00D42D87">
        <w:rPr>
          <w:lang w:val="ru-RU"/>
        </w:rPr>
        <w:t>його</w:t>
      </w:r>
      <w:proofErr w:type="spellEnd"/>
      <w:r w:rsidRPr="00D42D87">
        <w:rPr>
          <w:lang w:val="ru-RU"/>
        </w:rPr>
        <w:t xml:space="preserve"> </w:t>
      </w:r>
      <w:proofErr w:type="spellStart"/>
      <w:r w:rsidRPr="00D42D87">
        <w:rPr>
          <w:lang w:val="ru-RU"/>
        </w:rPr>
        <w:t>від</w:t>
      </w:r>
      <w:proofErr w:type="spellEnd"/>
      <w:r w:rsidRPr="00D42D87">
        <w:rPr>
          <w:lang w:val="ru-RU"/>
        </w:rPr>
        <w:t xml:space="preserve"> </w:t>
      </w:r>
      <w:proofErr w:type="spellStart"/>
      <w:r w:rsidRPr="00D42D87">
        <w:rPr>
          <w:lang w:val="ru-RU"/>
        </w:rPr>
        <w:t>виконання</w:t>
      </w:r>
      <w:proofErr w:type="spellEnd"/>
      <w:r w:rsidRPr="00D42D87">
        <w:rPr>
          <w:lang w:val="ru-RU"/>
        </w:rPr>
        <w:t xml:space="preserve"> </w:t>
      </w:r>
      <w:proofErr w:type="spellStart"/>
      <w:r w:rsidRPr="00D42D87">
        <w:rPr>
          <w:lang w:val="ru-RU"/>
        </w:rPr>
        <w:t>обов'язків</w:t>
      </w:r>
      <w:proofErr w:type="spellEnd"/>
      <w:r w:rsidRPr="00D42D87">
        <w:rPr>
          <w:lang w:val="ru-RU"/>
        </w:rPr>
        <w:t xml:space="preserve">, прямо </w:t>
      </w:r>
      <w:proofErr w:type="spellStart"/>
      <w:r w:rsidRPr="00D42D87">
        <w:rPr>
          <w:lang w:val="ru-RU"/>
        </w:rPr>
        <w:t>передбачених</w:t>
      </w:r>
      <w:proofErr w:type="spellEnd"/>
      <w:r w:rsidRPr="00D42D87">
        <w:rPr>
          <w:lang w:val="ru-RU"/>
        </w:rPr>
        <w:t xml:space="preserve"> </w:t>
      </w:r>
      <w:proofErr w:type="spellStart"/>
      <w:r w:rsidRPr="00D42D87">
        <w:rPr>
          <w:lang w:val="ru-RU"/>
        </w:rPr>
        <w:t>цими</w:t>
      </w:r>
      <w:proofErr w:type="spellEnd"/>
      <w:r w:rsidRPr="00D42D87">
        <w:rPr>
          <w:lang w:val="ru-RU"/>
        </w:rPr>
        <w:t xml:space="preserve"> Правилами</w:t>
      </w:r>
      <w:r w:rsidRPr="00541039">
        <w:rPr>
          <w:lang w:val="ru-RU"/>
        </w:rPr>
        <w:t>.</w:t>
      </w:r>
    </w:p>
    <w:p w14:paraId="536B2CC5" w14:textId="77777777" w:rsidR="00D97F10" w:rsidRDefault="00000000" w:rsidP="0009255D">
      <w:pPr>
        <w:pStyle w:val="Heading1"/>
        <w:numPr>
          <w:ilvl w:val="0"/>
          <w:numId w:val="1"/>
        </w:numPr>
        <w:ind w:firstLine="66"/>
      </w:pPr>
      <w:r>
        <w:rPr>
          <w:rFonts w:ascii="Times New Roman" w:eastAsia="Times New Roman" w:hAnsi="Times New Roman" w:cs="Times New Roman"/>
        </w:rPr>
        <w:t>ТЕРИТОРІЯ, СТРОК ТА ЕТАПИ ПРОВЕДЕННЯ</w:t>
      </w:r>
    </w:p>
    <w:p w14:paraId="7879412B" w14:textId="77777777" w:rsidR="00D42D87" w:rsidRDefault="00000000" w:rsidP="00D42D87">
      <w:pPr>
        <w:pStyle w:val="LegalClause"/>
        <w:numPr>
          <w:ilvl w:val="1"/>
          <w:numId w:val="1"/>
        </w:numPr>
        <w:rPr>
          <w:lang w:val="uk-UA"/>
        </w:rPr>
      </w:pPr>
      <w:r w:rsidRPr="00D42D87">
        <w:rPr>
          <w:lang w:val="uk-UA"/>
        </w:rPr>
        <w:t xml:space="preserve">Голосування проводиться в мережі Інтернет виключно на Сторінці голосування. </w:t>
      </w:r>
      <w:r w:rsidR="00D42D87" w:rsidRPr="00D42D87">
        <w:rPr>
          <w:lang w:val="uk-UA"/>
        </w:rPr>
        <w:t xml:space="preserve">Голоси, подані будь-яким іншим способом, в тому числі через мобільні застосування </w:t>
      </w:r>
      <w:r w:rsidR="00D42D87">
        <w:t>SWEET</w:t>
      </w:r>
      <w:r w:rsidR="00D42D87" w:rsidRPr="00D42D87">
        <w:rPr>
          <w:lang w:val="uk-UA"/>
        </w:rPr>
        <w:t>.</w:t>
      </w:r>
      <w:r w:rsidR="00D42D87">
        <w:t>TV</w:t>
      </w:r>
      <w:r w:rsidR="00D42D87" w:rsidRPr="00D42D87">
        <w:rPr>
          <w:lang w:val="uk-UA"/>
        </w:rPr>
        <w:t xml:space="preserve">, програми для </w:t>
      </w:r>
      <w:r w:rsidR="00D42D87">
        <w:t>Smart</w:t>
      </w:r>
      <w:r w:rsidR="00D42D87" w:rsidRPr="00D42D87">
        <w:rPr>
          <w:lang w:val="uk-UA"/>
        </w:rPr>
        <w:t xml:space="preserve"> </w:t>
      </w:r>
      <w:r w:rsidR="00D42D87">
        <w:t>TV</w:t>
      </w:r>
      <w:r w:rsidR="00D42D87" w:rsidRPr="00D42D87">
        <w:rPr>
          <w:lang w:val="uk-UA"/>
        </w:rPr>
        <w:t>, соціальні мережі, месенджери, коментарі або шляхом телефонних дзвінків, не приймаються та не враховуються.</w:t>
      </w:r>
    </w:p>
    <w:p w14:paraId="3A1C29D6" w14:textId="290D260B" w:rsidR="00D97F10" w:rsidRPr="00D42D87" w:rsidRDefault="00000000" w:rsidP="00D42D87">
      <w:pPr>
        <w:pStyle w:val="LegalClause"/>
        <w:numPr>
          <w:ilvl w:val="1"/>
          <w:numId w:val="1"/>
        </w:numPr>
        <w:rPr>
          <w:lang w:val="uk-UA"/>
        </w:rPr>
      </w:pPr>
      <w:r w:rsidRPr="00D42D87">
        <w:rPr>
          <w:lang w:val="uk-UA"/>
        </w:rPr>
        <w:t xml:space="preserve">Участь не обмежується фактичним перебуванням особи на території України. Голосувати може користувач, якому доступні Сторінка голосування, авторизація та </w:t>
      </w:r>
      <w:proofErr w:type="spellStart"/>
      <w:r w:rsidRPr="00D42D87">
        <w:rPr>
          <w:lang w:val="uk-UA"/>
        </w:rPr>
        <w:t>Верифікаційний</w:t>
      </w:r>
      <w:proofErr w:type="spellEnd"/>
      <w:r w:rsidRPr="00D42D87">
        <w:rPr>
          <w:lang w:val="uk-UA"/>
        </w:rPr>
        <w:t xml:space="preserve"> платіж, у тому числі користувач, який перебуває за межами України.</w:t>
      </w:r>
    </w:p>
    <w:p w14:paraId="657DCDCF" w14:textId="77777777" w:rsidR="00D97F10" w:rsidRPr="00D42D87" w:rsidRDefault="00000000">
      <w:pPr>
        <w:pStyle w:val="LegalClause"/>
        <w:numPr>
          <w:ilvl w:val="1"/>
          <w:numId w:val="1"/>
        </w:numPr>
        <w:rPr>
          <w:lang w:val="uk-UA"/>
        </w:rPr>
      </w:pPr>
      <w:r w:rsidRPr="00D42D87">
        <w:rPr>
          <w:lang w:val="uk-UA"/>
        </w:rPr>
        <w:t>Усі дати і час у Правилах зазначено за київським часом. Для встановлення моменту відкриття, подання Голосу, оплати, зміни Рейтингу та завершення відповідного строку визначальними є записи серверного часу інформаційних систем Організатора та підтвердження платіжного партнера.</w:t>
      </w:r>
    </w:p>
    <w:p w14:paraId="264D5A96" w14:textId="0867132B" w:rsidR="00D97F10" w:rsidRPr="00D42D87" w:rsidRDefault="00000000">
      <w:pPr>
        <w:pStyle w:val="LegalClause"/>
        <w:numPr>
          <w:ilvl w:val="1"/>
          <w:numId w:val="1"/>
        </w:numPr>
        <w:rPr>
          <w:lang w:val="uk-UA"/>
        </w:rPr>
      </w:pPr>
      <w:r w:rsidRPr="00D42D87">
        <w:rPr>
          <w:lang w:val="uk-UA"/>
        </w:rPr>
        <w:t xml:space="preserve">Голосування відкривається 4 вересня 2026 року після публікації першого епізоду та фактичної активації функціоналу на Сторінці голосування, але в будь-якому разі не пізніше </w:t>
      </w:r>
      <w:r w:rsidRPr="00D42D87">
        <w:rPr>
          <w:lang w:val="uk-UA"/>
        </w:rPr>
        <w:lastRenderedPageBreak/>
        <w:t>12:00:00</w:t>
      </w:r>
      <w:r w:rsidR="00D42D87">
        <w:rPr>
          <w:lang w:val="uk-UA"/>
        </w:rPr>
        <w:t xml:space="preserve"> </w:t>
      </w:r>
      <w:r w:rsidR="00D42D87" w:rsidRPr="003F1764">
        <w:rPr>
          <w:lang w:val="uk-UA"/>
        </w:rPr>
        <w:t>за київським часом</w:t>
      </w:r>
      <w:r w:rsidRPr="00D42D87">
        <w:rPr>
          <w:lang w:val="uk-UA"/>
        </w:rPr>
        <w:t>.</w:t>
      </w:r>
      <w:r w:rsidR="00D42D87">
        <w:rPr>
          <w:lang w:val="uk-UA"/>
        </w:rPr>
        <w:t xml:space="preserve"> </w:t>
      </w:r>
      <w:r w:rsidRPr="00D42D87">
        <w:rPr>
          <w:lang w:val="uk-UA"/>
        </w:rPr>
        <w:t xml:space="preserve"> Відкриття до 12:00:00 не є достроковим початком, якщо перший епізод уже опубліковано і функціонал активовано.</w:t>
      </w:r>
    </w:p>
    <w:p w14:paraId="009904E9" w14:textId="6052238D" w:rsidR="00D97F10" w:rsidRPr="00D42D87" w:rsidRDefault="00000000">
      <w:pPr>
        <w:pStyle w:val="LegalClause"/>
        <w:numPr>
          <w:ilvl w:val="1"/>
          <w:numId w:val="1"/>
        </w:numPr>
        <w:rPr>
          <w:lang w:val="uk-UA"/>
        </w:rPr>
      </w:pPr>
      <w:r w:rsidRPr="00D42D87">
        <w:rPr>
          <w:lang w:val="uk-UA"/>
        </w:rPr>
        <w:t xml:space="preserve">4 вересня 2026 року до Голосування включаються 9 </w:t>
      </w:r>
      <w:r w:rsidR="00D42D87" w:rsidRPr="00D42D87">
        <w:rPr>
          <w:lang w:val="ru-RU"/>
        </w:rPr>
        <w:t>(</w:t>
      </w:r>
      <w:proofErr w:type="spellStart"/>
      <w:r w:rsidR="00D42D87" w:rsidRPr="00D42D87">
        <w:rPr>
          <w:lang w:val="ru-RU"/>
        </w:rPr>
        <w:t>дев'ять</w:t>
      </w:r>
      <w:proofErr w:type="spellEnd"/>
      <w:r w:rsidR="00D42D87" w:rsidRPr="00D42D87">
        <w:rPr>
          <w:lang w:val="ru-RU"/>
        </w:rPr>
        <w:t>)</w:t>
      </w:r>
      <w:r w:rsidR="00D42D87">
        <w:rPr>
          <w:lang w:val="uk-UA"/>
        </w:rPr>
        <w:t xml:space="preserve"> </w:t>
      </w:r>
      <w:r w:rsidRPr="00D42D87">
        <w:rPr>
          <w:lang w:val="uk-UA"/>
        </w:rPr>
        <w:t xml:space="preserve">Кандидатів, які </w:t>
      </w:r>
      <w:r w:rsidR="00D42D87" w:rsidRPr="00D42D87">
        <w:rPr>
          <w:lang w:val="ru-RU"/>
        </w:rPr>
        <w:t xml:space="preserve">за результатами </w:t>
      </w:r>
      <w:proofErr w:type="spellStart"/>
      <w:r w:rsidR="00D42D87" w:rsidRPr="00D42D87">
        <w:rPr>
          <w:lang w:val="ru-RU"/>
        </w:rPr>
        <w:t>першого</w:t>
      </w:r>
      <w:proofErr w:type="spellEnd"/>
      <w:r w:rsidR="00D42D87" w:rsidRPr="00D42D87">
        <w:rPr>
          <w:lang w:val="ru-RU"/>
        </w:rPr>
        <w:t xml:space="preserve"> </w:t>
      </w:r>
      <w:proofErr w:type="spellStart"/>
      <w:r w:rsidR="00D42D87" w:rsidRPr="00D42D87">
        <w:rPr>
          <w:lang w:val="ru-RU"/>
        </w:rPr>
        <w:t>епізоду</w:t>
      </w:r>
      <w:proofErr w:type="spellEnd"/>
      <w:r w:rsidR="00D42D87" w:rsidRPr="00D42D87">
        <w:rPr>
          <w:lang w:val="ru-RU"/>
        </w:rPr>
        <w:t xml:space="preserve"> Проекту не </w:t>
      </w:r>
      <w:proofErr w:type="spellStart"/>
      <w:r w:rsidR="00D42D87" w:rsidRPr="00D42D87">
        <w:rPr>
          <w:lang w:val="ru-RU"/>
        </w:rPr>
        <w:t>пройшли</w:t>
      </w:r>
      <w:proofErr w:type="spellEnd"/>
      <w:r w:rsidR="00D42D87" w:rsidRPr="00D42D87">
        <w:rPr>
          <w:lang w:val="ru-RU"/>
        </w:rPr>
        <w:t xml:space="preserve"> до </w:t>
      </w:r>
      <w:proofErr w:type="spellStart"/>
      <w:r w:rsidR="00D42D87" w:rsidRPr="00D42D87">
        <w:rPr>
          <w:lang w:val="ru-RU"/>
        </w:rPr>
        <w:t>наступного</w:t>
      </w:r>
      <w:proofErr w:type="spellEnd"/>
      <w:r w:rsidR="00D42D87" w:rsidRPr="00D42D87">
        <w:rPr>
          <w:lang w:val="ru-RU"/>
        </w:rPr>
        <w:t xml:space="preserve"> </w:t>
      </w:r>
      <w:proofErr w:type="spellStart"/>
      <w:r w:rsidR="00D42D87">
        <w:rPr>
          <w:lang w:val="ru-RU"/>
        </w:rPr>
        <w:t>епізоду</w:t>
      </w:r>
      <w:proofErr w:type="spellEnd"/>
      <w:r w:rsidRPr="00D42D87">
        <w:rPr>
          <w:lang w:val="uk-UA"/>
        </w:rPr>
        <w:t>.</w:t>
      </w:r>
    </w:p>
    <w:p w14:paraId="095E1F03" w14:textId="5349B7A2" w:rsidR="00D97F10" w:rsidRPr="00D42D87" w:rsidRDefault="00000000">
      <w:pPr>
        <w:pStyle w:val="LegalClause"/>
        <w:numPr>
          <w:ilvl w:val="1"/>
          <w:numId w:val="1"/>
        </w:numPr>
        <w:rPr>
          <w:b/>
          <w:bCs/>
          <w:lang w:val="uk-UA"/>
        </w:rPr>
      </w:pPr>
      <w:r w:rsidRPr="00D42D87">
        <w:rPr>
          <w:lang w:val="uk-UA"/>
        </w:rPr>
        <w:t>11 вересня 2026 року одночасно з публікацією другого епізоду і фактичною активацією відповідного оновлення</w:t>
      </w:r>
      <w:r w:rsidR="00D42D87">
        <w:rPr>
          <w:lang w:val="uk-UA"/>
        </w:rPr>
        <w:t xml:space="preserve"> </w:t>
      </w:r>
      <w:proofErr w:type="spellStart"/>
      <w:r w:rsidR="00D42D87" w:rsidRPr="00D42D87">
        <w:rPr>
          <w:lang w:val="ru-RU"/>
        </w:rPr>
        <w:t>Сторінки</w:t>
      </w:r>
      <w:proofErr w:type="spellEnd"/>
      <w:r w:rsidR="00D42D87" w:rsidRPr="00D42D87">
        <w:rPr>
          <w:lang w:val="ru-RU"/>
        </w:rPr>
        <w:t xml:space="preserve"> </w:t>
      </w:r>
      <w:proofErr w:type="spellStart"/>
      <w:r w:rsidR="00D42D87" w:rsidRPr="00D42D87">
        <w:rPr>
          <w:lang w:val="ru-RU"/>
        </w:rPr>
        <w:t>голосування</w:t>
      </w:r>
      <w:proofErr w:type="spellEnd"/>
      <w:r w:rsidRPr="00D42D87">
        <w:rPr>
          <w:lang w:val="uk-UA"/>
        </w:rPr>
        <w:t>, але не пізніше 12:00:00</w:t>
      </w:r>
      <w:r w:rsidR="00D42D87">
        <w:rPr>
          <w:lang w:val="uk-UA"/>
        </w:rPr>
        <w:t xml:space="preserve"> </w:t>
      </w:r>
      <w:r w:rsidR="00D42D87" w:rsidRPr="00D42D87">
        <w:rPr>
          <w:lang w:val="ru-RU"/>
        </w:rPr>
        <w:t xml:space="preserve">за </w:t>
      </w:r>
      <w:proofErr w:type="spellStart"/>
      <w:r w:rsidR="00D42D87" w:rsidRPr="00D42D87">
        <w:rPr>
          <w:lang w:val="ru-RU"/>
        </w:rPr>
        <w:t>київським</w:t>
      </w:r>
      <w:proofErr w:type="spellEnd"/>
      <w:r w:rsidR="00D42D87" w:rsidRPr="00D42D87">
        <w:rPr>
          <w:lang w:val="ru-RU"/>
        </w:rPr>
        <w:t xml:space="preserve"> часом</w:t>
      </w:r>
      <w:r w:rsidRPr="00D42D87">
        <w:rPr>
          <w:lang w:val="uk-UA"/>
        </w:rPr>
        <w:t xml:space="preserve">, додаються ще 12 Кандидатів. Після </w:t>
      </w:r>
      <w:proofErr w:type="spellStart"/>
      <w:r w:rsidR="00D42D87" w:rsidRPr="00D42D87">
        <w:rPr>
          <w:lang w:val="ru-RU"/>
        </w:rPr>
        <w:t>їх</w:t>
      </w:r>
      <w:proofErr w:type="spellEnd"/>
      <w:r w:rsidR="00D42D87" w:rsidRPr="00D42D87">
        <w:rPr>
          <w:lang w:val="ru-RU"/>
        </w:rPr>
        <w:t xml:space="preserve"> </w:t>
      </w:r>
      <w:proofErr w:type="spellStart"/>
      <w:r w:rsidR="00D42D87" w:rsidRPr="00D42D87">
        <w:rPr>
          <w:lang w:val="ru-RU"/>
        </w:rPr>
        <w:t>включення</w:t>
      </w:r>
      <w:proofErr w:type="spellEnd"/>
      <w:r w:rsidR="00D42D87" w:rsidRPr="00D42D87">
        <w:rPr>
          <w:lang w:val="ru-RU"/>
        </w:rPr>
        <w:t xml:space="preserve"> </w:t>
      </w:r>
      <w:proofErr w:type="spellStart"/>
      <w:r w:rsidR="00D42D87" w:rsidRPr="00D42D87">
        <w:rPr>
          <w:lang w:val="ru-RU"/>
        </w:rPr>
        <w:t>загальна</w:t>
      </w:r>
      <w:proofErr w:type="spellEnd"/>
      <w:r w:rsidR="00D42D87" w:rsidRPr="00D42D87">
        <w:rPr>
          <w:lang w:val="ru-RU"/>
        </w:rPr>
        <w:t xml:space="preserve"> </w:t>
      </w:r>
      <w:proofErr w:type="spellStart"/>
      <w:r w:rsidR="00D42D87" w:rsidRPr="00D42D87">
        <w:rPr>
          <w:lang w:val="ru-RU"/>
        </w:rPr>
        <w:t>кількість</w:t>
      </w:r>
      <w:proofErr w:type="spellEnd"/>
      <w:r w:rsidR="00D42D87" w:rsidRPr="00D42D87">
        <w:rPr>
          <w:lang w:val="ru-RU"/>
        </w:rPr>
        <w:t xml:space="preserve"> </w:t>
      </w:r>
      <w:proofErr w:type="spellStart"/>
      <w:r w:rsidR="00D42D87" w:rsidRPr="00D42D87">
        <w:rPr>
          <w:lang w:val="ru-RU"/>
        </w:rPr>
        <w:t>Кандидатів</w:t>
      </w:r>
      <w:proofErr w:type="spellEnd"/>
      <w:r w:rsidR="00D42D87" w:rsidRPr="00D42D87">
        <w:rPr>
          <w:lang w:val="ru-RU"/>
        </w:rPr>
        <w:t xml:space="preserve"> становить </w:t>
      </w:r>
      <w:r w:rsidR="00D42D87" w:rsidRPr="00D42D87">
        <w:rPr>
          <w:rStyle w:val="Strong"/>
          <w:b w:val="0"/>
          <w:bCs w:val="0"/>
          <w:lang w:val="ru-RU"/>
        </w:rPr>
        <w:t>21 (</w:t>
      </w:r>
      <w:proofErr w:type="spellStart"/>
      <w:r w:rsidR="00D42D87" w:rsidRPr="00D42D87">
        <w:rPr>
          <w:rStyle w:val="Strong"/>
          <w:b w:val="0"/>
          <w:bCs w:val="0"/>
          <w:lang w:val="ru-RU"/>
        </w:rPr>
        <w:t>двадцять</w:t>
      </w:r>
      <w:proofErr w:type="spellEnd"/>
      <w:r w:rsidR="00D42D87" w:rsidRPr="00D42D87">
        <w:rPr>
          <w:rStyle w:val="Strong"/>
          <w:b w:val="0"/>
          <w:bCs w:val="0"/>
          <w:lang w:val="ru-RU"/>
        </w:rPr>
        <w:t xml:space="preserve"> одну) особи</w:t>
      </w:r>
      <w:r w:rsidRPr="00D42D87">
        <w:rPr>
          <w:b/>
          <w:bCs/>
          <w:lang w:val="uk-UA"/>
        </w:rPr>
        <w:t>.</w:t>
      </w:r>
    </w:p>
    <w:p w14:paraId="4BFA74C0" w14:textId="77777777" w:rsidR="00F64898" w:rsidRDefault="00000000" w:rsidP="00F64898">
      <w:pPr>
        <w:pStyle w:val="LegalClause"/>
        <w:numPr>
          <w:ilvl w:val="1"/>
          <w:numId w:val="1"/>
        </w:numPr>
        <w:rPr>
          <w:lang w:val="uk-UA"/>
        </w:rPr>
      </w:pPr>
      <w:r w:rsidRPr="00F64898">
        <w:rPr>
          <w:lang w:val="uk-UA"/>
        </w:rPr>
        <w:t xml:space="preserve">Різна тривалість перебування Кандидатів у Голосуванні зумовлена поетапним виходом епізодів </w:t>
      </w:r>
      <w:r w:rsidR="00F64898" w:rsidRPr="00F64898">
        <w:rPr>
          <w:lang w:val="ru-RU"/>
        </w:rPr>
        <w:t xml:space="preserve">та є </w:t>
      </w:r>
      <w:proofErr w:type="spellStart"/>
      <w:r w:rsidR="00F64898" w:rsidRPr="00F64898">
        <w:rPr>
          <w:lang w:val="ru-RU"/>
        </w:rPr>
        <w:t>складовою</w:t>
      </w:r>
      <w:proofErr w:type="spellEnd"/>
      <w:r w:rsidR="00F64898" w:rsidRPr="00F64898">
        <w:rPr>
          <w:lang w:val="ru-RU"/>
        </w:rPr>
        <w:t xml:space="preserve"> </w:t>
      </w:r>
      <w:proofErr w:type="spellStart"/>
      <w:r w:rsidR="00F64898" w:rsidRPr="00F64898">
        <w:rPr>
          <w:lang w:val="ru-RU"/>
        </w:rPr>
        <w:t>механіки</w:t>
      </w:r>
      <w:proofErr w:type="spellEnd"/>
      <w:r w:rsidR="00F64898" w:rsidRPr="00F64898">
        <w:rPr>
          <w:lang w:val="ru-RU"/>
        </w:rPr>
        <w:t xml:space="preserve"> </w:t>
      </w:r>
      <w:proofErr w:type="spellStart"/>
      <w:r w:rsidR="00F64898" w:rsidRPr="00F64898">
        <w:rPr>
          <w:lang w:val="ru-RU"/>
        </w:rPr>
        <w:t>Голосування</w:t>
      </w:r>
      <w:proofErr w:type="spellEnd"/>
      <w:r w:rsidRPr="00F64898">
        <w:rPr>
          <w:lang w:val="uk-UA"/>
        </w:rPr>
        <w:t xml:space="preserve">. </w:t>
      </w:r>
      <w:proofErr w:type="spellStart"/>
      <w:r w:rsidR="00F64898" w:rsidRPr="00F64898">
        <w:rPr>
          <w:lang w:val="ru-RU"/>
        </w:rPr>
        <w:t>Включення</w:t>
      </w:r>
      <w:proofErr w:type="spellEnd"/>
      <w:r w:rsidR="00F64898" w:rsidRPr="00F64898">
        <w:rPr>
          <w:lang w:val="ru-RU"/>
        </w:rPr>
        <w:t xml:space="preserve"> </w:t>
      </w:r>
      <w:proofErr w:type="spellStart"/>
      <w:r w:rsidR="00F64898" w:rsidRPr="00F64898">
        <w:rPr>
          <w:lang w:val="ru-RU"/>
        </w:rPr>
        <w:t>нових</w:t>
      </w:r>
      <w:proofErr w:type="spellEnd"/>
      <w:r w:rsidR="00F64898" w:rsidRPr="00F64898">
        <w:rPr>
          <w:lang w:val="ru-RU"/>
        </w:rPr>
        <w:t xml:space="preserve"> </w:t>
      </w:r>
      <w:proofErr w:type="spellStart"/>
      <w:r w:rsidR="00F64898" w:rsidRPr="00F64898">
        <w:rPr>
          <w:lang w:val="ru-RU"/>
        </w:rPr>
        <w:t>Кандидатів</w:t>
      </w:r>
      <w:proofErr w:type="spellEnd"/>
      <w:r w:rsidR="00F64898" w:rsidRPr="00F64898">
        <w:rPr>
          <w:lang w:val="ru-RU"/>
        </w:rPr>
        <w:t xml:space="preserve"> 11 вересня 2026 року не </w:t>
      </w:r>
      <w:proofErr w:type="spellStart"/>
      <w:r w:rsidR="00F64898" w:rsidRPr="00F64898">
        <w:rPr>
          <w:lang w:val="ru-RU"/>
        </w:rPr>
        <w:t>надає</w:t>
      </w:r>
      <w:proofErr w:type="spellEnd"/>
      <w:r w:rsidR="00F64898" w:rsidRPr="00F64898">
        <w:rPr>
          <w:lang w:val="ru-RU"/>
        </w:rPr>
        <w:t xml:space="preserve"> </w:t>
      </w:r>
      <w:proofErr w:type="spellStart"/>
      <w:r w:rsidR="00F64898" w:rsidRPr="00F64898">
        <w:rPr>
          <w:lang w:val="ru-RU"/>
        </w:rPr>
        <w:t>Учаснику</w:t>
      </w:r>
      <w:proofErr w:type="spellEnd"/>
      <w:r w:rsidR="00F64898" w:rsidRPr="00F64898">
        <w:rPr>
          <w:lang w:val="ru-RU"/>
        </w:rPr>
        <w:t xml:space="preserve">, </w:t>
      </w:r>
      <w:proofErr w:type="spellStart"/>
      <w:r w:rsidR="00F64898" w:rsidRPr="00F64898">
        <w:rPr>
          <w:lang w:val="ru-RU"/>
        </w:rPr>
        <w:t>який</w:t>
      </w:r>
      <w:proofErr w:type="spellEnd"/>
      <w:r w:rsidR="00F64898" w:rsidRPr="00F64898">
        <w:rPr>
          <w:lang w:val="ru-RU"/>
        </w:rPr>
        <w:t xml:space="preserve"> </w:t>
      </w:r>
      <w:proofErr w:type="spellStart"/>
      <w:r w:rsidR="00F64898" w:rsidRPr="00F64898">
        <w:rPr>
          <w:lang w:val="ru-RU"/>
        </w:rPr>
        <w:t>вже</w:t>
      </w:r>
      <w:proofErr w:type="spellEnd"/>
      <w:r w:rsidR="00F64898" w:rsidRPr="00F64898">
        <w:rPr>
          <w:lang w:val="ru-RU"/>
        </w:rPr>
        <w:t xml:space="preserve"> подав Голос, права на </w:t>
      </w:r>
      <w:proofErr w:type="spellStart"/>
      <w:r w:rsidR="00F64898" w:rsidRPr="00F64898">
        <w:rPr>
          <w:lang w:val="ru-RU"/>
        </w:rPr>
        <w:t>повторне</w:t>
      </w:r>
      <w:proofErr w:type="spellEnd"/>
      <w:r w:rsidR="00F64898" w:rsidRPr="00F64898">
        <w:rPr>
          <w:lang w:val="ru-RU"/>
        </w:rPr>
        <w:t xml:space="preserve"> </w:t>
      </w:r>
      <w:proofErr w:type="spellStart"/>
      <w:r w:rsidR="00F64898" w:rsidRPr="00F64898">
        <w:rPr>
          <w:lang w:val="ru-RU"/>
        </w:rPr>
        <w:t>голосування</w:t>
      </w:r>
      <w:proofErr w:type="spellEnd"/>
      <w:r w:rsidR="00F64898" w:rsidRPr="00F64898">
        <w:rPr>
          <w:lang w:val="ru-RU"/>
        </w:rPr>
        <w:t xml:space="preserve"> </w:t>
      </w:r>
      <w:proofErr w:type="spellStart"/>
      <w:r w:rsidR="00F64898" w:rsidRPr="00F64898">
        <w:rPr>
          <w:lang w:val="ru-RU"/>
        </w:rPr>
        <w:t>або</w:t>
      </w:r>
      <w:proofErr w:type="spellEnd"/>
      <w:r w:rsidR="00F64898" w:rsidRPr="00F64898">
        <w:rPr>
          <w:lang w:val="ru-RU"/>
        </w:rPr>
        <w:t xml:space="preserve"> </w:t>
      </w:r>
      <w:proofErr w:type="spellStart"/>
      <w:r w:rsidR="00F64898" w:rsidRPr="00F64898">
        <w:rPr>
          <w:lang w:val="ru-RU"/>
        </w:rPr>
        <w:t>зміну</w:t>
      </w:r>
      <w:proofErr w:type="spellEnd"/>
      <w:r w:rsidR="00F64898" w:rsidRPr="00F64898">
        <w:rPr>
          <w:lang w:val="ru-RU"/>
        </w:rPr>
        <w:t xml:space="preserve"> </w:t>
      </w:r>
      <w:proofErr w:type="spellStart"/>
      <w:r w:rsidR="00F64898" w:rsidRPr="00F64898">
        <w:rPr>
          <w:lang w:val="ru-RU"/>
        </w:rPr>
        <w:t>раніше</w:t>
      </w:r>
      <w:proofErr w:type="spellEnd"/>
      <w:r w:rsidR="00F64898" w:rsidRPr="00F64898">
        <w:rPr>
          <w:lang w:val="ru-RU"/>
        </w:rPr>
        <w:t xml:space="preserve"> </w:t>
      </w:r>
      <w:proofErr w:type="spellStart"/>
      <w:r w:rsidR="00F64898" w:rsidRPr="00F64898">
        <w:rPr>
          <w:lang w:val="ru-RU"/>
        </w:rPr>
        <w:t>поданого</w:t>
      </w:r>
      <w:proofErr w:type="spellEnd"/>
      <w:r w:rsidR="00F64898" w:rsidRPr="00F64898">
        <w:rPr>
          <w:lang w:val="ru-RU"/>
        </w:rPr>
        <w:t xml:space="preserve"> Голосу.</w:t>
      </w:r>
    </w:p>
    <w:p w14:paraId="5B81DAE8" w14:textId="6EA34A58" w:rsidR="00D97F10" w:rsidRPr="00F64898" w:rsidRDefault="00000000" w:rsidP="00F64898">
      <w:pPr>
        <w:pStyle w:val="LegalClause"/>
        <w:numPr>
          <w:ilvl w:val="1"/>
          <w:numId w:val="1"/>
        </w:numPr>
        <w:rPr>
          <w:lang w:val="uk-UA"/>
        </w:rPr>
      </w:pPr>
      <w:r w:rsidRPr="00F64898">
        <w:rPr>
          <w:lang w:val="uk-UA"/>
        </w:rPr>
        <w:t>Приймання Голосів завершується 16 вересня 2026 року о 23:59:59</w:t>
      </w:r>
      <w:r w:rsidR="00F64898">
        <w:rPr>
          <w:lang w:val="uk-UA"/>
        </w:rPr>
        <w:t xml:space="preserve"> </w:t>
      </w:r>
      <w:r w:rsidR="00F64898" w:rsidRPr="00F64898">
        <w:rPr>
          <w:lang w:val="ru-RU"/>
        </w:rPr>
        <w:t xml:space="preserve">за </w:t>
      </w:r>
      <w:proofErr w:type="spellStart"/>
      <w:r w:rsidR="00F64898" w:rsidRPr="00F64898">
        <w:rPr>
          <w:lang w:val="ru-RU"/>
        </w:rPr>
        <w:t>київським</w:t>
      </w:r>
      <w:proofErr w:type="spellEnd"/>
      <w:r w:rsidR="00F64898" w:rsidRPr="00F64898">
        <w:rPr>
          <w:lang w:val="ru-RU"/>
        </w:rPr>
        <w:t xml:space="preserve"> часом</w:t>
      </w:r>
      <w:r w:rsidRPr="00F64898">
        <w:rPr>
          <w:lang w:val="uk-UA"/>
        </w:rPr>
        <w:t>. Після цієї миті нові Голоси не приймаються</w:t>
      </w:r>
      <w:r w:rsidR="00F64898">
        <w:rPr>
          <w:lang w:val="uk-UA"/>
        </w:rPr>
        <w:t xml:space="preserve">. </w:t>
      </w:r>
      <w:r w:rsidR="00F64898" w:rsidRPr="00F64898">
        <w:rPr>
          <w:lang w:val="uk-UA"/>
        </w:rPr>
        <w:t xml:space="preserve">Якщо </w:t>
      </w:r>
      <w:proofErr w:type="spellStart"/>
      <w:r w:rsidR="00F64898" w:rsidRPr="00F64898">
        <w:rPr>
          <w:lang w:val="uk-UA"/>
        </w:rPr>
        <w:t>Верифікаційний</w:t>
      </w:r>
      <w:proofErr w:type="spellEnd"/>
      <w:r w:rsidR="00F64898" w:rsidRPr="00F64898">
        <w:rPr>
          <w:lang w:val="uk-UA"/>
        </w:rPr>
        <w:t xml:space="preserve"> платіж було ініційовано та успішно здійснено до моменту завершення Голосування, але інформацію про його успішне здійснення було отримано Організатором пізніше внаслідок особливостей обробки платежу, такий Голос може бути врахований за умови підтвердження платіжним партнером години успішного здійснення відповідного платежу</w:t>
      </w:r>
      <w:r w:rsidRPr="00F64898">
        <w:rPr>
          <w:lang w:val="uk-UA"/>
        </w:rPr>
        <w:t>.</w:t>
      </w:r>
    </w:p>
    <w:p w14:paraId="1FB7ED32" w14:textId="77777777" w:rsidR="00D97F10" w:rsidRDefault="00000000" w:rsidP="00F64898">
      <w:pPr>
        <w:pStyle w:val="Heading1"/>
        <w:numPr>
          <w:ilvl w:val="0"/>
          <w:numId w:val="1"/>
        </w:numPr>
        <w:ind w:firstLine="66"/>
      </w:pPr>
      <w:r>
        <w:rPr>
          <w:rFonts w:ascii="Times New Roman" w:eastAsia="Times New Roman" w:hAnsi="Times New Roman" w:cs="Times New Roman"/>
        </w:rPr>
        <w:t>КАНДИДАТИ ТА ПОРЯДОК ЇХ ВІДОБРАЖЕННЯ</w:t>
      </w:r>
    </w:p>
    <w:p w14:paraId="6E1354C1" w14:textId="08BB1887" w:rsidR="00D97F10" w:rsidRPr="00541039" w:rsidRDefault="00000000">
      <w:pPr>
        <w:pStyle w:val="LegalClause"/>
        <w:numPr>
          <w:ilvl w:val="1"/>
          <w:numId w:val="1"/>
        </w:numPr>
        <w:rPr>
          <w:lang w:val="ru-RU"/>
        </w:rPr>
      </w:pPr>
      <w:proofErr w:type="spellStart"/>
      <w:r w:rsidRPr="00541039">
        <w:rPr>
          <w:lang w:val="ru-RU"/>
        </w:rPr>
        <w:t>Перелік</w:t>
      </w:r>
      <w:proofErr w:type="spellEnd"/>
      <w:r w:rsidRPr="00541039">
        <w:rPr>
          <w:lang w:val="ru-RU"/>
        </w:rPr>
        <w:t xml:space="preserve"> </w:t>
      </w:r>
      <w:proofErr w:type="spellStart"/>
      <w:r w:rsidRPr="00541039">
        <w:rPr>
          <w:lang w:val="ru-RU"/>
        </w:rPr>
        <w:t>Кандидатів</w:t>
      </w:r>
      <w:proofErr w:type="spellEnd"/>
      <w:r w:rsidRPr="00541039">
        <w:rPr>
          <w:lang w:val="ru-RU"/>
        </w:rPr>
        <w:t xml:space="preserve"> </w:t>
      </w:r>
      <w:proofErr w:type="spellStart"/>
      <w:r w:rsidRPr="00541039">
        <w:rPr>
          <w:lang w:val="ru-RU"/>
        </w:rPr>
        <w:t>першої</w:t>
      </w:r>
      <w:proofErr w:type="spellEnd"/>
      <w:r w:rsidRPr="00541039">
        <w:rPr>
          <w:lang w:val="ru-RU"/>
        </w:rPr>
        <w:t xml:space="preserve"> та </w:t>
      </w:r>
      <w:proofErr w:type="spellStart"/>
      <w:r w:rsidRPr="00541039">
        <w:rPr>
          <w:lang w:val="ru-RU"/>
        </w:rPr>
        <w:t>другої</w:t>
      </w:r>
      <w:proofErr w:type="spellEnd"/>
      <w:r w:rsidRPr="00541039">
        <w:rPr>
          <w:lang w:val="ru-RU"/>
        </w:rPr>
        <w:t xml:space="preserve"> </w:t>
      </w:r>
      <w:proofErr w:type="spellStart"/>
      <w:r w:rsidRPr="00541039">
        <w:rPr>
          <w:lang w:val="ru-RU"/>
        </w:rPr>
        <w:t>хвилі</w:t>
      </w:r>
      <w:proofErr w:type="spellEnd"/>
      <w:r w:rsidR="00F64898">
        <w:rPr>
          <w:lang w:val="ru-RU"/>
        </w:rPr>
        <w:t xml:space="preserve"> (</w:t>
      </w:r>
      <w:proofErr w:type="spellStart"/>
      <w:r w:rsidR="00F64898">
        <w:rPr>
          <w:lang w:val="ru-RU"/>
        </w:rPr>
        <w:t>епізода</w:t>
      </w:r>
      <w:proofErr w:type="spellEnd"/>
      <w:r w:rsidR="00F64898">
        <w:rPr>
          <w:lang w:val="ru-RU"/>
        </w:rPr>
        <w:t>)</w:t>
      </w:r>
      <w:r w:rsidRPr="00541039">
        <w:rPr>
          <w:lang w:val="ru-RU"/>
        </w:rPr>
        <w:t xml:space="preserve"> </w:t>
      </w:r>
      <w:proofErr w:type="spellStart"/>
      <w:r w:rsidRPr="00541039">
        <w:rPr>
          <w:lang w:val="ru-RU"/>
        </w:rPr>
        <w:t>визначається</w:t>
      </w:r>
      <w:proofErr w:type="spellEnd"/>
      <w:r w:rsidRPr="00541039">
        <w:rPr>
          <w:lang w:val="ru-RU"/>
        </w:rPr>
        <w:t xml:space="preserve"> результатами </w:t>
      </w:r>
      <w:proofErr w:type="spellStart"/>
      <w:r w:rsidRPr="00541039">
        <w:rPr>
          <w:lang w:val="ru-RU"/>
        </w:rPr>
        <w:t>відповідних</w:t>
      </w:r>
      <w:proofErr w:type="spellEnd"/>
      <w:r w:rsidRPr="00541039">
        <w:rPr>
          <w:lang w:val="ru-RU"/>
        </w:rPr>
        <w:t xml:space="preserve"> </w:t>
      </w:r>
      <w:proofErr w:type="spellStart"/>
      <w:r w:rsidRPr="00541039">
        <w:rPr>
          <w:lang w:val="ru-RU"/>
        </w:rPr>
        <w:t>епізодів</w:t>
      </w:r>
      <w:proofErr w:type="spellEnd"/>
      <w:r w:rsidRPr="00541039">
        <w:rPr>
          <w:lang w:val="ru-RU"/>
        </w:rPr>
        <w:t xml:space="preserve"> </w:t>
      </w:r>
      <w:proofErr w:type="spellStart"/>
      <w:r w:rsidRPr="00541039">
        <w:rPr>
          <w:lang w:val="ru-RU"/>
        </w:rPr>
        <w:t>Проєкту</w:t>
      </w:r>
      <w:proofErr w:type="spellEnd"/>
      <w:r w:rsidRPr="00541039">
        <w:rPr>
          <w:lang w:val="ru-RU"/>
        </w:rPr>
        <w:t xml:space="preserve"> і </w:t>
      </w:r>
      <w:proofErr w:type="spellStart"/>
      <w:r w:rsidRPr="00541039">
        <w:rPr>
          <w:lang w:val="ru-RU"/>
        </w:rPr>
        <w:t>рішенням</w:t>
      </w:r>
      <w:proofErr w:type="spellEnd"/>
      <w:r w:rsidRPr="00541039">
        <w:rPr>
          <w:lang w:val="ru-RU"/>
        </w:rPr>
        <w:t xml:space="preserve"> </w:t>
      </w:r>
      <w:proofErr w:type="spellStart"/>
      <w:r w:rsidRPr="00541039">
        <w:rPr>
          <w:lang w:val="ru-RU"/>
        </w:rPr>
        <w:t>Організатора</w:t>
      </w:r>
      <w:proofErr w:type="spellEnd"/>
      <w:r w:rsidRPr="00541039">
        <w:rPr>
          <w:lang w:val="ru-RU"/>
        </w:rPr>
        <w:t xml:space="preserve"> про допуск до </w:t>
      </w:r>
      <w:proofErr w:type="spellStart"/>
      <w:r w:rsidRPr="00541039">
        <w:rPr>
          <w:lang w:val="ru-RU"/>
        </w:rPr>
        <w:t>Голосування</w:t>
      </w:r>
      <w:proofErr w:type="spellEnd"/>
      <w:r w:rsidRPr="00541039">
        <w:rPr>
          <w:lang w:val="ru-RU"/>
        </w:rPr>
        <w:t>.</w:t>
      </w:r>
    </w:p>
    <w:p w14:paraId="76A755CA" w14:textId="77777777" w:rsidR="00D97F10" w:rsidRPr="00541039" w:rsidRDefault="00000000">
      <w:pPr>
        <w:pStyle w:val="LegalClause"/>
        <w:numPr>
          <w:ilvl w:val="1"/>
          <w:numId w:val="1"/>
        </w:numPr>
        <w:rPr>
          <w:lang w:val="ru-RU"/>
        </w:rPr>
      </w:pPr>
      <w:proofErr w:type="spellStart"/>
      <w:r w:rsidRPr="00541039">
        <w:rPr>
          <w:lang w:val="ru-RU"/>
        </w:rPr>
        <w:t>Кількість</w:t>
      </w:r>
      <w:proofErr w:type="spellEnd"/>
      <w:r w:rsidRPr="00541039">
        <w:rPr>
          <w:lang w:val="ru-RU"/>
        </w:rPr>
        <w:t xml:space="preserve"> </w:t>
      </w:r>
      <w:proofErr w:type="spellStart"/>
      <w:r w:rsidRPr="00541039">
        <w:rPr>
          <w:lang w:val="ru-RU"/>
        </w:rPr>
        <w:t>Дійсних</w:t>
      </w:r>
      <w:proofErr w:type="spellEnd"/>
      <w:r w:rsidRPr="00541039">
        <w:rPr>
          <w:lang w:val="ru-RU"/>
        </w:rPr>
        <w:t xml:space="preserve"> </w:t>
      </w:r>
      <w:proofErr w:type="spellStart"/>
      <w:r w:rsidRPr="00541039">
        <w:rPr>
          <w:lang w:val="ru-RU"/>
        </w:rPr>
        <w:t>голосів</w:t>
      </w:r>
      <w:proofErr w:type="spellEnd"/>
      <w:r w:rsidRPr="00541039">
        <w:rPr>
          <w:lang w:val="ru-RU"/>
        </w:rPr>
        <w:t xml:space="preserve">, </w:t>
      </w:r>
      <w:proofErr w:type="spellStart"/>
      <w:r w:rsidRPr="00541039">
        <w:rPr>
          <w:lang w:val="ru-RU"/>
        </w:rPr>
        <w:t>які</w:t>
      </w:r>
      <w:proofErr w:type="spellEnd"/>
      <w:r w:rsidRPr="00541039">
        <w:rPr>
          <w:lang w:val="ru-RU"/>
        </w:rPr>
        <w:t xml:space="preserve"> </w:t>
      </w:r>
      <w:proofErr w:type="spellStart"/>
      <w:r w:rsidRPr="00541039">
        <w:rPr>
          <w:lang w:val="ru-RU"/>
        </w:rPr>
        <w:t>можуть</w:t>
      </w:r>
      <w:proofErr w:type="spellEnd"/>
      <w:r w:rsidRPr="00541039">
        <w:rPr>
          <w:lang w:val="ru-RU"/>
        </w:rPr>
        <w:t xml:space="preserve"> бути </w:t>
      </w:r>
      <w:proofErr w:type="spellStart"/>
      <w:r w:rsidRPr="00541039">
        <w:rPr>
          <w:lang w:val="ru-RU"/>
        </w:rPr>
        <w:t>подані</w:t>
      </w:r>
      <w:proofErr w:type="spellEnd"/>
      <w:r w:rsidRPr="00541039">
        <w:rPr>
          <w:lang w:val="ru-RU"/>
        </w:rPr>
        <w:t xml:space="preserve"> за одного Кандидата </w:t>
      </w:r>
      <w:proofErr w:type="spellStart"/>
      <w:r w:rsidRPr="00541039">
        <w:rPr>
          <w:lang w:val="ru-RU"/>
        </w:rPr>
        <w:t>всіма</w:t>
      </w:r>
      <w:proofErr w:type="spellEnd"/>
      <w:r w:rsidRPr="00541039">
        <w:rPr>
          <w:lang w:val="ru-RU"/>
        </w:rPr>
        <w:t xml:space="preserve"> </w:t>
      </w:r>
      <w:proofErr w:type="spellStart"/>
      <w:r w:rsidRPr="00541039">
        <w:rPr>
          <w:lang w:val="ru-RU"/>
        </w:rPr>
        <w:t>Учасниками</w:t>
      </w:r>
      <w:proofErr w:type="spellEnd"/>
      <w:r w:rsidRPr="00541039">
        <w:rPr>
          <w:lang w:val="ru-RU"/>
        </w:rPr>
        <w:t xml:space="preserve"> </w:t>
      </w:r>
      <w:proofErr w:type="spellStart"/>
      <w:r w:rsidRPr="00541039">
        <w:rPr>
          <w:lang w:val="ru-RU"/>
        </w:rPr>
        <w:t>сукупно</w:t>
      </w:r>
      <w:proofErr w:type="spellEnd"/>
      <w:r w:rsidRPr="00541039">
        <w:rPr>
          <w:lang w:val="ru-RU"/>
        </w:rPr>
        <w:t xml:space="preserve">, не </w:t>
      </w:r>
      <w:proofErr w:type="spellStart"/>
      <w:r w:rsidRPr="00541039">
        <w:rPr>
          <w:lang w:val="ru-RU"/>
        </w:rPr>
        <w:t>обмежується</w:t>
      </w:r>
      <w:proofErr w:type="spellEnd"/>
      <w:r w:rsidRPr="00541039">
        <w:rPr>
          <w:lang w:val="ru-RU"/>
        </w:rPr>
        <w:t>.</w:t>
      </w:r>
    </w:p>
    <w:p w14:paraId="0C9312F5" w14:textId="5EA87189" w:rsidR="00D97F10" w:rsidRPr="00541039" w:rsidRDefault="00000000">
      <w:pPr>
        <w:pStyle w:val="LegalClause"/>
        <w:numPr>
          <w:ilvl w:val="1"/>
          <w:numId w:val="1"/>
        </w:numPr>
        <w:rPr>
          <w:lang w:val="ru-RU"/>
        </w:rPr>
      </w:pPr>
      <w:proofErr w:type="spellStart"/>
      <w:r w:rsidRPr="00541039">
        <w:rPr>
          <w:lang w:val="ru-RU"/>
        </w:rPr>
        <w:t>Картки</w:t>
      </w:r>
      <w:proofErr w:type="spellEnd"/>
      <w:r w:rsidRPr="00541039">
        <w:rPr>
          <w:lang w:val="ru-RU"/>
        </w:rPr>
        <w:t xml:space="preserve"> </w:t>
      </w:r>
      <w:proofErr w:type="spellStart"/>
      <w:r w:rsidRPr="00541039">
        <w:rPr>
          <w:lang w:val="ru-RU"/>
        </w:rPr>
        <w:t>Кандидатів</w:t>
      </w:r>
      <w:proofErr w:type="spellEnd"/>
      <w:r w:rsidRPr="00541039">
        <w:rPr>
          <w:lang w:val="ru-RU"/>
        </w:rPr>
        <w:t xml:space="preserve"> у </w:t>
      </w:r>
      <w:proofErr w:type="spellStart"/>
      <w:r w:rsidRPr="00541039">
        <w:rPr>
          <w:lang w:val="ru-RU"/>
        </w:rPr>
        <w:t>блоці</w:t>
      </w:r>
      <w:proofErr w:type="spellEnd"/>
      <w:r w:rsidRPr="00541039">
        <w:rPr>
          <w:lang w:val="ru-RU"/>
        </w:rPr>
        <w:t xml:space="preserve"> </w:t>
      </w:r>
      <w:proofErr w:type="spellStart"/>
      <w:r w:rsidRPr="00541039">
        <w:rPr>
          <w:lang w:val="ru-RU"/>
        </w:rPr>
        <w:t>вибору</w:t>
      </w:r>
      <w:proofErr w:type="spellEnd"/>
      <w:r w:rsidRPr="00541039">
        <w:rPr>
          <w:lang w:val="ru-RU"/>
        </w:rPr>
        <w:t xml:space="preserve"> </w:t>
      </w:r>
      <w:proofErr w:type="spellStart"/>
      <w:r w:rsidRPr="00541039">
        <w:rPr>
          <w:lang w:val="ru-RU"/>
        </w:rPr>
        <w:t>відображаються</w:t>
      </w:r>
      <w:proofErr w:type="spellEnd"/>
      <w:r w:rsidRPr="00541039">
        <w:rPr>
          <w:lang w:val="ru-RU"/>
        </w:rPr>
        <w:t xml:space="preserve"> у </w:t>
      </w:r>
      <w:proofErr w:type="spellStart"/>
      <w:r w:rsidRPr="00541039">
        <w:rPr>
          <w:lang w:val="ru-RU"/>
        </w:rPr>
        <w:t>випадковому</w:t>
      </w:r>
      <w:proofErr w:type="spellEnd"/>
      <w:r w:rsidRPr="00541039">
        <w:rPr>
          <w:lang w:val="ru-RU"/>
        </w:rPr>
        <w:t xml:space="preserve"> порядку. Порядок </w:t>
      </w:r>
      <w:proofErr w:type="spellStart"/>
      <w:r w:rsidRPr="00541039">
        <w:rPr>
          <w:lang w:val="ru-RU"/>
        </w:rPr>
        <w:t>змінюється</w:t>
      </w:r>
      <w:proofErr w:type="spellEnd"/>
      <w:r w:rsidRPr="00541039">
        <w:rPr>
          <w:lang w:val="ru-RU"/>
        </w:rPr>
        <w:t xml:space="preserve"> </w:t>
      </w:r>
      <w:proofErr w:type="spellStart"/>
      <w:r w:rsidRPr="00541039">
        <w:rPr>
          <w:lang w:val="ru-RU"/>
        </w:rPr>
        <w:t>випадковим</w:t>
      </w:r>
      <w:proofErr w:type="spellEnd"/>
      <w:r w:rsidRPr="00541039">
        <w:rPr>
          <w:lang w:val="ru-RU"/>
        </w:rPr>
        <w:t xml:space="preserve"> чином </w:t>
      </w:r>
      <w:proofErr w:type="spellStart"/>
      <w:r w:rsidRPr="00541039">
        <w:rPr>
          <w:lang w:val="ru-RU"/>
        </w:rPr>
        <w:t>щодня</w:t>
      </w:r>
      <w:proofErr w:type="spellEnd"/>
      <w:r w:rsidR="00F64898">
        <w:rPr>
          <w:lang w:val="ru-RU"/>
        </w:rPr>
        <w:t xml:space="preserve"> </w:t>
      </w:r>
      <w:proofErr w:type="spellStart"/>
      <w:r w:rsidR="00F64898">
        <w:rPr>
          <w:lang w:val="ru-RU"/>
        </w:rPr>
        <w:t>протягом</w:t>
      </w:r>
      <w:proofErr w:type="spellEnd"/>
      <w:r w:rsidR="00F64898">
        <w:rPr>
          <w:lang w:val="ru-RU"/>
        </w:rPr>
        <w:t xml:space="preserve"> </w:t>
      </w:r>
      <w:proofErr w:type="spellStart"/>
      <w:r w:rsidR="00F64898">
        <w:rPr>
          <w:lang w:val="ru-RU"/>
        </w:rPr>
        <w:t>періоду</w:t>
      </w:r>
      <w:proofErr w:type="spellEnd"/>
      <w:r w:rsidR="00F64898">
        <w:rPr>
          <w:lang w:val="ru-RU"/>
        </w:rPr>
        <w:t xml:space="preserve"> </w:t>
      </w:r>
      <w:proofErr w:type="spellStart"/>
      <w:r w:rsidR="00F64898">
        <w:rPr>
          <w:lang w:val="ru-RU"/>
        </w:rPr>
        <w:t>голосування</w:t>
      </w:r>
      <w:proofErr w:type="spellEnd"/>
      <w:r w:rsidRPr="00541039">
        <w:rPr>
          <w:lang w:val="ru-RU"/>
        </w:rPr>
        <w:t xml:space="preserve">, </w:t>
      </w:r>
      <w:proofErr w:type="spellStart"/>
      <w:r w:rsidRPr="00541039">
        <w:rPr>
          <w:lang w:val="ru-RU"/>
        </w:rPr>
        <w:t>щоб</w:t>
      </w:r>
      <w:proofErr w:type="spellEnd"/>
      <w:r w:rsidRPr="00541039">
        <w:rPr>
          <w:lang w:val="ru-RU"/>
        </w:rPr>
        <w:t xml:space="preserve"> початкова </w:t>
      </w:r>
      <w:proofErr w:type="spellStart"/>
      <w:r w:rsidRPr="00541039">
        <w:rPr>
          <w:lang w:val="ru-RU"/>
        </w:rPr>
        <w:t>позиція</w:t>
      </w:r>
      <w:proofErr w:type="spellEnd"/>
      <w:r w:rsidRPr="00541039">
        <w:rPr>
          <w:lang w:val="ru-RU"/>
        </w:rPr>
        <w:t xml:space="preserve"> </w:t>
      </w:r>
      <w:proofErr w:type="spellStart"/>
      <w:r w:rsidRPr="00541039">
        <w:rPr>
          <w:lang w:val="ru-RU"/>
        </w:rPr>
        <w:t>картки</w:t>
      </w:r>
      <w:proofErr w:type="spellEnd"/>
      <w:r w:rsidRPr="00541039">
        <w:rPr>
          <w:lang w:val="ru-RU"/>
        </w:rPr>
        <w:t xml:space="preserve"> не </w:t>
      </w:r>
      <w:proofErr w:type="spellStart"/>
      <w:r w:rsidRPr="00541039">
        <w:rPr>
          <w:lang w:val="ru-RU"/>
        </w:rPr>
        <w:t>створювала</w:t>
      </w:r>
      <w:proofErr w:type="spellEnd"/>
      <w:r w:rsidRPr="00541039">
        <w:rPr>
          <w:lang w:val="ru-RU"/>
        </w:rPr>
        <w:t xml:space="preserve"> </w:t>
      </w:r>
      <w:proofErr w:type="spellStart"/>
      <w:r w:rsidRPr="00541039">
        <w:rPr>
          <w:lang w:val="ru-RU"/>
        </w:rPr>
        <w:t>постійної</w:t>
      </w:r>
      <w:proofErr w:type="spellEnd"/>
      <w:r w:rsidRPr="00541039">
        <w:rPr>
          <w:lang w:val="ru-RU"/>
        </w:rPr>
        <w:t xml:space="preserve"> </w:t>
      </w:r>
      <w:proofErr w:type="spellStart"/>
      <w:r w:rsidRPr="00541039">
        <w:rPr>
          <w:lang w:val="ru-RU"/>
        </w:rPr>
        <w:t>переваги</w:t>
      </w:r>
      <w:proofErr w:type="spellEnd"/>
      <w:r w:rsidRPr="00541039">
        <w:rPr>
          <w:lang w:val="ru-RU"/>
        </w:rPr>
        <w:t>.</w:t>
      </w:r>
    </w:p>
    <w:p w14:paraId="014AFC20" w14:textId="69A4D969" w:rsidR="00D97F10" w:rsidRPr="00541039" w:rsidRDefault="00F64898">
      <w:pPr>
        <w:pStyle w:val="LegalClause"/>
        <w:numPr>
          <w:ilvl w:val="1"/>
          <w:numId w:val="1"/>
        </w:numPr>
        <w:rPr>
          <w:lang w:val="ru-RU"/>
        </w:rPr>
      </w:pPr>
      <w:proofErr w:type="spellStart"/>
      <w:r w:rsidRPr="00F64898">
        <w:rPr>
          <w:lang w:val="ru-RU"/>
        </w:rPr>
        <w:t>Випадковий</w:t>
      </w:r>
      <w:proofErr w:type="spellEnd"/>
      <w:r w:rsidRPr="00F64898">
        <w:rPr>
          <w:lang w:val="ru-RU"/>
        </w:rPr>
        <w:t xml:space="preserve"> порядок </w:t>
      </w:r>
      <w:proofErr w:type="spellStart"/>
      <w:r w:rsidRPr="00F64898">
        <w:rPr>
          <w:lang w:val="ru-RU"/>
        </w:rPr>
        <w:t>відображення</w:t>
      </w:r>
      <w:proofErr w:type="spellEnd"/>
      <w:r w:rsidRPr="00F64898">
        <w:rPr>
          <w:lang w:val="ru-RU"/>
        </w:rPr>
        <w:t xml:space="preserve"> </w:t>
      </w:r>
      <w:proofErr w:type="spellStart"/>
      <w:r w:rsidRPr="00F64898">
        <w:rPr>
          <w:lang w:val="ru-RU"/>
        </w:rPr>
        <w:t>карток</w:t>
      </w:r>
      <w:proofErr w:type="spellEnd"/>
      <w:r w:rsidRPr="00F64898">
        <w:rPr>
          <w:lang w:val="ru-RU"/>
        </w:rPr>
        <w:t xml:space="preserve"> </w:t>
      </w:r>
      <w:proofErr w:type="spellStart"/>
      <w:r w:rsidRPr="00F64898">
        <w:rPr>
          <w:lang w:val="ru-RU"/>
        </w:rPr>
        <w:t>Кандидатів</w:t>
      </w:r>
      <w:proofErr w:type="spellEnd"/>
      <w:r w:rsidRPr="00F64898">
        <w:rPr>
          <w:lang w:val="ru-RU"/>
        </w:rPr>
        <w:t xml:space="preserve"> не </w:t>
      </w:r>
      <w:proofErr w:type="spellStart"/>
      <w:r w:rsidRPr="00F64898">
        <w:rPr>
          <w:lang w:val="ru-RU"/>
        </w:rPr>
        <w:t>застосовується</w:t>
      </w:r>
      <w:proofErr w:type="spellEnd"/>
      <w:r w:rsidRPr="00F64898">
        <w:rPr>
          <w:lang w:val="ru-RU"/>
        </w:rPr>
        <w:t xml:space="preserve"> до Рейтингу</w:t>
      </w:r>
      <w:r w:rsidRPr="00541039">
        <w:rPr>
          <w:lang w:val="ru-RU"/>
        </w:rPr>
        <w:t xml:space="preserve">: у </w:t>
      </w:r>
      <w:proofErr w:type="spellStart"/>
      <w:r w:rsidRPr="00541039">
        <w:rPr>
          <w:lang w:val="ru-RU"/>
        </w:rPr>
        <w:t>відкритий</w:t>
      </w:r>
      <w:proofErr w:type="spellEnd"/>
      <w:r w:rsidRPr="00541039">
        <w:rPr>
          <w:lang w:val="ru-RU"/>
        </w:rPr>
        <w:t xml:space="preserve"> </w:t>
      </w:r>
      <w:proofErr w:type="spellStart"/>
      <w:r w:rsidRPr="00541039">
        <w:rPr>
          <w:lang w:val="ru-RU"/>
        </w:rPr>
        <w:t>період</w:t>
      </w:r>
      <w:proofErr w:type="spellEnd"/>
      <w:r w:rsidRPr="00541039">
        <w:rPr>
          <w:lang w:val="ru-RU"/>
        </w:rPr>
        <w:t xml:space="preserve"> Рейтинг </w:t>
      </w:r>
      <w:proofErr w:type="spellStart"/>
      <w:r w:rsidRPr="00541039">
        <w:rPr>
          <w:lang w:val="ru-RU"/>
        </w:rPr>
        <w:t>завжди</w:t>
      </w:r>
      <w:proofErr w:type="spellEnd"/>
      <w:r w:rsidRPr="00541039">
        <w:rPr>
          <w:lang w:val="ru-RU"/>
        </w:rPr>
        <w:t xml:space="preserve"> </w:t>
      </w:r>
      <w:proofErr w:type="spellStart"/>
      <w:r w:rsidRPr="00541039">
        <w:rPr>
          <w:lang w:val="ru-RU"/>
        </w:rPr>
        <w:t>впорядковується</w:t>
      </w:r>
      <w:proofErr w:type="spellEnd"/>
      <w:r w:rsidRPr="00541039">
        <w:rPr>
          <w:lang w:val="ru-RU"/>
        </w:rPr>
        <w:t xml:space="preserve"> за </w:t>
      </w:r>
      <w:proofErr w:type="spellStart"/>
      <w:r w:rsidRPr="00541039">
        <w:rPr>
          <w:lang w:val="ru-RU"/>
        </w:rPr>
        <w:t>фактичним</w:t>
      </w:r>
      <w:proofErr w:type="spellEnd"/>
      <w:r w:rsidRPr="00541039">
        <w:rPr>
          <w:lang w:val="ru-RU"/>
        </w:rPr>
        <w:t xml:space="preserve"> результатом </w:t>
      </w:r>
      <w:proofErr w:type="spellStart"/>
      <w:r w:rsidRPr="00541039">
        <w:rPr>
          <w:lang w:val="ru-RU"/>
        </w:rPr>
        <w:t>відповідно</w:t>
      </w:r>
      <w:proofErr w:type="spellEnd"/>
      <w:r w:rsidRPr="00541039">
        <w:rPr>
          <w:lang w:val="ru-RU"/>
        </w:rPr>
        <w:t xml:space="preserve"> до </w:t>
      </w:r>
      <w:proofErr w:type="spellStart"/>
      <w:r w:rsidRPr="00541039">
        <w:rPr>
          <w:lang w:val="ru-RU"/>
        </w:rPr>
        <w:t>розділу</w:t>
      </w:r>
      <w:proofErr w:type="spellEnd"/>
      <w:r w:rsidRPr="00541039">
        <w:rPr>
          <w:lang w:val="ru-RU"/>
        </w:rPr>
        <w:t xml:space="preserve"> 10 Правил.</w:t>
      </w:r>
    </w:p>
    <w:p w14:paraId="34B7172A" w14:textId="369D3DFA" w:rsidR="00D97F10" w:rsidRPr="00541039" w:rsidRDefault="00F64898">
      <w:pPr>
        <w:pStyle w:val="LegalClause"/>
        <w:numPr>
          <w:ilvl w:val="1"/>
          <w:numId w:val="1"/>
        </w:numPr>
        <w:rPr>
          <w:lang w:val="ru-RU"/>
        </w:rPr>
      </w:pPr>
      <w:proofErr w:type="spellStart"/>
      <w:r w:rsidRPr="00F64898">
        <w:rPr>
          <w:lang w:val="ru-RU"/>
        </w:rPr>
        <w:t>Організатор</w:t>
      </w:r>
      <w:proofErr w:type="spellEnd"/>
      <w:r w:rsidRPr="00F64898">
        <w:rPr>
          <w:lang w:val="ru-RU"/>
        </w:rPr>
        <w:t xml:space="preserve"> </w:t>
      </w:r>
      <w:proofErr w:type="spellStart"/>
      <w:r w:rsidRPr="00F64898">
        <w:rPr>
          <w:lang w:val="ru-RU"/>
        </w:rPr>
        <w:t>має</w:t>
      </w:r>
      <w:proofErr w:type="spellEnd"/>
      <w:r w:rsidRPr="00F64898">
        <w:rPr>
          <w:lang w:val="ru-RU"/>
        </w:rPr>
        <w:t xml:space="preserve"> право до </w:t>
      </w:r>
      <w:proofErr w:type="spellStart"/>
      <w:r w:rsidRPr="00F64898">
        <w:rPr>
          <w:lang w:val="ru-RU"/>
        </w:rPr>
        <w:t>офіційного</w:t>
      </w:r>
      <w:proofErr w:type="spellEnd"/>
      <w:r w:rsidRPr="00F64898">
        <w:rPr>
          <w:lang w:val="ru-RU"/>
        </w:rPr>
        <w:t xml:space="preserve"> </w:t>
      </w:r>
      <w:proofErr w:type="spellStart"/>
      <w:r w:rsidRPr="00F64898">
        <w:rPr>
          <w:lang w:val="ru-RU"/>
        </w:rPr>
        <w:t>оголошення</w:t>
      </w:r>
      <w:proofErr w:type="spellEnd"/>
      <w:r w:rsidRPr="00F64898">
        <w:rPr>
          <w:lang w:val="ru-RU"/>
        </w:rPr>
        <w:t xml:space="preserve"> </w:t>
      </w:r>
      <w:proofErr w:type="spellStart"/>
      <w:r w:rsidRPr="00F64898">
        <w:rPr>
          <w:lang w:val="ru-RU"/>
        </w:rPr>
        <w:t>результатів</w:t>
      </w:r>
      <w:proofErr w:type="spellEnd"/>
      <w:r w:rsidRPr="00F64898">
        <w:rPr>
          <w:lang w:val="ru-RU"/>
        </w:rPr>
        <w:t xml:space="preserve"> </w:t>
      </w:r>
      <w:proofErr w:type="spellStart"/>
      <w:r w:rsidRPr="00F64898">
        <w:rPr>
          <w:lang w:val="ru-RU"/>
        </w:rPr>
        <w:t>виключити</w:t>
      </w:r>
      <w:proofErr w:type="spellEnd"/>
      <w:r w:rsidRPr="00F64898">
        <w:rPr>
          <w:lang w:val="ru-RU"/>
        </w:rPr>
        <w:t xml:space="preserve"> Кандидата з </w:t>
      </w:r>
      <w:proofErr w:type="spellStart"/>
      <w:r w:rsidRPr="00F64898">
        <w:rPr>
          <w:lang w:val="ru-RU"/>
        </w:rPr>
        <w:t>Голосування</w:t>
      </w:r>
      <w:proofErr w:type="spellEnd"/>
      <w:r w:rsidRPr="00F64898">
        <w:rPr>
          <w:lang w:val="ru-RU"/>
        </w:rPr>
        <w:t xml:space="preserve"> у </w:t>
      </w:r>
      <w:proofErr w:type="spellStart"/>
      <w:r w:rsidRPr="00F64898">
        <w:rPr>
          <w:lang w:val="ru-RU"/>
        </w:rPr>
        <w:t>разі</w:t>
      </w:r>
      <w:proofErr w:type="spellEnd"/>
      <w:r w:rsidRPr="00F64898">
        <w:rPr>
          <w:lang w:val="ru-RU"/>
        </w:rPr>
        <w:t xml:space="preserve"> </w:t>
      </w:r>
      <w:proofErr w:type="spellStart"/>
      <w:r w:rsidRPr="00F64898">
        <w:rPr>
          <w:lang w:val="ru-RU"/>
        </w:rPr>
        <w:t>його</w:t>
      </w:r>
      <w:proofErr w:type="spellEnd"/>
      <w:r w:rsidRPr="00F64898">
        <w:rPr>
          <w:lang w:val="ru-RU"/>
        </w:rPr>
        <w:t xml:space="preserve"> </w:t>
      </w:r>
      <w:proofErr w:type="spellStart"/>
      <w:r w:rsidRPr="00F64898">
        <w:rPr>
          <w:lang w:val="ru-RU"/>
        </w:rPr>
        <w:t>відмови</w:t>
      </w:r>
      <w:proofErr w:type="spellEnd"/>
      <w:r w:rsidRPr="00F64898">
        <w:rPr>
          <w:lang w:val="ru-RU"/>
        </w:rPr>
        <w:t xml:space="preserve"> </w:t>
      </w:r>
      <w:proofErr w:type="spellStart"/>
      <w:r w:rsidRPr="00F64898">
        <w:rPr>
          <w:lang w:val="ru-RU"/>
        </w:rPr>
        <w:t>від</w:t>
      </w:r>
      <w:proofErr w:type="spellEnd"/>
      <w:r w:rsidRPr="00F64898">
        <w:rPr>
          <w:lang w:val="ru-RU"/>
        </w:rPr>
        <w:t xml:space="preserve"> </w:t>
      </w:r>
      <w:proofErr w:type="spellStart"/>
      <w:r w:rsidRPr="00F64898">
        <w:rPr>
          <w:lang w:val="ru-RU"/>
        </w:rPr>
        <w:t>подальшої</w:t>
      </w:r>
      <w:proofErr w:type="spellEnd"/>
      <w:r w:rsidRPr="00F64898">
        <w:rPr>
          <w:lang w:val="ru-RU"/>
        </w:rPr>
        <w:t xml:space="preserve"> </w:t>
      </w:r>
      <w:proofErr w:type="spellStart"/>
      <w:r w:rsidRPr="00F64898">
        <w:rPr>
          <w:lang w:val="ru-RU"/>
        </w:rPr>
        <w:t>участі</w:t>
      </w:r>
      <w:proofErr w:type="spellEnd"/>
      <w:r w:rsidRPr="00F64898">
        <w:rPr>
          <w:lang w:val="ru-RU"/>
        </w:rPr>
        <w:t xml:space="preserve"> у </w:t>
      </w:r>
      <w:proofErr w:type="spellStart"/>
      <w:r w:rsidRPr="00F64898">
        <w:rPr>
          <w:lang w:val="ru-RU"/>
        </w:rPr>
        <w:t>Проекті</w:t>
      </w:r>
      <w:proofErr w:type="spellEnd"/>
      <w:r w:rsidRPr="00F64898">
        <w:rPr>
          <w:lang w:val="ru-RU"/>
        </w:rPr>
        <w:t xml:space="preserve">, </w:t>
      </w:r>
      <w:proofErr w:type="spellStart"/>
      <w:r w:rsidRPr="00F64898">
        <w:rPr>
          <w:lang w:val="ru-RU"/>
        </w:rPr>
        <w:t>порушення</w:t>
      </w:r>
      <w:proofErr w:type="spellEnd"/>
      <w:r w:rsidRPr="00F64898">
        <w:rPr>
          <w:lang w:val="ru-RU"/>
        </w:rPr>
        <w:t xml:space="preserve"> ним умов </w:t>
      </w:r>
      <w:proofErr w:type="spellStart"/>
      <w:r w:rsidRPr="00F64898">
        <w:rPr>
          <w:lang w:val="ru-RU"/>
        </w:rPr>
        <w:t>участі</w:t>
      </w:r>
      <w:proofErr w:type="spellEnd"/>
      <w:r w:rsidRPr="00F64898">
        <w:rPr>
          <w:lang w:val="ru-RU"/>
        </w:rPr>
        <w:t xml:space="preserve"> у </w:t>
      </w:r>
      <w:proofErr w:type="spellStart"/>
      <w:r w:rsidRPr="00F64898">
        <w:rPr>
          <w:lang w:val="ru-RU"/>
        </w:rPr>
        <w:t>Проекті</w:t>
      </w:r>
      <w:proofErr w:type="spellEnd"/>
      <w:r w:rsidRPr="00F64898">
        <w:rPr>
          <w:lang w:val="ru-RU"/>
        </w:rPr>
        <w:t xml:space="preserve">, </w:t>
      </w:r>
      <w:proofErr w:type="spellStart"/>
      <w:r w:rsidRPr="00F64898">
        <w:rPr>
          <w:lang w:val="ru-RU"/>
        </w:rPr>
        <w:t>встановлення</w:t>
      </w:r>
      <w:proofErr w:type="spellEnd"/>
      <w:r w:rsidRPr="00F64898">
        <w:rPr>
          <w:lang w:val="ru-RU"/>
        </w:rPr>
        <w:t xml:space="preserve"> </w:t>
      </w:r>
      <w:proofErr w:type="spellStart"/>
      <w:r w:rsidRPr="00F64898">
        <w:rPr>
          <w:lang w:val="ru-RU"/>
        </w:rPr>
        <w:t>обставин</w:t>
      </w:r>
      <w:proofErr w:type="spellEnd"/>
      <w:r w:rsidRPr="00F64898">
        <w:rPr>
          <w:lang w:val="ru-RU"/>
        </w:rPr>
        <w:t xml:space="preserve">, </w:t>
      </w:r>
      <w:proofErr w:type="spellStart"/>
      <w:r w:rsidRPr="00F64898">
        <w:rPr>
          <w:lang w:val="ru-RU"/>
        </w:rPr>
        <w:t>що</w:t>
      </w:r>
      <w:proofErr w:type="spellEnd"/>
      <w:r w:rsidRPr="00F64898">
        <w:rPr>
          <w:lang w:val="ru-RU"/>
        </w:rPr>
        <w:t xml:space="preserve"> </w:t>
      </w:r>
      <w:proofErr w:type="spellStart"/>
      <w:r w:rsidRPr="00F64898">
        <w:rPr>
          <w:lang w:val="ru-RU"/>
        </w:rPr>
        <w:t>унеможливлюють</w:t>
      </w:r>
      <w:proofErr w:type="spellEnd"/>
      <w:r w:rsidRPr="00F64898">
        <w:rPr>
          <w:lang w:val="ru-RU"/>
        </w:rPr>
        <w:t xml:space="preserve"> </w:t>
      </w:r>
      <w:proofErr w:type="spellStart"/>
      <w:r w:rsidRPr="00F64898">
        <w:rPr>
          <w:lang w:val="ru-RU"/>
        </w:rPr>
        <w:t>його</w:t>
      </w:r>
      <w:proofErr w:type="spellEnd"/>
      <w:r w:rsidRPr="00F64898">
        <w:rPr>
          <w:lang w:val="ru-RU"/>
        </w:rPr>
        <w:t xml:space="preserve"> </w:t>
      </w:r>
      <w:proofErr w:type="spellStart"/>
      <w:r w:rsidRPr="00F64898">
        <w:rPr>
          <w:lang w:val="ru-RU"/>
        </w:rPr>
        <w:t>подальшу</w:t>
      </w:r>
      <w:proofErr w:type="spellEnd"/>
      <w:r w:rsidRPr="00F64898">
        <w:rPr>
          <w:lang w:val="ru-RU"/>
        </w:rPr>
        <w:t xml:space="preserve"> участь у </w:t>
      </w:r>
      <w:proofErr w:type="spellStart"/>
      <w:r w:rsidRPr="00F64898">
        <w:rPr>
          <w:lang w:val="ru-RU"/>
        </w:rPr>
        <w:t>Проекті</w:t>
      </w:r>
      <w:proofErr w:type="spellEnd"/>
      <w:r w:rsidRPr="00F64898">
        <w:rPr>
          <w:lang w:val="ru-RU"/>
        </w:rPr>
        <w:t xml:space="preserve">, а також з </w:t>
      </w:r>
      <w:proofErr w:type="spellStart"/>
      <w:r w:rsidRPr="00F64898">
        <w:rPr>
          <w:lang w:val="ru-RU"/>
        </w:rPr>
        <w:t>інших</w:t>
      </w:r>
      <w:proofErr w:type="spellEnd"/>
      <w:r w:rsidRPr="00F64898">
        <w:rPr>
          <w:lang w:val="ru-RU"/>
        </w:rPr>
        <w:t xml:space="preserve"> </w:t>
      </w:r>
      <w:proofErr w:type="spellStart"/>
      <w:r w:rsidRPr="00F64898">
        <w:rPr>
          <w:lang w:val="ru-RU"/>
        </w:rPr>
        <w:t>обґрунтованих</w:t>
      </w:r>
      <w:proofErr w:type="spellEnd"/>
      <w:r w:rsidRPr="00F64898">
        <w:rPr>
          <w:lang w:val="ru-RU"/>
        </w:rPr>
        <w:t xml:space="preserve"> </w:t>
      </w:r>
      <w:proofErr w:type="spellStart"/>
      <w:r w:rsidRPr="00F64898">
        <w:rPr>
          <w:lang w:val="ru-RU"/>
        </w:rPr>
        <w:t>організаційних</w:t>
      </w:r>
      <w:proofErr w:type="spellEnd"/>
      <w:r w:rsidRPr="00F64898">
        <w:rPr>
          <w:lang w:val="ru-RU"/>
        </w:rPr>
        <w:t xml:space="preserve">, </w:t>
      </w:r>
      <w:proofErr w:type="spellStart"/>
      <w:r w:rsidRPr="00F64898">
        <w:rPr>
          <w:lang w:val="ru-RU"/>
        </w:rPr>
        <w:t>юридичних</w:t>
      </w:r>
      <w:proofErr w:type="spellEnd"/>
      <w:r w:rsidRPr="00F64898">
        <w:rPr>
          <w:lang w:val="ru-RU"/>
        </w:rPr>
        <w:t xml:space="preserve">, </w:t>
      </w:r>
      <w:proofErr w:type="spellStart"/>
      <w:r w:rsidRPr="00F64898">
        <w:rPr>
          <w:lang w:val="ru-RU"/>
        </w:rPr>
        <w:t>виробничих</w:t>
      </w:r>
      <w:proofErr w:type="spellEnd"/>
      <w:r w:rsidRPr="00F64898">
        <w:rPr>
          <w:lang w:val="ru-RU"/>
        </w:rPr>
        <w:t xml:space="preserve"> </w:t>
      </w:r>
      <w:proofErr w:type="spellStart"/>
      <w:r w:rsidRPr="00F64898">
        <w:rPr>
          <w:lang w:val="ru-RU"/>
        </w:rPr>
        <w:t>чи</w:t>
      </w:r>
      <w:proofErr w:type="spellEnd"/>
      <w:r w:rsidRPr="00F64898">
        <w:rPr>
          <w:lang w:val="ru-RU"/>
        </w:rPr>
        <w:t xml:space="preserve"> </w:t>
      </w:r>
      <w:proofErr w:type="spellStart"/>
      <w:r w:rsidRPr="00F64898">
        <w:rPr>
          <w:lang w:val="ru-RU"/>
        </w:rPr>
        <w:t>технічних</w:t>
      </w:r>
      <w:proofErr w:type="spellEnd"/>
      <w:r w:rsidRPr="00F64898">
        <w:rPr>
          <w:lang w:val="ru-RU"/>
        </w:rPr>
        <w:t xml:space="preserve"> причин. </w:t>
      </w:r>
      <w:proofErr w:type="spellStart"/>
      <w:r w:rsidRPr="00F64898">
        <w:rPr>
          <w:lang w:val="ru-RU"/>
        </w:rPr>
        <w:t>Організатор</w:t>
      </w:r>
      <w:proofErr w:type="spellEnd"/>
      <w:r w:rsidRPr="00F64898">
        <w:rPr>
          <w:lang w:val="ru-RU"/>
        </w:rPr>
        <w:t xml:space="preserve"> </w:t>
      </w:r>
      <w:proofErr w:type="spellStart"/>
      <w:r w:rsidRPr="00F64898">
        <w:rPr>
          <w:lang w:val="ru-RU"/>
        </w:rPr>
        <w:t>має</w:t>
      </w:r>
      <w:proofErr w:type="spellEnd"/>
      <w:r w:rsidRPr="00F64898">
        <w:rPr>
          <w:lang w:val="ru-RU"/>
        </w:rPr>
        <w:t xml:space="preserve"> право не </w:t>
      </w:r>
      <w:proofErr w:type="spellStart"/>
      <w:r w:rsidRPr="00F64898">
        <w:rPr>
          <w:lang w:val="ru-RU"/>
        </w:rPr>
        <w:t>розкривати</w:t>
      </w:r>
      <w:proofErr w:type="spellEnd"/>
      <w:r w:rsidRPr="00F64898">
        <w:rPr>
          <w:lang w:val="ru-RU"/>
        </w:rPr>
        <w:t xml:space="preserve"> </w:t>
      </w:r>
      <w:proofErr w:type="spellStart"/>
      <w:r w:rsidRPr="00F64898">
        <w:rPr>
          <w:lang w:val="ru-RU"/>
        </w:rPr>
        <w:t>детальних</w:t>
      </w:r>
      <w:proofErr w:type="spellEnd"/>
      <w:r w:rsidRPr="00F64898">
        <w:rPr>
          <w:lang w:val="ru-RU"/>
        </w:rPr>
        <w:t xml:space="preserve"> причин такого </w:t>
      </w:r>
      <w:proofErr w:type="spellStart"/>
      <w:r w:rsidRPr="00F64898">
        <w:rPr>
          <w:lang w:val="ru-RU"/>
        </w:rPr>
        <w:t>рішення</w:t>
      </w:r>
      <w:proofErr w:type="spellEnd"/>
      <w:r w:rsidRPr="00F64898">
        <w:rPr>
          <w:lang w:val="ru-RU"/>
        </w:rPr>
        <w:t xml:space="preserve">, </w:t>
      </w:r>
      <w:proofErr w:type="spellStart"/>
      <w:r w:rsidRPr="00F64898">
        <w:rPr>
          <w:lang w:val="ru-RU"/>
        </w:rPr>
        <w:t>якщо</w:t>
      </w:r>
      <w:proofErr w:type="spellEnd"/>
      <w:r w:rsidRPr="00F64898">
        <w:rPr>
          <w:lang w:val="ru-RU"/>
        </w:rPr>
        <w:t xml:space="preserve"> </w:t>
      </w:r>
      <w:proofErr w:type="spellStart"/>
      <w:r w:rsidRPr="00F64898">
        <w:rPr>
          <w:lang w:val="ru-RU"/>
        </w:rPr>
        <w:t>їх</w:t>
      </w:r>
      <w:proofErr w:type="spellEnd"/>
      <w:r w:rsidRPr="00F64898">
        <w:rPr>
          <w:lang w:val="ru-RU"/>
        </w:rPr>
        <w:t xml:space="preserve"> </w:t>
      </w:r>
      <w:proofErr w:type="spellStart"/>
      <w:r w:rsidRPr="00F64898">
        <w:rPr>
          <w:lang w:val="ru-RU"/>
        </w:rPr>
        <w:t>розкриття</w:t>
      </w:r>
      <w:proofErr w:type="spellEnd"/>
      <w:r w:rsidRPr="00F64898">
        <w:rPr>
          <w:lang w:val="ru-RU"/>
        </w:rPr>
        <w:t xml:space="preserve"> </w:t>
      </w:r>
      <w:proofErr w:type="spellStart"/>
      <w:r w:rsidRPr="00F64898">
        <w:rPr>
          <w:lang w:val="ru-RU"/>
        </w:rPr>
        <w:t>може</w:t>
      </w:r>
      <w:proofErr w:type="spellEnd"/>
      <w:r w:rsidRPr="00F64898">
        <w:rPr>
          <w:lang w:val="ru-RU"/>
        </w:rPr>
        <w:t xml:space="preserve"> </w:t>
      </w:r>
      <w:proofErr w:type="spellStart"/>
      <w:r w:rsidRPr="00F64898">
        <w:rPr>
          <w:lang w:val="ru-RU"/>
        </w:rPr>
        <w:t>порушувати</w:t>
      </w:r>
      <w:proofErr w:type="spellEnd"/>
      <w:r w:rsidRPr="00F64898">
        <w:rPr>
          <w:lang w:val="ru-RU"/>
        </w:rPr>
        <w:t xml:space="preserve"> права та </w:t>
      </w:r>
      <w:proofErr w:type="spellStart"/>
      <w:r w:rsidRPr="00F64898">
        <w:rPr>
          <w:lang w:val="ru-RU"/>
        </w:rPr>
        <w:t>законні</w:t>
      </w:r>
      <w:proofErr w:type="spellEnd"/>
      <w:r w:rsidRPr="00F64898">
        <w:rPr>
          <w:lang w:val="ru-RU"/>
        </w:rPr>
        <w:t xml:space="preserve"> </w:t>
      </w:r>
      <w:proofErr w:type="spellStart"/>
      <w:r w:rsidRPr="00F64898">
        <w:rPr>
          <w:lang w:val="ru-RU"/>
        </w:rPr>
        <w:t>інтереси</w:t>
      </w:r>
      <w:proofErr w:type="spellEnd"/>
      <w:r w:rsidRPr="00F64898">
        <w:rPr>
          <w:lang w:val="ru-RU"/>
        </w:rPr>
        <w:t xml:space="preserve"> Кандидата </w:t>
      </w:r>
      <w:proofErr w:type="spellStart"/>
      <w:r w:rsidRPr="00F64898">
        <w:rPr>
          <w:lang w:val="ru-RU"/>
        </w:rPr>
        <w:t>або</w:t>
      </w:r>
      <w:proofErr w:type="spellEnd"/>
      <w:r w:rsidRPr="00F64898">
        <w:rPr>
          <w:lang w:val="ru-RU"/>
        </w:rPr>
        <w:t xml:space="preserve"> </w:t>
      </w:r>
      <w:proofErr w:type="spellStart"/>
      <w:r w:rsidRPr="00F64898">
        <w:rPr>
          <w:lang w:val="ru-RU"/>
        </w:rPr>
        <w:t>третіх</w:t>
      </w:r>
      <w:proofErr w:type="spellEnd"/>
      <w:r w:rsidRPr="00F64898">
        <w:rPr>
          <w:lang w:val="ru-RU"/>
        </w:rPr>
        <w:t xml:space="preserve"> </w:t>
      </w:r>
      <w:proofErr w:type="spellStart"/>
      <w:r w:rsidRPr="00F64898">
        <w:rPr>
          <w:lang w:val="ru-RU"/>
        </w:rPr>
        <w:t>осіб</w:t>
      </w:r>
      <w:proofErr w:type="spellEnd"/>
      <w:r w:rsidRPr="00F64898">
        <w:rPr>
          <w:lang w:val="ru-RU"/>
        </w:rPr>
        <w:t xml:space="preserve">, </w:t>
      </w:r>
      <w:proofErr w:type="spellStart"/>
      <w:r w:rsidRPr="00F64898">
        <w:rPr>
          <w:lang w:val="ru-RU"/>
        </w:rPr>
        <w:t>умови</w:t>
      </w:r>
      <w:proofErr w:type="spellEnd"/>
      <w:r w:rsidRPr="00F64898">
        <w:rPr>
          <w:lang w:val="ru-RU"/>
        </w:rPr>
        <w:t xml:space="preserve"> </w:t>
      </w:r>
      <w:proofErr w:type="spellStart"/>
      <w:r w:rsidRPr="00F64898">
        <w:rPr>
          <w:lang w:val="ru-RU"/>
        </w:rPr>
        <w:t>конфіденційності</w:t>
      </w:r>
      <w:proofErr w:type="spellEnd"/>
      <w:r w:rsidRPr="00F64898">
        <w:rPr>
          <w:lang w:val="ru-RU"/>
        </w:rPr>
        <w:t xml:space="preserve"> </w:t>
      </w:r>
      <w:proofErr w:type="spellStart"/>
      <w:r w:rsidRPr="00F64898">
        <w:rPr>
          <w:lang w:val="ru-RU"/>
        </w:rPr>
        <w:t>чи</w:t>
      </w:r>
      <w:proofErr w:type="spellEnd"/>
      <w:r w:rsidRPr="00F64898">
        <w:rPr>
          <w:lang w:val="ru-RU"/>
        </w:rPr>
        <w:t xml:space="preserve"> </w:t>
      </w:r>
      <w:proofErr w:type="spellStart"/>
      <w:r w:rsidRPr="00F64898">
        <w:rPr>
          <w:lang w:val="ru-RU"/>
        </w:rPr>
        <w:t>вимоги</w:t>
      </w:r>
      <w:proofErr w:type="spellEnd"/>
      <w:r w:rsidRPr="00F64898">
        <w:rPr>
          <w:lang w:val="ru-RU"/>
        </w:rPr>
        <w:t xml:space="preserve"> </w:t>
      </w:r>
      <w:proofErr w:type="spellStart"/>
      <w:r w:rsidRPr="00F64898">
        <w:rPr>
          <w:lang w:val="ru-RU"/>
        </w:rPr>
        <w:t>законодавства</w:t>
      </w:r>
      <w:proofErr w:type="spellEnd"/>
      <w:r w:rsidRPr="00F64898">
        <w:rPr>
          <w:lang w:val="ru-RU"/>
        </w:rPr>
        <w:t>.</w:t>
      </w:r>
      <w:r w:rsidRPr="00541039">
        <w:rPr>
          <w:lang w:val="ru-RU"/>
        </w:rPr>
        <w:t xml:space="preserve"> Таке </w:t>
      </w:r>
      <w:proofErr w:type="spellStart"/>
      <w:r w:rsidRPr="00541039">
        <w:rPr>
          <w:lang w:val="ru-RU"/>
        </w:rPr>
        <w:t>рішення</w:t>
      </w:r>
      <w:proofErr w:type="spellEnd"/>
      <w:r w:rsidRPr="00541039">
        <w:rPr>
          <w:lang w:val="ru-RU"/>
        </w:rPr>
        <w:t xml:space="preserve"> </w:t>
      </w:r>
      <w:proofErr w:type="spellStart"/>
      <w:r w:rsidRPr="00541039">
        <w:rPr>
          <w:lang w:val="ru-RU"/>
        </w:rPr>
        <w:t>набирає</w:t>
      </w:r>
      <w:proofErr w:type="spellEnd"/>
      <w:r w:rsidRPr="00541039">
        <w:rPr>
          <w:lang w:val="ru-RU"/>
        </w:rPr>
        <w:t xml:space="preserve"> </w:t>
      </w:r>
      <w:proofErr w:type="spellStart"/>
      <w:r w:rsidRPr="00541039">
        <w:rPr>
          <w:lang w:val="ru-RU"/>
        </w:rPr>
        <w:t>чинності</w:t>
      </w:r>
      <w:proofErr w:type="spellEnd"/>
      <w:r w:rsidRPr="00541039">
        <w:rPr>
          <w:lang w:val="ru-RU"/>
        </w:rPr>
        <w:t xml:space="preserve"> з моменту </w:t>
      </w:r>
      <w:proofErr w:type="spellStart"/>
      <w:r w:rsidRPr="00541039">
        <w:rPr>
          <w:lang w:val="ru-RU"/>
        </w:rPr>
        <w:t>його</w:t>
      </w:r>
      <w:proofErr w:type="spellEnd"/>
      <w:r w:rsidRPr="00541039">
        <w:rPr>
          <w:lang w:val="ru-RU"/>
        </w:rPr>
        <w:t xml:space="preserve"> </w:t>
      </w:r>
      <w:proofErr w:type="spellStart"/>
      <w:r w:rsidRPr="00541039">
        <w:rPr>
          <w:lang w:val="ru-RU"/>
        </w:rPr>
        <w:t>фіксації</w:t>
      </w:r>
      <w:proofErr w:type="spellEnd"/>
      <w:r w:rsidRPr="00541039">
        <w:rPr>
          <w:lang w:val="ru-RU"/>
        </w:rPr>
        <w:t xml:space="preserve"> </w:t>
      </w:r>
      <w:proofErr w:type="spellStart"/>
      <w:r w:rsidRPr="00541039">
        <w:rPr>
          <w:lang w:val="ru-RU"/>
        </w:rPr>
        <w:t>Організатором</w:t>
      </w:r>
      <w:proofErr w:type="spellEnd"/>
      <w:r w:rsidRPr="00541039">
        <w:rPr>
          <w:lang w:val="ru-RU"/>
        </w:rPr>
        <w:t xml:space="preserve"> та/</w:t>
      </w:r>
      <w:proofErr w:type="spellStart"/>
      <w:r w:rsidRPr="00541039">
        <w:rPr>
          <w:lang w:val="ru-RU"/>
        </w:rPr>
        <w:t>або</w:t>
      </w:r>
      <w:proofErr w:type="spellEnd"/>
      <w:r w:rsidRPr="00541039">
        <w:rPr>
          <w:lang w:val="ru-RU"/>
        </w:rPr>
        <w:t xml:space="preserve"> </w:t>
      </w:r>
      <w:proofErr w:type="spellStart"/>
      <w:r w:rsidRPr="00541039">
        <w:rPr>
          <w:lang w:val="ru-RU"/>
        </w:rPr>
        <w:t>зміни</w:t>
      </w:r>
      <w:proofErr w:type="spellEnd"/>
      <w:r w:rsidRPr="00541039">
        <w:rPr>
          <w:lang w:val="ru-RU"/>
        </w:rPr>
        <w:t xml:space="preserve"> статусу Кандидата на </w:t>
      </w:r>
      <w:proofErr w:type="spellStart"/>
      <w:r w:rsidRPr="00541039">
        <w:rPr>
          <w:lang w:val="ru-RU"/>
        </w:rPr>
        <w:t>Сторінці</w:t>
      </w:r>
      <w:proofErr w:type="spellEnd"/>
      <w:r w:rsidRPr="00541039">
        <w:rPr>
          <w:lang w:val="ru-RU"/>
        </w:rPr>
        <w:t xml:space="preserve"> </w:t>
      </w:r>
      <w:proofErr w:type="spellStart"/>
      <w:r w:rsidRPr="00541039">
        <w:rPr>
          <w:lang w:val="ru-RU"/>
        </w:rPr>
        <w:t>голосування</w:t>
      </w:r>
      <w:proofErr w:type="spellEnd"/>
      <w:r w:rsidRPr="00541039">
        <w:rPr>
          <w:lang w:val="ru-RU"/>
        </w:rPr>
        <w:t>.</w:t>
      </w:r>
    </w:p>
    <w:p w14:paraId="6F00814B" w14:textId="4DF660A1" w:rsidR="00D97F10" w:rsidRPr="00B75142" w:rsidRDefault="00B75142">
      <w:pPr>
        <w:pStyle w:val="LegalClause"/>
        <w:numPr>
          <w:ilvl w:val="1"/>
          <w:numId w:val="1"/>
        </w:numPr>
        <w:rPr>
          <w:lang w:val="ru-RU"/>
        </w:rPr>
      </w:pPr>
      <w:proofErr w:type="spellStart"/>
      <w:r w:rsidRPr="00B75142">
        <w:rPr>
          <w:lang w:val="ru-RU"/>
        </w:rPr>
        <w:t>Дійсні</w:t>
      </w:r>
      <w:proofErr w:type="spellEnd"/>
      <w:r w:rsidRPr="00B75142">
        <w:rPr>
          <w:lang w:val="ru-RU"/>
        </w:rPr>
        <w:t xml:space="preserve"> голоси, </w:t>
      </w:r>
      <w:proofErr w:type="spellStart"/>
      <w:r w:rsidRPr="00B75142">
        <w:rPr>
          <w:lang w:val="ru-RU"/>
        </w:rPr>
        <w:t>подані</w:t>
      </w:r>
      <w:proofErr w:type="spellEnd"/>
      <w:r w:rsidRPr="00B75142">
        <w:rPr>
          <w:lang w:val="ru-RU"/>
        </w:rPr>
        <w:t xml:space="preserve"> за Кандидата до моменту </w:t>
      </w:r>
      <w:proofErr w:type="spellStart"/>
      <w:r w:rsidRPr="00B75142">
        <w:rPr>
          <w:lang w:val="ru-RU"/>
        </w:rPr>
        <w:t>його</w:t>
      </w:r>
      <w:proofErr w:type="spellEnd"/>
      <w:r w:rsidRPr="00B75142">
        <w:rPr>
          <w:lang w:val="ru-RU"/>
        </w:rPr>
        <w:t xml:space="preserve"> </w:t>
      </w:r>
      <w:proofErr w:type="spellStart"/>
      <w:r w:rsidRPr="00B75142">
        <w:rPr>
          <w:lang w:val="ru-RU"/>
        </w:rPr>
        <w:t>виключення</w:t>
      </w:r>
      <w:proofErr w:type="spellEnd"/>
      <w:r w:rsidRPr="00B75142">
        <w:rPr>
          <w:lang w:val="ru-RU"/>
        </w:rPr>
        <w:t xml:space="preserve"> з </w:t>
      </w:r>
      <w:proofErr w:type="spellStart"/>
      <w:r w:rsidRPr="00B75142">
        <w:rPr>
          <w:lang w:val="ru-RU"/>
        </w:rPr>
        <w:t>Голосування</w:t>
      </w:r>
      <w:proofErr w:type="spellEnd"/>
      <w:r w:rsidRPr="00B75142">
        <w:rPr>
          <w:lang w:val="ru-RU"/>
        </w:rPr>
        <w:t xml:space="preserve">, не </w:t>
      </w:r>
      <w:proofErr w:type="spellStart"/>
      <w:r w:rsidRPr="00B75142">
        <w:rPr>
          <w:lang w:val="ru-RU"/>
        </w:rPr>
        <w:t>переносяться</w:t>
      </w:r>
      <w:proofErr w:type="spellEnd"/>
      <w:r w:rsidRPr="00B75142">
        <w:rPr>
          <w:lang w:val="ru-RU"/>
        </w:rPr>
        <w:t xml:space="preserve"> на </w:t>
      </w:r>
      <w:proofErr w:type="spellStart"/>
      <w:r w:rsidRPr="00B75142">
        <w:rPr>
          <w:lang w:val="ru-RU"/>
        </w:rPr>
        <w:t>інших</w:t>
      </w:r>
      <w:proofErr w:type="spellEnd"/>
      <w:r w:rsidRPr="00B75142">
        <w:rPr>
          <w:lang w:val="ru-RU"/>
        </w:rPr>
        <w:t xml:space="preserve"> </w:t>
      </w:r>
      <w:proofErr w:type="spellStart"/>
      <w:r w:rsidRPr="00B75142">
        <w:rPr>
          <w:lang w:val="ru-RU"/>
        </w:rPr>
        <w:t>Кандидатів</w:t>
      </w:r>
      <w:proofErr w:type="spellEnd"/>
      <w:r w:rsidRPr="00B75142">
        <w:rPr>
          <w:lang w:val="ru-RU"/>
        </w:rPr>
        <w:t xml:space="preserve"> та не </w:t>
      </w:r>
      <w:proofErr w:type="spellStart"/>
      <w:r w:rsidRPr="00B75142">
        <w:rPr>
          <w:lang w:val="ru-RU"/>
        </w:rPr>
        <w:t>можуть</w:t>
      </w:r>
      <w:proofErr w:type="spellEnd"/>
      <w:r w:rsidRPr="00B75142">
        <w:rPr>
          <w:lang w:val="ru-RU"/>
        </w:rPr>
        <w:t xml:space="preserve"> бути </w:t>
      </w:r>
      <w:proofErr w:type="spellStart"/>
      <w:r w:rsidRPr="00B75142">
        <w:rPr>
          <w:lang w:val="ru-RU"/>
        </w:rPr>
        <w:t>змінені</w:t>
      </w:r>
      <w:proofErr w:type="spellEnd"/>
      <w:r w:rsidRPr="00B75142">
        <w:rPr>
          <w:lang w:val="ru-RU"/>
        </w:rPr>
        <w:t xml:space="preserve"> </w:t>
      </w:r>
      <w:proofErr w:type="spellStart"/>
      <w:r w:rsidRPr="00B75142">
        <w:rPr>
          <w:lang w:val="ru-RU"/>
        </w:rPr>
        <w:t>Учасниками</w:t>
      </w:r>
      <w:proofErr w:type="spellEnd"/>
      <w:r w:rsidRPr="00B75142">
        <w:rPr>
          <w:lang w:val="ru-RU"/>
        </w:rPr>
        <w:t xml:space="preserve">. </w:t>
      </w:r>
      <w:proofErr w:type="spellStart"/>
      <w:r w:rsidRPr="00B75142">
        <w:rPr>
          <w:lang w:val="ru-RU"/>
        </w:rPr>
        <w:t>Такі</w:t>
      </w:r>
      <w:proofErr w:type="spellEnd"/>
      <w:r w:rsidRPr="00B75142">
        <w:rPr>
          <w:lang w:val="ru-RU"/>
        </w:rPr>
        <w:t xml:space="preserve"> Голоси </w:t>
      </w:r>
      <w:proofErr w:type="spellStart"/>
      <w:r w:rsidRPr="00B75142">
        <w:rPr>
          <w:lang w:val="ru-RU"/>
        </w:rPr>
        <w:t>враховуються</w:t>
      </w:r>
      <w:proofErr w:type="spellEnd"/>
      <w:r w:rsidRPr="00B75142">
        <w:rPr>
          <w:lang w:val="ru-RU"/>
        </w:rPr>
        <w:t xml:space="preserve"> для </w:t>
      </w:r>
      <w:proofErr w:type="spellStart"/>
      <w:r w:rsidRPr="00B75142">
        <w:rPr>
          <w:lang w:val="ru-RU"/>
        </w:rPr>
        <w:t>цілей</w:t>
      </w:r>
      <w:proofErr w:type="spellEnd"/>
      <w:r w:rsidRPr="00B75142">
        <w:rPr>
          <w:lang w:val="ru-RU"/>
        </w:rPr>
        <w:t xml:space="preserve"> </w:t>
      </w:r>
      <w:proofErr w:type="spellStart"/>
      <w:r w:rsidRPr="00B75142">
        <w:rPr>
          <w:lang w:val="ru-RU"/>
        </w:rPr>
        <w:t>Благодійної</w:t>
      </w:r>
      <w:proofErr w:type="spellEnd"/>
      <w:r w:rsidRPr="00B75142">
        <w:rPr>
          <w:lang w:val="ru-RU"/>
        </w:rPr>
        <w:t xml:space="preserve"> </w:t>
      </w:r>
      <w:proofErr w:type="spellStart"/>
      <w:r w:rsidRPr="00B75142">
        <w:rPr>
          <w:lang w:val="ru-RU"/>
        </w:rPr>
        <w:t>складової</w:t>
      </w:r>
      <w:proofErr w:type="spellEnd"/>
      <w:r w:rsidRPr="00B75142">
        <w:rPr>
          <w:lang w:val="ru-RU"/>
        </w:rPr>
        <w:t xml:space="preserve"> та </w:t>
      </w:r>
      <w:proofErr w:type="spellStart"/>
      <w:r w:rsidRPr="00B75142">
        <w:rPr>
          <w:lang w:val="ru-RU"/>
        </w:rPr>
        <w:t>надають</w:t>
      </w:r>
      <w:proofErr w:type="spellEnd"/>
      <w:r w:rsidRPr="00B75142">
        <w:rPr>
          <w:lang w:val="ru-RU"/>
        </w:rPr>
        <w:t xml:space="preserve"> </w:t>
      </w:r>
      <w:proofErr w:type="spellStart"/>
      <w:r w:rsidRPr="00B75142">
        <w:rPr>
          <w:lang w:val="ru-RU"/>
        </w:rPr>
        <w:t>відповідним</w:t>
      </w:r>
      <w:proofErr w:type="spellEnd"/>
      <w:r w:rsidRPr="00B75142">
        <w:rPr>
          <w:lang w:val="ru-RU"/>
        </w:rPr>
        <w:t xml:space="preserve"> </w:t>
      </w:r>
      <w:proofErr w:type="spellStart"/>
      <w:r w:rsidRPr="00B75142">
        <w:rPr>
          <w:lang w:val="ru-RU"/>
        </w:rPr>
        <w:t>Учасникам</w:t>
      </w:r>
      <w:proofErr w:type="spellEnd"/>
      <w:r w:rsidRPr="00B75142">
        <w:rPr>
          <w:lang w:val="ru-RU"/>
        </w:rPr>
        <w:t xml:space="preserve"> право на участь у </w:t>
      </w:r>
      <w:proofErr w:type="spellStart"/>
      <w:r w:rsidRPr="00B75142">
        <w:rPr>
          <w:lang w:val="ru-RU"/>
        </w:rPr>
        <w:t>Розіграші</w:t>
      </w:r>
      <w:proofErr w:type="spellEnd"/>
      <w:r w:rsidRPr="00B75142">
        <w:rPr>
          <w:lang w:val="ru-RU"/>
        </w:rPr>
        <w:t xml:space="preserve"> за </w:t>
      </w:r>
      <w:proofErr w:type="spellStart"/>
      <w:r w:rsidRPr="00B75142">
        <w:rPr>
          <w:lang w:val="ru-RU"/>
        </w:rPr>
        <w:t>умови</w:t>
      </w:r>
      <w:proofErr w:type="spellEnd"/>
      <w:r w:rsidRPr="00B75142">
        <w:rPr>
          <w:lang w:val="ru-RU"/>
        </w:rPr>
        <w:t xml:space="preserve">, </w:t>
      </w:r>
      <w:proofErr w:type="spellStart"/>
      <w:r w:rsidRPr="00B75142">
        <w:rPr>
          <w:lang w:val="ru-RU"/>
        </w:rPr>
        <w:t>що</w:t>
      </w:r>
      <w:proofErr w:type="spellEnd"/>
      <w:r w:rsidRPr="00B75142">
        <w:rPr>
          <w:lang w:val="ru-RU"/>
        </w:rPr>
        <w:t xml:space="preserve"> вони не були </w:t>
      </w:r>
      <w:proofErr w:type="spellStart"/>
      <w:r w:rsidRPr="00B75142">
        <w:rPr>
          <w:lang w:val="ru-RU"/>
        </w:rPr>
        <w:t>анульовані</w:t>
      </w:r>
      <w:proofErr w:type="spellEnd"/>
      <w:r w:rsidRPr="00B75142">
        <w:rPr>
          <w:lang w:val="ru-RU"/>
        </w:rPr>
        <w:t xml:space="preserve"> на </w:t>
      </w:r>
      <w:proofErr w:type="spellStart"/>
      <w:r w:rsidRPr="00B75142">
        <w:rPr>
          <w:lang w:val="ru-RU"/>
        </w:rPr>
        <w:t>підставах</w:t>
      </w:r>
      <w:proofErr w:type="spellEnd"/>
      <w:r w:rsidRPr="00B75142">
        <w:rPr>
          <w:lang w:val="ru-RU"/>
        </w:rPr>
        <w:t xml:space="preserve">, </w:t>
      </w:r>
      <w:proofErr w:type="spellStart"/>
      <w:r w:rsidRPr="00B75142">
        <w:rPr>
          <w:lang w:val="ru-RU"/>
        </w:rPr>
        <w:t>передбачених</w:t>
      </w:r>
      <w:proofErr w:type="spellEnd"/>
      <w:r w:rsidRPr="00B75142">
        <w:rPr>
          <w:lang w:val="ru-RU"/>
        </w:rPr>
        <w:t xml:space="preserve"> </w:t>
      </w:r>
      <w:proofErr w:type="spellStart"/>
      <w:r w:rsidRPr="00B75142">
        <w:rPr>
          <w:lang w:val="ru-RU"/>
        </w:rPr>
        <w:t>цими</w:t>
      </w:r>
      <w:proofErr w:type="spellEnd"/>
      <w:r w:rsidRPr="00B75142">
        <w:rPr>
          <w:lang w:val="ru-RU"/>
        </w:rPr>
        <w:t xml:space="preserve"> Правилами</w:t>
      </w:r>
      <w:r w:rsidRPr="00541039">
        <w:rPr>
          <w:lang w:val="ru-RU"/>
        </w:rPr>
        <w:t xml:space="preserve">. </w:t>
      </w:r>
      <w:proofErr w:type="spellStart"/>
      <w:r w:rsidRPr="00B75142">
        <w:rPr>
          <w:lang w:val="ru-RU"/>
        </w:rPr>
        <w:t>Виключений</w:t>
      </w:r>
      <w:proofErr w:type="spellEnd"/>
      <w:r w:rsidRPr="00B75142">
        <w:rPr>
          <w:lang w:val="ru-RU"/>
        </w:rPr>
        <w:t xml:space="preserve"> Кандидат не </w:t>
      </w:r>
      <w:proofErr w:type="spellStart"/>
      <w:r w:rsidRPr="00B75142">
        <w:rPr>
          <w:lang w:val="ru-RU"/>
        </w:rPr>
        <w:t>може</w:t>
      </w:r>
      <w:proofErr w:type="spellEnd"/>
      <w:r w:rsidRPr="00B75142">
        <w:rPr>
          <w:lang w:val="ru-RU"/>
        </w:rPr>
        <w:t xml:space="preserve"> бути </w:t>
      </w:r>
      <w:proofErr w:type="spellStart"/>
      <w:r w:rsidRPr="00B75142">
        <w:rPr>
          <w:lang w:val="ru-RU"/>
        </w:rPr>
        <w:t>Переможцем</w:t>
      </w:r>
      <w:proofErr w:type="spellEnd"/>
      <w:r w:rsidRPr="00B75142">
        <w:rPr>
          <w:lang w:val="ru-RU"/>
        </w:rPr>
        <w:t xml:space="preserve"> </w:t>
      </w:r>
      <w:proofErr w:type="spellStart"/>
      <w:r w:rsidRPr="00B75142">
        <w:rPr>
          <w:lang w:val="ru-RU"/>
        </w:rPr>
        <w:t>голосування</w:t>
      </w:r>
      <w:proofErr w:type="spellEnd"/>
      <w:r w:rsidRPr="00B75142">
        <w:rPr>
          <w:lang w:val="ru-RU"/>
        </w:rPr>
        <w:t>.</w:t>
      </w:r>
    </w:p>
    <w:p w14:paraId="016D1A31" w14:textId="77777777" w:rsidR="00D97F10" w:rsidRDefault="00000000" w:rsidP="00B75142">
      <w:pPr>
        <w:pStyle w:val="Heading1"/>
        <w:numPr>
          <w:ilvl w:val="0"/>
          <w:numId w:val="1"/>
        </w:numPr>
        <w:ind w:firstLine="66"/>
      </w:pPr>
      <w:r>
        <w:rPr>
          <w:rFonts w:ascii="Times New Roman" w:eastAsia="Times New Roman" w:hAnsi="Times New Roman" w:cs="Times New Roman"/>
        </w:rPr>
        <w:t>ВИМОГИ ДО УЧАСНИКА ГОЛОСУВАННЯ</w:t>
      </w:r>
    </w:p>
    <w:p w14:paraId="51926FF0" w14:textId="77777777" w:rsidR="00D97F10" w:rsidRPr="00541039" w:rsidRDefault="00000000">
      <w:pPr>
        <w:pStyle w:val="LegalClause"/>
        <w:numPr>
          <w:ilvl w:val="1"/>
          <w:numId w:val="1"/>
        </w:numPr>
        <w:rPr>
          <w:lang w:val="ru-RU"/>
        </w:rPr>
      </w:pPr>
      <w:proofErr w:type="spellStart"/>
      <w:r w:rsidRPr="00541039">
        <w:rPr>
          <w:lang w:val="ru-RU"/>
        </w:rPr>
        <w:t>Учасником</w:t>
      </w:r>
      <w:proofErr w:type="spellEnd"/>
      <w:r w:rsidRPr="00541039">
        <w:rPr>
          <w:lang w:val="ru-RU"/>
        </w:rPr>
        <w:t xml:space="preserve"> </w:t>
      </w:r>
      <w:proofErr w:type="spellStart"/>
      <w:r w:rsidRPr="00541039">
        <w:rPr>
          <w:lang w:val="ru-RU"/>
        </w:rPr>
        <w:t>може</w:t>
      </w:r>
      <w:proofErr w:type="spellEnd"/>
      <w:r w:rsidRPr="00541039">
        <w:rPr>
          <w:lang w:val="ru-RU"/>
        </w:rPr>
        <w:t xml:space="preserve"> бути </w:t>
      </w:r>
      <w:proofErr w:type="spellStart"/>
      <w:r w:rsidRPr="00541039">
        <w:rPr>
          <w:lang w:val="ru-RU"/>
        </w:rPr>
        <w:t>фізична</w:t>
      </w:r>
      <w:proofErr w:type="spellEnd"/>
      <w:r w:rsidRPr="00541039">
        <w:rPr>
          <w:lang w:val="ru-RU"/>
        </w:rPr>
        <w:t xml:space="preserve"> особа, </w:t>
      </w:r>
      <w:proofErr w:type="spellStart"/>
      <w:r w:rsidRPr="00541039">
        <w:rPr>
          <w:lang w:val="ru-RU"/>
        </w:rPr>
        <w:t>якій</w:t>
      </w:r>
      <w:proofErr w:type="spellEnd"/>
      <w:r w:rsidRPr="00541039">
        <w:rPr>
          <w:lang w:val="ru-RU"/>
        </w:rPr>
        <w:t xml:space="preserve"> на момент </w:t>
      </w:r>
      <w:proofErr w:type="spellStart"/>
      <w:r w:rsidRPr="00541039">
        <w:rPr>
          <w:lang w:val="ru-RU"/>
        </w:rPr>
        <w:t>подання</w:t>
      </w:r>
      <w:proofErr w:type="spellEnd"/>
      <w:r w:rsidRPr="00541039">
        <w:rPr>
          <w:lang w:val="ru-RU"/>
        </w:rPr>
        <w:t xml:space="preserve"> Голосу </w:t>
      </w:r>
      <w:proofErr w:type="spellStart"/>
      <w:r w:rsidRPr="00541039">
        <w:rPr>
          <w:lang w:val="ru-RU"/>
        </w:rPr>
        <w:t>виповнилося</w:t>
      </w:r>
      <w:proofErr w:type="spellEnd"/>
      <w:r w:rsidRPr="00541039">
        <w:rPr>
          <w:lang w:val="ru-RU"/>
        </w:rPr>
        <w:t xml:space="preserve"> 18 </w:t>
      </w:r>
      <w:proofErr w:type="spellStart"/>
      <w:r w:rsidRPr="00541039">
        <w:rPr>
          <w:lang w:val="ru-RU"/>
        </w:rPr>
        <w:t>років</w:t>
      </w:r>
      <w:proofErr w:type="spellEnd"/>
      <w:r w:rsidRPr="00541039">
        <w:rPr>
          <w:lang w:val="ru-RU"/>
        </w:rPr>
        <w:t xml:space="preserve"> та яка </w:t>
      </w:r>
      <w:proofErr w:type="spellStart"/>
      <w:r w:rsidRPr="00541039">
        <w:rPr>
          <w:lang w:val="ru-RU"/>
        </w:rPr>
        <w:t>має</w:t>
      </w:r>
      <w:proofErr w:type="spellEnd"/>
      <w:r w:rsidRPr="00541039">
        <w:rPr>
          <w:lang w:val="ru-RU"/>
        </w:rPr>
        <w:t xml:space="preserve"> </w:t>
      </w:r>
      <w:proofErr w:type="spellStart"/>
      <w:r w:rsidRPr="00541039">
        <w:rPr>
          <w:lang w:val="ru-RU"/>
        </w:rPr>
        <w:t>повну</w:t>
      </w:r>
      <w:proofErr w:type="spellEnd"/>
      <w:r w:rsidRPr="00541039">
        <w:rPr>
          <w:lang w:val="ru-RU"/>
        </w:rPr>
        <w:t xml:space="preserve"> </w:t>
      </w:r>
      <w:proofErr w:type="spellStart"/>
      <w:r w:rsidRPr="00541039">
        <w:rPr>
          <w:lang w:val="ru-RU"/>
        </w:rPr>
        <w:t>цивільну</w:t>
      </w:r>
      <w:proofErr w:type="spellEnd"/>
      <w:r w:rsidRPr="00541039">
        <w:rPr>
          <w:lang w:val="ru-RU"/>
        </w:rPr>
        <w:t xml:space="preserve"> </w:t>
      </w:r>
      <w:proofErr w:type="spellStart"/>
      <w:r w:rsidRPr="00541039">
        <w:rPr>
          <w:lang w:val="ru-RU"/>
        </w:rPr>
        <w:t>дієздатність</w:t>
      </w:r>
      <w:proofErr w:type="spellEnd"/>
      <w:r w:rsidRPr="00541039">
        <w:rPr>
          <w:lang w:val="ru-RU"/>
        </w:rPr>
        <w:t xml:space="preserve"> </w:t>
      </w:r>
      <w:proofErr w:type="spellStart"/>
      <w:r w:rsidRPr="00541039">
        <w:rPr>
          <w:lang w:val="ru-RU"/>
        </w:rPr>
        <w:t>відповідно</w:t>
      </w:r>
      <w:proofErr w:type="spellEnd"/>
      <w:r w:rsidRPr="00541039">
        <w:rPr>
          <w:lang w:val="ru-RU"/>
        </w:rPr>
        <w:t xml:space="preserve"> до </w:t>
      </w:r>
      <w:proofErr w:type="spellStart"/>
      <w:r w:rsidRPr="00541039">
        <w:rPr>
          <w:lang w:val="ru-RU"/>
        </w:rPr>
        <w:t>законодавства</w:t>
      </w:r>
      <w:proofErr w:type="spellEnd"/>
      <w:r w:rsidRPr="00541039">
        <w:rPr>
          <w:lang w:val="ru-RU"/>
        </w:rPr>
        <w:t xml:space="preserve"> </w:t>
      </w:r>
      <w:proofErr w:type="spellStart"/>
      <w:r w:rsidRPr="00541039">
        <w:rPr>
          <w:lang w:val="ru-RU"/>
        </w:rPr>
        <w:t>України</w:t>
      </w:r>
      <w:proofErr w:type="spellEnd"/>
      <w:r w:rsidRPr="00541039">
        <w:rPr>
          <w:lang w:val="ru-RU"/>
        </w:rPr>
        <w:t>.</w:t>
      </w:r>
    </w:p>
    <w:p w14:paraId="79DD357C" w14:textId="7D455E77" w:rsidR="00D97F10" w:rsidRPr="00541039" w:rsidRDefault="00B75142">
      <w:pPr>
        <w:pStyle w:val="LegalClause"/>
        <w:numPr>
          <w:ilvl w:val="1"/>
          <w:numId w:val="1"/>
        </w:numPr>
        <w:rPr>
          <w:lang w:val="ru-RU"/>
        </w:rPr>
      </w:pPr>
      <w:r w:rsidRPr="00B75142">
        <w:rPr>
          <w:lang w:val="ru-RU"/>
        </w:rPr>
        <w:lastRenderedPageBreak/>
        <w:t xml:space="preserve">Участь у </w:t>
      </w:r>
      <w:proofErr w:type="spellStart"/>
      <w:r w:rsidRPr="00B75142">
        <w:rPr>
          <w:lang w:val="ru-RU"/>
        </w:rPr>
        <w:t>Голосуванні</w:t>
      </w:r>
      <w:proofErr w:type="spellEnd"/>
      <w:r w:rsidRPr="00B75142">
        <w:rPr>
          <w:lang w:val="ru-RU"/>
        </w:rPr>
        <w:t xml:space="preserve"> </w:t>
      </w:r>
      <w:proofErr w:type="spellStart"/>
      <w:r w:rsidRPr="00B75142">
        <w:rPr>
          <w:lang w:val="ru-RU"/>
        </w:rPr>
        <w:t>можлива</w:t>
      </w:r>
      <w:proofErr w:type="spellEnd"/>
      <w:r w:rsidRPr="00B75142">
        <w:rPr>
          <w:lang w:val="ru-RU"/>
        </w:rPr>
        <w:t xml:space="preserve"> з нового </w:t>
      </w:r>
      <w:proofErr w:type="spellStart"/>
      <w:r w:rsidRPr="00B75142">
        <w:rPr>
          <w:lang w:val="ru-RU"/>
        </w:rPr>
        <w:t>або</w:t>
      </w:r>
      <w:proofErr w:type="spellEnd"/>
      <w:r w:rsidRPr="00B75142">
        <w:rPr>
          <w:lang w:val="ru-RU"/>
        </w:rPr>
        <w:t xml:space="preserve"> </w:t>
      </w:r>
      <w:proofErr w:type="spellStart"/>
      <w:r w:rsidRPr="00B75142">
        <w:rPr>
          <w:lang w:val="ru-RU"/>
        </w:rPr>
        <w:t>раніше</w:t>
      </w:r>
      <w:proofErr w:type="spellEnd"/>
      <w:r w:rsidRPr="00B75142">
        <w:rPr>
          <w:lang w:val="ru-RU"/>
        </w:rPr>
        <w:t xml:space="preserve"> </w:t>
      </w:r>
      <w:proofErr w:type="spellStart"/>
      <w:r w:rsidRPr="00B75142">
        <w:rPr>
          <w:lang w:val="ru-RU"/>
        </w:rPr>
        <w:t>створеного</w:t>
      </w:r>
      <w:proofErr w:type="spellEnd"/>
      <w:r w:rsidRPr="00B75142">
        <w:rPr>
          <w:lang w:val="ru-RU"/>
        </w:rPr>
        <w:t xml:space="preserve"> </w:t>
      </w:r>
      <w:proofErr w:type="spellStart"/>
      <w:r w:rsidRPr="00B75142">
        <w:rPr>
          <w:lang w:val="ru-RU"/>
        </w:rPr>
        <w:t>Акаунту</w:t>
      </w:r>
      <w:proofErr w:type="spellEnd"/>
      <w:r w:rsidRPr="00541039">
        <w:rPr>
          <w:lang w:val="ru-RU"/>
        </w:rPr>
        <w:t xml:space="preserve">. </w:t>
      </w:r>
      <w:proofErr w:type="spellStart"/>
      <w:r w:rsidRPr="00541039">
        <w:rPr>
          <w:lang w:val="ru-RU"/>
        </w:rPr>
        <w:t>Наявність</w:t>
      </w:r>
      <w:proofErr w:type="spellEnd"/>
      <w:r w:rsidRPr="00541039">
        <w:rPr>
          <w:lang w:val="ru-RU"/>
        </w:rPr>
        <w:t xml:space="preserve"> </w:t>
      </w:r>
      <w:proofErr w:type="spellStart"/>
      <w:r w:rsidRPr="00541039">
        <w:rPr>
          <w:lang w:val="ru-RU"/>
        </w:rPr>
        <w:t>чинної</w:t>
      </w:r>
      <w:proofErr w:type="spellEnd"/>
      <w:r w:rsidRPr="00541039">
        <w:rPr>
          <w:lang w:val="ru-RU"/>
        </w:rPr>
        <w:t xml:space="preserve"> </w:t>
      </w:r>
      <w:proofErr w:type="spellStart"/>
      <w:r w:rsidRPr="00541039">
        <w:rPr>
          <w:lang w:val="ru-RU"/>
        </w:rPr>
        <w:t>платної</w:t>
      </w:r>
      <w:proofErr w:type="spellEnd"/>
      <w:r w:rsidRPr="00541039">
        <w:rPr>
          <w:lang w:val="ru-RU"/>
        </w:rPr>
        <w:t xml:space="preserve"> </w:t>
      </w:r>
      <w:proofErr w:type="spellStart"/>
      <w:r w:rsidRPr="00541039">
        <w:rPr>
          <w:lang w:val="ru-RU"/>
        </w:rPr>
        <w:t>підписки</w:t>
      </w:r>
      <w:proofErr w:type="spellEnd"/>
      <w:r w:rsidRPr="00541039">
        <w:rPr>
          <w:lang w:val="ru-RU"/>
        </w:rPr>
        <w:t xml:space="preserve"> </w:t>
      </w:r>
      <w:r>
        <w:t>SWEET</w:t>
      </w:r>
      <w:r w:rsidRPr="00541039">
        <w:rPr>
          <w:lang w:val="ru-RU"/>
        </w:rPr>
        <w:t>.</w:t>
      </w:r>
      <w:r>
        <w:t>TV</w:t>
      </w:r>
      <w:r w:rsidRPr="00541039">
        <w:rPr>
          <w:lang w:val="ru-RU"/>
        </w:rPr>
        <w:t xml:space="preserve"> не є </w:t>
      </w:r>
      <w:proofErr w:type="spellStart"/>
      <w:r w:rsidRPr="00541039">
        <w:rPr>
          <w:lang w:val="ru-RU"/>
        </w:rPr>
        <w:t>умовою</w:t>
      </w:r>
      <w:proofErr w:type="spellEnd"/>
      <w:r w:rsidRPr="00541039">
        <w:rPr>
          <w:lang w:val="ru-RU"/>
        </w:rPr>
        <w:t xml:space="preserve"> </w:t>
      </w:r>
      <w:proofErr w:type="spellStart"/>
      <w:r w:rsidRPr="00B75142">
        <w:rPr>
          <w:lang w:val="ru-RU"/>
        </w:rPr>
        <w:t>участі</w:t>
      </w:r>
      <w:proofErr w:type="spellEnd"/>
      <w:r w:rsidRPr="00B75142">
        <w:rPr>
          <w:lang w:val="ru-RU"/>
        </w:rPr>
        <w:t xml:space="preserve"> в </w:t>
      </w:r>
      <w:proofErr w:type="spellStart"/>
      <w:r w:rsidRPr="00B75142">
        <w:rPr>
          <w:lang w:val="ru-RU"/>
        </w:rPr>
        <w:t>Голосуванні</w:t>
      </w:r>
      <w:proofErr w:type="spellEnd"/>
      <w:r>
        <w:rPr>
          <w:lang w:val="uk-UA"/>
        </w:rPr>
        <w:t xml:space="preserve"> </w:t>
      </w:r>
      <w:r w:rsidRPr="00541039">
        <w:rPr>
          <w:lang w:val="ru-RU"/>
        </w:rPr>
        <w:t xml:space="preserve">та не </w:t>
      </w:r>
      <w:proofErr w:type="spellStart"/>
      <w:r w:rsidRPr="00541039">
        <w:rPr>
          <w:lang w:val="ru-RU"/>
        </w:rPr>
        <w:t>впливає</w:t>
      </w:r>
      <w:proofErr w:type="spellEnd"/>
      <w:r w:rsidRPr="00541039">
        <w:rPr>
          <w:lang w:val="ru-RU"/>
        </w:rPr>
        <w:t xml:space="preserve"> на </w:t>
      </w:r>
      <w:proofErr w:type="spellStart"/>
      <w:r w:rsidRPr="00541039">
        <w:rPr>
          <w:lang w:val="ru-RU"/>
        </w:rPr>
        <w:t>його</w:t>
      </w:r>
      <w:proofErr w:type="spellEnd"/>
      <w:r w:rsidRPr="00541039">
        <w:rPr>
          <w:lang w:val="ru-RU"/>
        </w:rPr>
        <w:t xml:space="preserve"> вагу.</w:t>
      </w:r>
    </w:p>
    <w:p w14:paraId="3659BF8C" w14:textId="0DB053D4" w:rsidR="00D97F10" w:rsidRPr="00541039" w:rsidRDefault="00000000">
      <w:pPr>
        <w:pStyle w:val="LegalClause"/>
        <w:numPr>
          <w:ilvl w:val="1"/>
          <w:numId w:val="1"/>
        </w:numPr>
        <w:rPr>
          <w:lang w:val="ru-RU"/>
        </w:rPr>
      </w:pPr>
      <w:proofErr w:type="spellStart"/>
      <w:r w:rsidRPr="00541039">
        <w:rPr>
          <w:lang w:val="ru-RU"/>
        </w:rPr>
        <w:t>Учасник</w:t>
      </w:r>
      <w:proofErr w:type="spellEnd"/>
      <w:r w:rsidRPr="00541039">
        <w:rPr>
          <w:lang w:val="ru-RU"/>
        </w:rPr>
        <w:t xml:space="preserve"> </w:t>
      </w:r>
      <w:proofErr w:type="spellStart"/>
      <w:r w:rsidR="00B75142" w:rsidRPr="00B75142">
        <w:rPr>
          <w:lang w:val="ru-RU"/>
        </w:rPr>
        <w:t>зобов'язан</w:t>
      </w:r>
      <w:proofErr w:type="spellEnd"/>
      <w:r w:rsidRPr="00541039">
        <w:rPr>
          <w:lang w:val="ru-RU"/>
        </w:rPr>
        <w:t xml:space="preserve"> </w:t>
      </w:r>
      <w:proofErr w:type="spellStart"/>
      <w:r w:rsidRPr="00541039">
        <w:rPr>
          <w:lang w:val="ru-RU"/>
        </w:rPr>
        <w:t>використовувати</w:t>
      </w:r>
      <w:proofErr w:type="spellEnd"/>
      <w:r w:rsidRPr="00541039">
        <w:rPr>
          <w:lang w:val="ru-RU"/>
        </w:rPr>
        <w:t xml:space="preserve"> </w:t>
      </w:r>
      <w:proofErr w:type="spellStart"/>
      <w:r w:rsidRPr="00541039">
        <w:rPr>
          <w:lang w:val="ru-RU"/>
        </w:rPr>
        <w:t>власний</w:t>
      </w:r>
      <w:proofErr w:type="spellEnd"/>
      <w:r w:rsidRPr="00541039">
        <w:rPr>
          <w:lang w:val="ru-RU"/>
        </w:rPr>
        <w:t xml:space="preserve"> </w:t>
      </w:r>
      <w:proofErr w:type="spellStart"/>
      <w:r w:rsidRPr="00541039">
        <w:rPr>
          <w:lang w:val="ru-RU"/>
        </w:rPr>
        <w:t>Акаунт</w:t>
      </w:r>
      <w:proofErr w:type="spellEnd"/>
      <w:r w:rsidRPr="00541039">
        <w:rPr>
          <w:lang w:val="ru-RU"/>
        </w:rPr>
        <w:t xml:space="preserve">, </w:t>
      </w:r>
      <w:proofErr w:type="spellStart"/>
      <w:r w:rsidRPr="00541039">
        <w:rPr>
          <w:lang w:val="ru-RU"/>
        </w:rPr>
        <w:t>власний</w:t>
      </w:r>
      <w:proofErr w:type="spellEnd"/>
      <w:r w:rsidRPr="00541039">
        <w:rPr>
          <w:lang w:val="ru-RU"/>
        </w:rPr>
        <w:t xml:space="preserve"> </w:t>
      </w:r>
      <w:proofErr w:type="spellStart"/>
      <w:r w:rsidRPr="00541039">
        <w:rPr>
          <w:lang w:val="ru-RU"/>
        </w:rPr>
        <w:t>доступний</w:t>
      </w:r>
      <w:proofErr w:type="spellEnd"/>
      <w:r w:rsidRPr="00541039">
        <w:rPr>
          <w:lang w:val="ru-RU"/>
        </w:rPr>
        <w:t xml:space="preserve"> номер телефону та/</w:t>
      </w:r>
      <w:proofErr w:type="spellStart"/>
      <w:r w:rsidRPr="00541039">
        <w:rPr>
          <w:lang w:val="ru-RU"/>
        </w:rPr>
        <w:t>або</w:t>
      </w:r>
      <w:proofErr w:type="spellEnd"/>
      <w:r w:rsidRPr="00541039">
        <w:rPr>
          <w:lang w:val="ru-RU"/>
        </w:rPr>
        <w:t xml:space="preserve"> адресу </w:t>
      </w:r>
      <w:proofErr w:type="spellStart"/>
      <w:r w:rsidRPr="00541039">
        <w:rPr>
          <w:lang w:val="ru-RU"/>
        </w:rPr>
        <w:t>електронної</w:t>
      </w:r>
      <w:proofErr w:type="spellEnd"/>
      <w:r w:rsidRPr="00541039">
        <w:rPr>
          <w:lang w:val="ru-RU"/>
        </w:rPr>
        <w:t xml:space="preserve"> </w:t>
      </w:r>
      <w:proofErr w:type="spellStart"/>
      <w:r w:rsidRPr="00541039">
        <w:rPr>
          <w:lang w:val="ru-RU"/>
        </w:rPr>
        <w:t>пошти</w:t>
      </w:r>
      <w:proofErr w:type="spellEnd"/>
      <w:r w:rsidRPr="00541039">
        <w:rPr>
          <w:lang w:val="ru-RU"/>
        </w:rPr>
        <w:t xml:space="preserve"> і </w:t>
      </w:r>
      <w:proofErr w:type="spellStart"/>
      <w:r w:rsidRPr="00541039">
        <w:rPr>
          <w:lang w:val="ru-RU"/>
        </w:rPr>
        <w:t>надавати</w:t>
      </w:r>
      <w:proofErr w:type="spellEnd"/>
      <w:r w:rsidRPr="00541039">
        <w:rPr>
          <w:lang w:val="ru-RU"/>
        </w:rPr>
        <w:t xml:space="preserve"> </w:t>
      </w:r>
      <w:proofErr w:type="spellStart"/>
      <w:r w:rsidRPr="00541039">
        <w:rPr>
          <w:lang w:val="ru-RU"/>
        </w:rPr>
        <w:t>достовірні</w:t>
      </w:r>
      <w:proofErr w:type="spellEnd"/>
      <w:r w:rsidRPr="00541039">
        <w:rPr>
          <w:lang w:val="ru-RU"/>
        </w:rPr>
        <w:t xml:space="preserve"> </w:t>
      </w:r>
      <w:proofErr w:type="spellStart"/>
      <w:r w:rsidRPr="00541039">
        <w:rPr>
          <w:lang w:val="ru-RU"/>
        </w:rPr>
        <w:t>дані</w:t>
      </w:r>
      <w:proofErr w:type="spellEnd"/>
      <w:r w:rsidRPr="00541039">
        <w:rPr>
          <w:lang w:val="ru-RU"/>
        </w:rPr>
        <w:t xml:space="preserve">. </w:t>
      </w:r>
      <w:proofErr w:type="spellStart"/>
      <w:r w:rsidRPr="00541039">
        <w:rPr>
          <w:lang w:val="ru-RU"/>
        </w:rPr>
        <w:t>Ризик</w:t>
      </w:r>
      <w:proofErr w:type="spellEnd"/>
      <w:r w:rsidRPr="00541039">
        <w:rPr>
          <w:lang w:val="ru-RU"/>
        </w:rPr>
        <w:t xml:space="preserve"> </w:t>
      </w:r>
      <w:proofErr w:type="spellStart"/>
      <w:r w:rsidRPr="00541039">
        <w:rPr>
          <w:lang w:val="ru-RU"/>
        </w:rPr>
        <w:t>наслідків</w:t>
      </w:r>
      <w:proofErr w:type="spellEnd"/>
      <w:r w:rsidRPr="00541039">
        <w:rPr>
          <w:lang w:val="ru-RU"/>
        </w:rPr>
        <w:t xml:space="preserve"> </w:t>
      </w:r>
      <w:proofErr w:type="spellStart"/>
      <w:r w:rsidRPr="00541039">
        <w:rPr>
          <w:lang w:val="ru-RU"/>
        </w:rPr>
        <w:t>помилкових</w:t>
      </w:r>
      <w:proofErr w:type="spellEnd"/>
      <w:r w:rsidRPr="00541039">
        <w:rPr>
          <w:lang w:val="ru-RU"/>
        </w:rPr>
        <w:t xml:space="preserve">, </w:t>
      </w:r>
      <w:proofErr w:type="spellStart"/>
      <w:r w:rsidRPr="00541039">
        <w:rPr>
          <w:lang w:val="ru-RU"/>
        </w:rPr>
        <w:t>неповних</w:t>
      </w:r>
      <w:proofErr w:type="spellEnd"/>
      <w:r w:rsidRPr="00541039">
        <w:rPr>
          <w:lang w:val="ru-RU"/>
        </w:rPr>
        <w:t xml:space="preserve"> </w:t>
      </w:r>
      <w:proofErr w:type="spellStart"/>
      <w:r w:rsidRPr="00541039">
        <w:rPr>
          <w:lang w:val="ru-RU"/>
        </w:rPr>
        <w:t>або</w:t>
      </w:r>
      <w:proofErr w:type="spellEnd"/>
      <w:r w:rsidRPr="00541039">
        <w:rPr>
          <w:lang w:val="ru-RU"/>
        </w:rPr>
        <w:t xml:space="preserve"> </w:t>
      </w:r>
      <w:proofErr w:type="spellStart"/>
      <w:r w:rsidRPr="00541039">
        <w:rPr>
          <w:lang w:val="ru-RU"/>
        </w:rPr>
        <w:t>неактуальних</w:t>
      </w:r>
      <w:proofErr w:type="spellEnd"/>
      <w:r w:rsidRPr="00541039">
        <w:rPr>
          <w:lang w:val="ru-RU"/>
        </w:rPr>
        <w:t xml:space="preserve"> </w:t>
      </w:r>
      <w:proofErr w:type="spellStart"/>
      <w:r w:rsidRPr="00541039">
        <w:rPr>
          <w:lang w:val="ru-RU"/>
        </w:rPr>
        <w:t>контактних</w:t>
      </w:r>
      <w:proofErr w:type="spellEnd"/>
      <w:r w:rsidRPr="00541039">
        <w:rPr>
          <w:lang w:val="ru-RU"/>
        </w:rPr>
        <w:t xml:space="preserve"> </w:t>
      </w:r>
      <w:proofErr w:type="spellStart"/>
      <w:r w:rsidRPr="00541039">
        <w:rPr>
          <w:lang w:val="ru-RU"/>
        </w:rPr>
        <w:t>даних</w:t>
      </w:r>
      <w:proofErr w:type="spellEnd"/>
      <w:r w:rsidRPr="00541039">
        <w:rPr>
          <w:lang w:val="ru-RU"/>
        </w:rPr>
        <w:t xml:space="preserve"> </w:t>
      </w:r>
      <w:proofErr w:type="spellStart"/>
      <w:r w:rsidRPr="00541039">
        <w:rPr>
          <w:lang w:val="ru-RU"/>
        </w:rPr>
        <w:t>несе</w:t>
      </w:r>
      <w:proofErr w:type="spellEnd"/>
      <w:r w:rsidRPr="00541039">
        <w:rPr>
          <w:lang w:val="ru-RU"/>
        </w:rPr>
        <w:t xml:space="preserve"> </w:t>
      </w:r>
      <w:proofErr w:type="spellStart"/>
      <w:r w:rsidRPr="00541039">
        <w:rPr>
          <w:lang w:val="ru-RU"/>
        </w:rPr>
        <w:t>Учасник</w:t>
      </w:r>
      <w:proofErr w:type="spellEnd"/>
      <w:r w:rsidRPr="00541039">
        <w:rPr>
          <w:lang w:val="ru-RU"/>
        </w:rPr>
        <w:t>.</w:t>
      </w:r>
    </w:p>
    <w:p w14:paraId="2C162E1C" w14:textId="62DF3990" w:rsidR="00D97F10" w:rsidRPr="00541039" w:rsidRDefault="00B75142">
      <w:pPr>
        <w:pStyle w:val="LegalClause"/>
        <w:numPr>
          <w:ilvl w:val="1"/>
          <w:numId w:val="1"/>
        </w:numPr>
        <w:rPr>
          <w:lang w:val="ru-RU"/>
        </w:rPr>
      </w:pPr>
      <w:r w:rsidRPr="00B75142">
        <w:rPr>
          <w:lang w:val="ru-RU"/>
        </w:rPr>
        <w:t xml:space="preserve">Одна </w:t>
      </w:r>
      <w:proofErr w:type="spellStart"/>
      <w:r w:rsidRPr="00B75142">
        <w:rPr>
          <w:lang w:val="ru-RU"/>
        </w:rPr>
        <w:t>фізична</w:t>
      </w:r>
      <w:proofErr w:type="spellEnd"/>
      <w:r w:rsidRPr="00B75142">
        <w:rPr>
          <w:lang w:val="ru-RU"/>
        </w:rPr>
        <w:t xml:space="preserve"> особа </w:t>
      </w:r>
      <w:proofErr w:type="spellStart"/>
      <w:r w:rsidRPr="00B75142">
        <w:rPr>
          <w:lang w:val="ru-RU"/>
        </w:rPr>
        <w:t>може</w:t>
      </w:r>
      <w:proofErr w:type="spellEnd"/>
      <w:r w:rsidRPr="00B75142">
        <w:rPr>
          <w:lang w:val="ru-RU"/>
        </w:rPr>
        <w:t xml:space="preserve"> </w:t>
      </w:r>
      <w:proofErr w:type="spellStart"/>
      <w:r w:rsidRPr="00B75142">
        <w:rPr>
          <w:lang w:val="ru-RU"/>
        </w:rPr>
        <w:t>брати</w:t>
      </w:r>
      <w:proofErr w:type="spellEnd"/>
      <w:r w:rsidRPr="00B75142">
        <w:rPr>
          <w:lang w:val="ru-RU"/>
        </w:rPr>
        <w:t xml:space="preserve"> участь у </w:t>
      </w:r>
      <w:proofErr w:type="spellStart"/>
      <w:r w:rsidRPr="00B75142">
        <w:rPr>
          <w:lang w:val="ru-RU"/>
        </w:rPr>
        <w:t>Голосуванні</w:t>
      </w:r>
      <w:proofErr w:type="spellEnd"/>
      <w:r w:rsidRPr="00B75142">
        <w:rPr>
          <w:lang w:val="ru-RU"/>
        </w:rPr>
        <w:t xml:space="preserve"> </w:t>
      </w:r>
      <w:proofErr w:type="spellStart"/>
      <w:r w:rsidRPr="00B75142">
        <w:rPr>
          <w:lang w:val="ru-RU"/>
        </w:rPr>
        <w:t>лише</w:t>
      </w:r>
      <w:proofErr w:type="spellEnd"/>
      <w:r w:rsidRPr="00B75142">
        <w:rPr>
          <w:lang w:val="ru-RU"/>
        </w:rPr>
        <w:t xml:space="preserve"> через один </w:t>
      </w:r>
      <w:proofErr w:type="spellStart"/>
      <w:r w:rsidRPr="00B75142">
        <w:rPr>
          <w:lang w:val="ru-RU"/>
        </w:rPr>
        <w:t>Акаунт</w:t>
      </w:r>
      <w:proofErr w:type="spellEnd"/>
      <w:r w:rsidRPr="00B75142">
        <w:rPr>
          <w:lang w:val="ru-RU"/>
        </w:rPr>
        <w:t xml:space="preserve"> та </w:t>
      </w:r>
      <w:proofErr w:type="spellStart"/>
      <w:r w:rsidRPr="00B75142">
        <w:rPr>
          <w:lang w:val="ru-RU"/>
        </w:rPr>
        <w:t>має</w:t>
      </w:r>
      <w:proofErr w:type="spellEnd"/>
      <w:r w:rsidRPr="00B75142">
        <w:rPr>
          <w:lang w:val="ru-RU"/>
        </w:rPr>
        <w:t xml:space="preserve"> право подати </w:t>
      </w:r>
      <w:proofErr w:type="spellStart"/>
      <w:r w:rsidRPr="00B75142">
        <w:rPr>
          <w:lang w:val="ru-RU"/>
        </w:rPr>
        <w:t>лише</w:t>
      </w:r>
      <w:proofErr w:type="spellEnd"/>
      <w:r w:rsidRPr="00B75142">
        <w:rPr>
          <w:lang w:val="ru-RU"/>
        </w:rPr>
        <w:t xml:space="preserve"> один Голос </w:t>
      </w:r>
      <w:proofErr w:type="spellStart"/>
      <w:r w:rsidRPr="00B75142">
        <w:rPr>
          <w:lang w:val="ru-RU"/>
        </w:rPr>
        <w:t>протягом</w:t>
      </w:r>
      <w:proofErr w:type="spellEnd"/>
      <w:r w:rsidRPr="00B75142">
        <w:rPr>
          <w:lang w:val="ru-RU"/>
        </w:rPr>
        <w:t xml:space="preserve"> </w:t>
      </w:r>
      <w:proofErr w:type="spellStart"/>
      <w:r w:rsidRPr="00B75142">
        <w:rPr>
          <w:lang w:val="ru-RU"/>
        </w:rPr>
        <w:t>усього</w:t>
      </w:r>
      <w:proofErr w:type="spellEnd"/>
      <w:r w:rsidRPr="00B75142">
        <w:rPr>
          <w:lang w:val="ru-RU"/>
        </w:rPr>
        <w:t xml:space="preserve"> </w:t>
      </w:r>
      <w:proofErr w:type="spellStart"/>
      <w:r w:rsidRPr="00B75142">
        <w:rPr>
          <w:lang w:val="ru-RU"/>
        </w:rPr>
        <w:t>періоду</w:t>
      </w:r>
      <w:proofErr w:type="spellEnd"/>
      <w:r w:rsidRPr="00B75142">
        <w:rPr>
          <w:lang w:val="ru-RU"/>
        </w:rPr>
        <w:t xml:space="preserve"> </w:t>
      </w:r>
      <w:proofErr w:type="spellStart"/>
      <w:r w:rsidRPr="00B75142">
        <w:rPr>
          <w:lang w:val="ru-RU"/>
        </w:rPr>
        <w:t>Голосування</w:t>
      </w:r>
      <w:proofErr w:type="spellEnd"/>
      <w:r w:rsidRPr="00B75142">
        <w:rPr>
          <w:lang w:val="ru-RU"/>
        </w:rPr>
        <w:t xml:space="preserve">. </w:t>
      </w:r>
      <w:proofErr w:type="spellStart"/>
      <w:r w:rsidRPr="00B75142">
        <w:rPr>
          <w:lang w:val="ru-RU"/>
        </w:rPr>
        <w:t>Використання</w:t>
      </w:r>
      <w:proofErr w:type="spellEnd"/>
      <w:r w:rsidRPr="00B75142">
        <w:rPr>
          <w:lang w:val="ru-RU"/>
        </w:rPr>
        <w:t xml:space="preserve"> </w:t>
      </w:r>
      <w:proofErr w:type="spellStart"/>
      <w:r w:rsidRPr="00B75142">
        <w:rPr>
          <w:lang w:val="ru-RU"/>
        </w:rPr>
        <w:t>кількох</w:t>
      </w:r>
      <w:proofErr w:type="spellEnd"/>
      <w:r w:rsidRPr="00B75142">
        <w:rPr>
          <w:lang w:val="ru-RU"/>
        </w:rPr>
        <w:t xml:space="preserve"> </w:t>
      </w:r>
      <w:proofErr w:type="spellStart"/>
      <w:r w:rsidRPr="00B75142">
        <w:rPr>
          <w:lang w:val="ru-RU"/>
        </w:rPr>
        <w:t>Акаунтів</w:t>
      </w:r>
      <w:proofErr w:type="spellEnd"/>
      <w:r w:rsidRPr="00B75142">
        <w:rPr>
          <w:lang w:val="ru-RU"/>
        </w:rPr>
        <w:t xml:space="preserve"> </w:t>
      </w:r>
      <w:proofErr w:type="spellStart"/>
      <w:r w:rsidRPr="00B75142">
        <w:rPr>
          <w:lang w:val="ru-RU"/>
        </w:rPr>
        <w:t>однією</w:t>
      </w:r>
      <w:proofErr w:type="spellEnd"/>
      <w:r w:rsidRPr="00B75142">
        <w:rPr>
          <w:lang w:val="ru-RU"/>
        </w:rPr>
        <w:t xml:space="preserve"> особою, </w:t>
      </w:r>
      <w:proofErr w:type="spellStart"/>
      <w:r w:rsidRPr="00B75142">
        <w:rPr>
          <w:lang w:val="ru-RU"/>
        </w:rPr>
        <w:t>використання</w:t>
      </w:r>
      <w:proofErr w:type="spellEnd"/>
      <w:r w:rsidRPr="00B75142">
        <w:rPr>
          <w:lang w:val="ru-RU"/>
        </w:rPr>
        <w:t xml:space="preserve"> </w:t>
      </w:r>
      <w:proofErr w:type="spellStart"/>
      <w:r w:rsidRPr="00B75142">
        <w:rPr>
          <w:lang w:val="ru-RU"/>
        </w:rPr>
        <w:t>Акаунтів</w:t>
      </w:r>
      <w:proofErr w:type="spellEnd"/>
      <w:r w:rsidRPr="00B75142">
        <w:rPr>
          <w:lang w:val="ru-RU"/>
        </w:rPr>
        <w:t xml:space="preserve"> </w:t>
      </w:r>
      <w:proofErr w:type="spellStart"/>
      <w:r w:rsidRPr="00B75142">
        <w:rPr>
          <w:lang w:val="ru-RU"/>
        </w:rPr>
        <w:t>інших</w:t>
      </w:r>
      <w:proofErr w:type="spellEnd"/>
      <w:r w:rsidRPr="00B75142">
        <w:rPr>
          <w:lang w:val="ru-RU"/>
        </w:rPr>
        <w:t xml:space="preserve"> </w:t>
      </w:r>
      <w:proofErr w:type="spellStart"/>
      <w:r w:rsidRPr="00B75142">
        <w:rPr>
          <w:lang w:val="ru-RU"/>
        </w:rPr>
        <w:t>осіб</w:t>
      </w:r>
      <w:proofErr w:type="spellEnd"/>
      <w:r w:rsidRPr="00B75142">
        <w:rPr>
          <w:lang w:val="ru-RU"/>
        </w:rPr>
        <w:t xml:space="preserve">, </w:t>
      </w:r>
      <w:proofErr w:type="spellStart"/>
      <w:r w:rsidRPr="00B75142">
        <w:rPr>
          <w:lang w:val="ru-RU"/>
        </w:rPr>
        <w:t>автоматизованих</w:t>
      </w:r>
      <w:proofErr w:type="spellEnd"/>
      <w:r w:rsidRPr="00B75142">
        <w:rPr>
          <w:lang w:val="ru-RU"/>
        </w:rPr>
        <w:t xml:space="preserve"> </w:t>
      </w:r>
      <w:proofErr w:type="spellStart"/>
      <w:r w:rsidRPr="00B75142">
        <w:rPr>
          <w:lang w:val="ru-RU"/>
        </w:rPr>
        <w:t>засобів</w:t>
      </w:r>
      <w:proofErr w:type="spellEnd"/>
      <w:r w:rsidRPr="00B75142">
        <w:rPr>
          <w:lang w:val="ru-RU"/>
        </w:rPr>
        <w:t xml:space="preserve"> </w:t>
      </w:r>
      <w:proofErr w:type="spellStart"/>
      <w:r w:rsidRPr="00B75142">
        <w:rPr>
          <w:lang w:val="ru-RU"/>
        </w:rPr>
        <w:t>або</w:t>
      </w:r>
      <w:proofErr w:type="spellEnd"/>
      <w:r w:rsidRPr="00B75142">
        <w:rPr>
          <w:lang w:val="ru-RU"/>
        </w:rPr>
        <w:t xml:space="preserve"> </w:t>
      </w:r>
      <w:proofErr w:type="spellStart"/>
      <w:r w:rsidRPr="00B75142">
        <w:rPr>
          <w:lang w:val="ru-RU"/>
        </w:rPr>
        <w:t>інших</w:t>
      </w:r>
      <w:proofErr w:type="spellEnd"/>
      <w:r w:rsidRPr="00B75142">
        <w:rPr>
          <w:lang w:val="ru-RU"/>
        </w:rPr>
        <w:t xml:space="preserve"> </w:t>
      </w:r>
      <w:proofErr w:type="spellStart"/>
      <w:r w:rsidRPr="00B75142">
        <w:rPr>
          <w:lang w:val="ru-RU"/>
        </w:rPr>
        <w:t>способів</w:t>
      </w:r>
      <w:proofErr w:type="spellEnd"/>
      <w:r w:rsidRPr="00B75142">
        <w:rPr>
          <w:lang w:val="ru-RU"/>
        </w:rPr>
        <w:t xml:space="preserve">, </w:t>
      </w:r>
      <w:proofErr w:type="spellStart"/>
      <w:r w:rsidRPr="00B75142">
        <w:rPr>
          <w:lang w:val="ru-RU"/>
        </w:rPr>
        <w:t>спрямованих</w:t>
      </w:r>
      <w:proofErr w:type="spellEnd"/>
      <w:r w:rsidRPr="00B75142">
        <w:rPr>
          <w:lang w:val="ru-RU"/>
        </w:rPr>
        <w:t xml:space="preserve"> на </w:t>
      </w:r>
      <w:proofErr w:type="spellStart"/>
      <w:r w:rsidRPr="00B75142">
        <w:rPr>
          <w:lang w:val="ru-RU"/>
        </w:rPr>
        <w:t>отримання</w:t>
      </w:r>
      <w:proofErr w:type="spellEnd"/>
      <w:r w:rsidRPr="00B75142">
        <w:rPr>
          <w:lang w:val="ru-RU"/>
        </w:rPr>
        <w:t xml:space="preserve"> </w:t>
      </w:r>
      <w:proofErr w:type="spellStart"/>
      <w:r w:rsidRPr="00B75142">
        <w:rPr>
          <w:lang w:val="ru-RU"/>
        </w:rPr>
        <w:t>можливості</w:t>
      </w:r>
      <w:proofErr w:type="spellEnd"/>
      <w:r w:rsidRPr="00B75142">
        <w:rPr>
          <w:lang w:val="ru-RU"/>
        </w:rPr>
        <w:t xml:space="preserve"> подати </w:t>
      </w:r>
      <w:proofErr w:type="spellStart"/>
      <w:r w:rsidRPr="00B75142">
        <w:rPr>
          <w:lang w:val="ru-RU"/>
        </w:rPr>
        <w:t>більше</w:t>
      </w:r>
      <w:proofErr w:type="spellEnd"/>
      <w:r w:rsidRPr="00B75142">
        <w:rPr>
          <w:lang w:val="ru-RU"/>
        </w:rPr>
        <w:t xml:space="preserve"> одного Голосу, </w:t>
      </w:r>
      <w:proofErr w:type="spellStart"/>
      <w:r w:rsidRPr="00B75142">
        <w:rPr>
          <w:lang w:val="ru-RU"/>
        </w:rPr>
        <w:t>забороняється</w:t>
      </w:r>
      <w:proofErr w:type="spellEnd"/>
      <w:r w:rsidRPr="00541039">
        <w:rPr>
          <w:lang w:val="ru-RU"/>
        </w:rPr>
        <w:t>.</w:t>
      </w:r>
    </w:p>
    <w:p w14:paraId="69F3B040" w14:textId="4EF5CEE4" w:rsidR="00D97F10" w:rsidRPr="00541039" w:rsidRDefault="00B75142">
      <w:pPr>
        <w:pStyle w:val="LegalClause"/>
        <w:numPr>
          <w:ilvl w:val="1"/>
          <w:numId w:val="1"/>
        </w:numPr>
        <w:rPr>
          <w:lang w:val="ru-RU"/>
        </w:rPr>
      </w:pPr>
      <w:proofErr w:type="spellStart"/>
      <w:r w:rsidRPr="00B75142">
        <w:rPr>
          <w:lang w:val="ru-RU"/>
        </w:rPr>
        <w:t>Організатор</w:t>
      </w:r>
      <w:proofErr w:type="spellEnd"/>
      <w:r w:rsidRPr="00B75142">
        <w:rPr>
          <w:lang w:val="ru-RU"/>
        </w:rPr>
        <w:t xml:space="preserve"> </w:t>
      </w:r>
      <w:proofErr w:type="spellStart"/>
      <w:r w:rsidRPr="00B75142">
        <w:rPr>
          <w:lang w:val="ru-RU"/>
        </w:rPr>
        <w:t>має</w:t>
      </w:r>
      <w:proofErr w:type="spellEnd"/>
      <w:r w:rsidRPr="00B75142">
        <w:rPr>
          <w:lang w:val="ru-RU"/>
        </w:rPr>
        <w:t xml:space="preserve"> право </w:t>
      </w:r>
      <w:proofErr w:type="spellStart"/>
      <w:r w:rsidRPr="00B75142">
        <w:rPr>
          <w:lang w:val="ru-RU"/>
        </w:rPr>
        <w:t>відмовити</w:t>
      </w:r>
      <w:proofErr w:type="spellEnd"/>
      <w:r w:rsidRPr="00B75142">
        <w:rPr>
          <w:lang w:val="ru-RU"/>
        </w:rPr>
        <w:t xml:space="preserve"> </w:t>
      </w:r>
      <w:proofErr w:type="spellStart"/>
      <w:r w:rsidRPr="00B75142">
        <w:rPr>
          <w:lang w:val="ru-RU"/>
        </w:rPr>
        <w:t>особі</w:t>
      </w:r>
      <w:proofErr w:type="spellEnd"/>
      <w:r w:rsidRPr="00B75142">
        <w:rPr>
          <w:lang w:val="ru-RU"/>
        </w:rPr>
        <w:t xml:space="preserve"> в </w:t>
      </w:r>
      <w:proofErr w:type="spellStart"/>
      <w:r w:rsidRPr="00B75142">
        <w:rPr>
          <w:lang w:val="ru-RU"/>
        </w:rPr>
        <w:t>участі</w:t>
      </w:r>
      <w:proofErr w:type="spellEnd"/>
      <w:r w:rsidRPr="00B75142">
        <w:rPr>
          <w:lang w:val="ru-RU"/>
        </w:rPr>
        <w:t xml:space="preserve"> у </w:t>
      </w:r>
      <w:proofErr w:type="spellStart"/>
      <w:r w:rsidRPr="00B75142">
        <w:rPr>
          <w:lang w:val="ru-RU"/>
        </w:rPr>
        <w:t>Голосуванні</w:t>
      </w:r>
      <w:proofErr w:type="spellEnd"/>
      <w:r w:rsidRPr="00B75142">
        <w:rPr>
          <w:lang w:val="ru-RU"/>
        </w:rPr>
        <w:t xml:space="preserve"> та/</w:t>
      </w:r>
      <w:proofErr w:type="spellStart"/>
      <w:r w:rsidRPr="00B75142">
        <w:rPr>
          <w:lang w:val="ru-RU"/>
        </w:rPr>
        <w:t>або</w:t>
      </w:r>
      <w:proofErr w:type="spellEnd"/>
      <w:r w:rsidRPr="00B75142">
        <w:rPr>
          <w:lang w:val="ru-RU"/>
        </w:rPr>
        <w:t xml:space="preserve"> </w:t>
      </w:r>
      <w:proofErr w:type="spellStart"/>
      <w:r w:rsidRPr="00B75142">
        <w:rPr>
          <w:lang w:val="ru-RU"/>
        </w:rPr>
        <w:t>анулювати</w:t>
      </w:r>
      <w:proofErr w:type="spellEnd"/>
      <w:r w:rsidRPr="00B75142">
        <w:rPr>
          <w:lang w:val="ru-RU"/>
        </w:rPr>
        <w:t xml:space="preserve"> </w:t>
      </w:r>
      <w:proofErr w:type="spellStart"/>
      <w:r w:rsidRPr="00B75142">
        <w:rPr>
          <w:lang w:val="ru-RU"/>
        </w:rPr>
        <w:t>поданий</w:t>
      </w:r>
      <w:proofErr w:type="spellEnd"/>
      <w:r w:rsidRPr="00B75142">
        <w:rPr>
          <w:lang w:val="ru-RU"/>
        </w:rPr>
        <w:t xml:space="preserve"> нею Голос у </w:t>
      </w:r>
      <w:proofErr w:type="spellStart"/>
      <w:r w:rsidRPr="00B75142">
        <w:rPr>
          <w:lang w:val="ru-RU"/>
        </w:rPr>
        <w:t>разі</w:t>
      </w:r>
      <w:proofErr w:type="spellEnd"/>
      <w:r w:rsidRPr="00B75142">
        <w:rPr>
          <w:lang w:val="ru-RU"/>
        </w:rPr>
        <w:t xml:space="preserve"> </w:t>
      </w:r>
      <w:proofErr w:type="spellStart"/>
      <w:r w:rsidRPr="00B75142">
        <w:rPr>
          <w:lang w:val="ru-RU"/>
        </w:rPr>
        <w:t>встановлення</w:t>
      </w:r>
      <w:proofErr w:type="spellEnd"/>
      <w:r w:rsidRPr="00B75142">
        <w:rPr>
          <w:lang w:val="ru-RU"/>
        </w:rPr>
        <w:t xml:space="preserve"> </w:t>
      </w:r>
      <w:proofErr w:type="spellStart"/>
      <w:r w:rsidRPr="00B75142">
        <w:rPr>
          <w:lang w:val="ru-RU"/>
        </w:rPr>
        <w:t>невідповідності</w:t>
      </w:r>
      <w:proofErr w:type="spellEnd"/>
      <w:r w:rsidRPr="00B75142">
        <w:rPr>
          <w:lang w:val="ru-RU"/>
        </w:rPr>
        <w:t xml:space="preserve"> </w:t>
      </w:r>
      <w:proofErr w:type="spellStart"/>
      <w:r w:rsidRPr="00B75142">
        <w:rPr>
          <w:lang w:val="ru-RU"/>
        </w:rPr>
        <w:t>вимогам</w:t>
      </w:r>
      <w:proofErr w:type="spellEnd"/>
      <w:r w:rsidRPr="00B75142">
        <w:rPr>
          <w:lang w:val="ru-RU"/>
        </w:rPr>
        <w:t xml:space="preserve"> </w:t>
      </w:r>
      <w:proofErr w:type="spellStart"/>
      <w:r w:rsidRPr="00B75142">
        <w:rPr>
          <w:lang w:val="ru-RU"/>
        </w:rPr>
        <w:t>цих</w:t>
      </w:r>
      <w:proofErr w:type="spellEnd"/>
      <w:r w:rsidRPr="00B75142">
        <w:rPr>
          <w:lang w:val="ru-RU"/>
        </w:rPr>
        <w:t xml:space="preserve"> Правил, </w:t>
      </w:r>
      <w:proofErr w:type="spellStart"/>
      <w:r w:rsidRPr="00B75142">
        <w:rPr>
          <w:lang w:val="ru-RU"/>
        </w:rPr>
        <w:t>надання</w:t>
      </w:r>
      <w:proofErr w:type="spellEnd"/>
      <w:r w:rsidRPr="00B75142">
        <w:rPr>
          <w:lang w:val="ru-RU"/>
        </w:rPr>
        <w:t xml:space="preserve"> </w:t>
      </w:r>
      <w:proofErr w:type="spellStart"/>
      <w:r w:rsidRPr="00B75142">
        <w:rPr>
          <w:lang w:val="ru-RU"/>
        </w:rPr>
        <w:t>недостовірних</w:t>
      </w:r>
      <w:proofErr w:type="spellEnd"/>
      <w:r w:rsidRPr="00B75142">
        <w:rPr>
          <w:lang w:val="ru-RU"/>
        </w:rPr>
        <w:t xml:space="preserve"> </w:t>
      </w:r>
      <w:proofErr w:type="spellStart"/>
      <w:r w:rsidRPr="00B75142">
        <w:rPr>
          <w:lang w:val="ru-RU"/>
        </w:rPr>
        <w:t>даних</w:t>
      </w:r>
      <w:proofErr w:type="spellEnd"/>
      <w:r w:rsidRPr="00B75142">
        <w:rPr>
          <w:lang w:val="ru-RU"/>
        </w:rPr>
        <w:t xml:space="preserve">, </w:t>
      </w:r>
      <w:proofErr w:type="spellStart"/>
      <w:r w:rsidRPr="00B75142">
        <w:rPr>
          <w:rStyle w:val="Strong"/>
          <w:b w:val="0"/>
          <w:bCs w:val="0"/>
          <w:lang w:val="ru-RU"/>
        </w:rPr>
        <w:t>неуспішного</w:t>
      </w:r>
      <w:proofErr w:type="spellEnd"/>
      <w:r w:rsidRPr="00B75142">
        <w:rPr>
          <w:rStyle w:val="Strong"/>
          <w:b w:val="0"/>
          <w:bCs w:val="0"/>
          <w:lang w:val="ru-RU"/>
        </w:rPr>
        <w:t xml:space="preserve"> </w:t>
      </w:r>
      <w:proofErr w:type="spellStart"/>
      <w:r w:rsidRPr="00B75142">
        <w:rPr>
          <w:rStyle w:val="Strong"/>
          <w:b w:val="0"/>
          <w:bCs w:val="0"/>
          <w:lang w:val="ru-RU"/>
        </w:rPr>
        <w:t>проходження</w:t>
      </w:r>
      <w:proofErr w:type="spellEnd"/>
      <w:r w:rsidRPr="00B75142">
        <w:rPr>
          <w:rStyle w:val="Strong"/>
          <w:b w:val="0"/>
          <w:bCs w:val="0"/>
          <w:lang w:val="ru-RU"/>
        </w:rPr>
        <w:t xml:space="preserve"> </w:t>
      </w:r>
      <w:proofErr w:type="spellStart"/>
      <w:r w:rsidRPr="00B75142">
        <w:rPr>
          <w:rStyle w:val="Strong"/>
          <w:b w:val="0"/>
          <w:bCs w:val="0"/>
          <w:lang w:val="ru-RU"/>
        </w:rPr>
        <w:t>передбачених</w:t>
      </w:r>
      <w:proofErr w:type="spellEnd"/>
      <w:r w:rsidRPr="00B75142">
        <w:rPr>
          <w:rStyle w:val="Strong"/>
          <w:b w:val="0"/>
          <w:bCs w:val="0"/>
          <w:lang w:val="ru-RU"/>
        </w:rPr>
        <w:t xml:space="preserve"> Правилами процедур </w:t>
      </w:r>
      <w:proofErr w:type="spellStart"/>
      <w:r w:rsidRPr="00B75142">
        <w:rPr>
          <w:rStyle w:val="Strong"/>
          <w:b w:val="0"/>
          <w:bCs w:val="0"/>
          <w:lang w:val="ru-RU"/>
        </w:rPr>
        <w:t>верифікації</w:t>
      </w:r>
      <w:proofErr w:type="spellEnd"/>
      <w:r w:rsidRPr="00B75142">
        <w:rPr>
          <w:b/>
          <w:bCs/>
          <w:lang w:val="ru-RU"/>
        </w:rPr>
        <w:t xml:space="preserve"> </w:t>
      </w:r>
      <w:proofErr w:type="spellStart"/>
      <w:r w:rsidRPr="00B75142">
        <w:rPr>
          <w:lang w:val="ru-RU"/>
        </w:rPr>
        <w:t>або</w:t>
      </w:r>
      <w:proofErr w:type="spellEnd"/>
      <w:r w:rsidRPr="00B75142">
        <w:rPr>
          <w:lang w:val="ru-RU"/>
        </w:rPr>
        <w:t xml:space="preserve"> </w:t>
      </w:r>
      <w:proofErr w:type="spellStart"/>
      <w:r w:rsidRPr="00B75142">
        <w:rPr>
          <w:lang w:val="ru-RU"/>
        </w:rPr>
        <w:t>виявлення</w:t>
      </w:r>
      <w:proofErr w:type="spellEnd"/>
      <w:r w:rsidRPr="00B75142">
        <w:rPr>
          <w:lang w:val="ru-RU"/>
        </w:rPr>
        <w:t xml:space="preserve"> </w:t>
      </w:r>
      <w:proofErr w:type="spellStart"/>
      <w:r w:rsidRPr="00B75142">
        <w:rPr>
          <w:lang w:val="ru-RU"/>
        </w:rPr>
        <w:t>ознак</w:t>
      </w:r>
      <w:proofErr w:type="spellEnd"/>
      <w:r w:rsidRPr="00B75142">
        <w:rPr>
          <w:lang w:val="ru-RU"/>
        </w:rPr>
        <w:t xml:space="preserve"> </w:t>
      </w:r>
      <w:r>
        <w:rPr>
          <w:lang w:val="ru-RU"/>
        </w:rPr>
        <w:t>Ф</w:t>
      </w:r>
      <w:r w:rsidRPr="00B75142">
        <w:rPr>
          <w:lang w:val="ru-RU"/>
        </w:rPr>
        <w:t>роду</w:t>
      </w:r>
      <w:r w:rsidRPr="00541039">
        <w:rPr>
          <w:lang w:val="ru-RU"/>
        </w:rPr>
        <w:t>.</w:t>
      </w:r>
    </w:p>
    <w:p w14:paraId="44BD7D69" w14:textId="77777777" w:rsidR="00D97F10" w:rsidRDefault="00000000" w:rsidP="00B75142">
      <w:pPr>
        <w:pStyle w:val="Heading1"/>
        <w:numPr>
          <w:ilvl w:val="0"/>
          <w:numId w:val="1"/>
        </w:numPr>
        <w:ind w:firstLine="66"/>
      </w:pPr>
      <w:r>
        <w:rPr>
          <w:rFonts w:ascii="Times New Roman" w:eastAsia="Times New Roman" w:hAnsi="Times New Roman" w:cs="Times New Roman"/>
        </w:rPr>
        <w:t>АВТОРИЗАЦІЯ ТА ВИКОРИСТАННЯ АКАУНТУ</w:t>
      </w:r>
    </w:p>
    <w:p w14:paraId="34811025" w14:textId="4B56FF26" w:rsidR="00D97F10" w:rsidRPr="00541039" w:rsidRDefault="00000000">
      <w:pPr>
        <w:pStyle w:val="LegalClause"/>
        <w:numPr>
          <w:ilvl w:val="1"/>
          <w:numId w:val="1"/>
        </w:numPr>
        <w:rPr>
          <w:lang w:val="ru-RU"/>
        </w:rPr>
      </w:pPr>
      <w:r w:rsidRPr="00541039">
        <w:rPr>
          <w:lang w:val="ru-RU"/>
        </w:rPr>
        <w:t xml:space="preserve">Для доступу до </w:t>
      </w:r>
      <w:proofErr w:type="spellStart"/>
      <w:r w:rsidRPr="00541039">
        <w:rPr>
          <w:lang w:val="ru-RU"/>
        </w:rPr>
        <w:t>форми</w:t>
      </w:r>
      <w:proofErr w:type="spellEnd"/>
      <w:r w:rsidRPr="00541039">
        <w:rPr>
          <w:lang w:val="ru-RU"/>
        </w:rPr>
        <w:t xml:space="preserve"> </w:t>
      </w:r>
      <w:proofErr w:type="spellStart"/>
      <w:r w:rsidRPr="00541039">
        <w:rPr>
          <w:lang w:val="ru-RU"/>
        </w:rPr>
        <w:t>Голосування</w:t>
      </w:r>
      <w:proofErr w:type="spellEnd"/>
      <w:r w:rsidRPr="00541039">
        <w:rPr>
          <w:lang w:val="ru-RU"/>
        </w:rPr>
        <w:t xml:space="preserve"> </w:t>
      </w:r>
      <w:proofErr w:type="spellStart"/>
      <w:r w:rsidRPr="00541039">
        <w:rPr>
          <w:lang w:val="ru-RU"/>
        </w:rPr>
        <w:t>користувач</w:t>
      </w:r>
      <w:proofErr w:type="spellEnd"/>
      <w:r w:rsidRPr="00541039">
        <w:rPr>
          <w:lang w:val="ru-RU"/>
        </w:rPr>
        <w:t xml:space="preserve"> </w:t>
      </w:r>
      <w:proofErr w:type="spellStart"/>
      <w:r w:rsidRPr="00541039">
        <w:rPr>
          <w:lang w:val="ru-RU"/>
        </w:rPr>
        <w:t>авторизується</w:t>
      </w:r>
      <w:proofErr w:type="spellEnd"/>
      <w:r w:rsidRPr="00541039">
        <w:rPr>
          <w:lang w:val="ru-RU"/>
        </w:rPr>
        <w:t xml:space="preserve"> на </w:t>
      </w:r>
      <w:proofErr w:type="spellStart"/>
      <w:r w:rsidRPr="00541039">
        <w:rPr>
          <w:lang w:val="ru-RU"/>
        </w:rPr>
        <w:t>вебсайті</w:t>
      </w:r>
      <w:proofErr w:type="spellEnd"/>
      <w:r w:rsidRPr="00541039">
        <w:rPr>
          <w:lang w:val="ru-RU"/>
        </w:rPr>
        <w:t xml:space="preserve"> </w:t>
      </w:r>
      <w:r>
        <w:t>SWEET</w:t>
      </w:r>
      <w:r w:rsidRPr="00541039">
        <w:rPr>
          <w:lang w:val="ru-RU"/>
        </w:rPr>
        <w:t>.</w:t>
      </w:r>
      <w:r>
        <w:t>TV</w:t>
      </w:r>
      <w:r w:rsidRPr="00541039">
        <w:rPr>
          <w:lang w:val="ru-RU"/>
        </w:rPr>
        <w:t xml:space="preserve"> </w:t>
      </w:r>
      <w:r w:rsidR="00F17A74" w:rsidRPr="00F17A74">
        <w:rPr>
          <w:rStyle w:val="Strong"/>
          <w:b w:val="0"/>
          <w:bCs w:val="0"/>
          <w:lang w:val="ru-RU"/>
        </w:rPr>
        <w:t xml:space="preserve">одним </w:t>
      </w:r>
      <w:proofErr w:type="spellStart"/>
      <w:r w:rsidR="00F17A74" w:rsidRPr="00F17A74">
        <w:rPr>
          <w:rStyle w:val="Strong"/>
          <w:b w:val="0"/>
          <w:bCs w:val="0"/>
          <w:lang w:val="ru-RU"/>
        </w:rPr>
        <w:t>із</w:t>
      </w:r>
      <w:proofErr w:type="spellEnd"/>
      <w:r w:rsidR="00F17A74" w:rsidRPr="00F17A74">
        <w:rPr>
          <w:rStyle w:val="Strong"/>
          <w:b w:val="0"/>
          <w:bCs w:val="0"/>
          <w:lang w:val="ru-RU"/>
        </w:rPr>
        <w:t xml:space="preserve"> </w:t>
      </w:r>
      <w:proofErr w:type="spellStart"/>
      <w:r w:rsidR="00F17A74" w:rsidRPr="00F17A74">
        <w:rPr>
          <w:rStyle w:val="Strong"/>
          <w:b w:val="0"/>
          <w:bCs w:val="0"/>
          <w:lang w:val="ru-RU"/>
        </w:rPr>
        <w:t>доступних</w:t>
      </w:r>
      <w:proofErr w:type="spellEnd"/>
      <w:r w:rsidR="00F17A74" w:rsidRPr="00F17A74">
        <w:rPr>
          <w:rStyle w:val="Strong"/>
          <w:b w:val="0"/>
          <w:bCs w:val="0"/>
          <w:lang w:val="ru-RU"/>
        </w:rPr>
        <w:t xml:space="preserve"> на момент </w:t>
      </w:r>
      <w:proofErr w:type="spellStart"/>
      <w:r w:rsidR="00F17A74" w:rsidRPr="00F17A74">
        <w:rPr>
          <w:rStyle w:val="Strong"/>
          <w:b w:val="0"/>
          <w:bCs w:val="0"/>
          <w:lang w:val="ru-RU"/>
        </w:rPr>
        <w:t>авторизації</w:t>
      </w:r>
      <w:proofErr w:type="spellEnd"/>
      <w:r w:rsidR="00F17A74" w:rsidRPr="00F17A74">
        <w:rPr>
          <w:rStyle w:val="Strong"/>
          <w:b w:val="0"/>
          <w:bCs w:val="0"/>
          <w:lang w:val="ru-RU"/>
        </w:rPr>
        <w:t xml:space="preserve"> </w:t>
      </w:r>
      <w:proofErr w:type="spellStart"/>
      <w:r w:rsidR="00F17A74" w:rsidRPr="00F17A74">
        <w:rPr>
          <w:rStyle w:val="Strong"/>
          <w:b w:val="0"/>
          <w:bCs w:val="0"/>
          <w:lang w:val="ru-RU"/>
        </w:rPr>
        <w:t>способів</w:t>
      </w:r>
      <w:proofErr w:type="spellEnd"/>
      <w:r w:rsidR="00F17A74" w:rsidRPr="00F17A74">
        <w:rPr>
          <w:b/>
          <w:bCs/>
          <w:lang w:val="ru-RU"/>
        </w:rPr>
        <w:t>,</w:t>
      </w:r>
      <w:r w:rsidR="00F17A74" w:rsidRPr="00F17A74">
        <w:rPr>
          <w:lang w:val="ru-RU"/>
        </w:rPr>
        <w:t xml:space="preserve"> </w:t>
      </w:r>
      <w:proofErr w:type="spellStart"/>
      <w:r w:rsidR="00F17A74" w:rsidRPr="00F17A74">
        <w:rPr>
          <w:lang w:val="ru-RU"/>
        </w:rPr>
        <w:t>зокрема</w:t>
      </w:r>
      <w:proofErr w:type="spellEnd"/>
      <w:r w:rsidR="00F17A74">
        <w:rPr>
          <w:lang w:val="uk-UA"/>
        </w:rPr>
        <w:t xml:space="preserve"> </w:t>
      </w:r>
      <w:r w:rsidRPr="00541039">
        <w:rPr>
          <w:lang w:val="ru-RU"/>
        </w:rPr>
        <w:t xml:space="preserve">за номером телефону, через </w:t>
      </w:r>
      <w:r>
        <w:t>Google</w:t>
      </w:r>
      <w:r w:rsidRPr="00541039">
        <w:rPr>
          <w:lang w:val="ru-RU"/>
        </w:rPr>
        <w:t xml:space="preserve">, </w:t>
      </w:r>
      <w:r>
        <w:t>Apple</w:t>
      </w:r>
      <w:r w:rsidRPr="00541039">
        <w:rPr>
          <w:lang w:val="ru-RU"/>
        </w:rPr>
        <w:t xml:space="preserve"> </w:t>
      </w:r>
      <w:proofErr w:type="spellStart"/>
      <w:r w:rsidRPr="00541039">
        <w:rPr>
          <w:lang w:val="ru-RU"/>
        </w:rPr>
        <w:t>або</w:t>
      </w:r>
      <w:proofErr w:type="spellEnd"/>
      <w:r w:rsidRPr="00541039">
        <w:rPr>
          <w:lang w:val="ru-RU"/>
        </w:rPr>
        <w:t xml:space="preserve"> </w:t>
      </w:r>
      <w:r>
        <w:t>Facebook</w:t>
      </w:r>
      <w:r w:rsidRPr="00541039">
        <w:rPr>
          <w:lang w:val="ru-RU"/>
        </w:rPr>
        <w:t xml:space="preserve">. </w:t>
      </w:r>
      <w:proofErr w:type="spellStart"/>
      <w:r w:rsidRPr="00541039">
        <w:rPr>
          <w:lang w:val="ru-RU"/>
        </w:rPr>
        <w:t>Перелік</w:t>
      </w:r>
      <w:proofErr w:type="spellEnd"/>
      <w:r w:rsidRPr="00541039">
        <w:rPr>
          <w:lang w:val="ru-RU"/>
        </w:rPr>
        <w:t xml:space="preserve"> </w:t>
      </w:r>
      <w:proofErr w:type="spellStart"/>
      <w:r w:rsidRPr="00541039">
        <w:rPr>
          <w:lang w:val="ru-RU"/>
        </w:rPr>
        <w:t>доступних</w:t>
      </w:r>
      <w:proofErr w:type="spellEnd"/>
      <w:r w:rsidRPr="00541039">
        <w:rPr>
          <w:lang w:val="ru-RU"/>
        </w:rPr>
        <w:t xml:space="preserve"> </w:t>
      </w:r>
      <w:proofErr w:type="spellStart"/>
      <w:r w:rsidRPr="00541039">
        <w:rPr>
          <w:lang w:val="ru-RU"/>
        </w:rPr>
        <w:t>способів</w:t>
      </w:r>
      <w:proofErr w:type="spellEnd"/>
      <w:r w:rsidRPr="00541039">
        <w:rPr>
          <w:lang w:val="ru-RU"/>
        </w:rPr>
        <w:t xml:space="preserve"> </w:t>
      </w:r>
      <w:proofErr w:type="spellStart"/>
      <w:r w:rsidRPr="00541039">
        <w:rPr>
          <w:lang w:val="ru-RU"/>
        </w:rPr>
        <w:t>може</w:t>
      </w:r>
      <w:proofErr w:type="spellEnd"/>
      <w:r w:rsidRPr="00541039">
        <w:rPr>
          <w:lang w:val="ru-RU"/>
        </w:rPr>
        <w:t xml:space="preserve"> </w:t>
      </w:r>
      <w:proofErr w:type="spellStart"/>
      <w:r w:rsidRPr="00541039">
        <w:rPr>
          <w:lang w:val="ru-RU"/>
        </w:rPr>
        <w:t>залежати</w:t>
      </w:r>
      <w:proofErr w:type="spellEnd"/>
      <w:r w:rsidRPr="00541039">
        <w:rPr>
          <w:lang w:val="ru-RU"/>
        </w:rPr>
        <w:t xml:space="preserve"> </w:t>
      </w:r>
      <w:proofErr w:type="spellStart"/>
      <w:r w:rsidRPr="00541039">
        <w:rPr>
          <w:lang w:val="ru-RU"/>
        </w:rPr>
        <w:t>від</w:t>
      </w:r>
      <w:proofErr w:type="spellEnd"/>
      <w:r w:rsidRPr="00541039">
        <w:rPr>
          <w:lang w:val="ru-RU"/>
        </w:rPr>
        <w:t xml:space="preserve"> </w:t>
      </w:r>
      <w:proofErr w:type="spellStart"/>
      <w:r w:rsidRPr="00541039">
        <w:rPr>
          <w:lang w:val="ru-RU"/>
        </w:rPr>
        <w:t>технічних</w:t>
      </w:r>
      <w:proofErr w:type="spellEnd"/>
      <w:r w:rsidRPr="00541039">
        <w:rPr>
          <w:lang w:val="ru-RU"/>
        </w:rPr>
        <w:t xml:space="preserve"> </w:t>
      </w:r>
      <w:proofErr w:type="spellStart"/>
      <w:r w:rsidRPr="00541039">
        <w:rPr>
          <w:lang w:val="ru-RU"/>
        </w:rPr>
        <w:t>налаштувань</w:t>
      </w:r>
      <w:proofErr w:type="spellEnd"/>
      <w:r w:rsidRPr="00541039">
        <w:rPr>
          <w:lang w:val="ru-RU"/>
        </w:rPr>
        <w:t xml:space="preserve"> вебсайту на момент входу.</w:t>
      </w:r>
    </w:p>
    <w:p w14:paraId="56551D9A" w14:textId="77777777" w:rsidR="00D97F10" w:rsidRPr="00541039" w:rsidRDefault="00000000">
      <w:pPr>
        <w:pStyle w:val="LegalClause"/>
        <w:numPr>
          <w:ilvl w:val="1"/>
          <w:numId w:val="1"/>
        </w:numPr>
        <w:rPr>
          <w:lang w:val="ru-RU"/>
        </w:rPr>
      </w:pPr>
      <w:proofErr w:type="spellStart"/>
      <w:r w:rsidRPr="00541039">
        <w:rPr>
          <w:lang w:val="ru-RU"/>
        </w:rPr>
        <w:t>Користувач</w:t>
      </w:r>
      <w:proofErr w:type="spellEnd"/>
      <w:r w:rsidRPr="00541039">
        <w:rPr>
          <w:lang w:val="ru-RU"/>
        </w:rPr>
        <w:t xml:space="preserve"> </w:t>
      </w:r>
      <w:proofErr w:type="spellStart"/>
      <w:r w:rsidRPr="00541039">
        <w:rPr>
          <w:lang w:val="ru-RU"/>
        </w:rPr>
        <w:t>відповідає</w:t>
      </w:r>
      <w:proofErr w:type="spellEnd"/>
      <w:r w:rsidRPr="00541039">
        <w:rPr>
          <w:lang w:val="ru-RU"/>
        </w:rPr>
        <w:t xml:space="preserve"> за </w:t>
      </w:r>
      <w:proofErr w:type="spellStart"/>
      <w:r w:rsidRPr="00541039">
        <w:rPr>
          <w:lang w:val="ru-RU"/>
        </w:rPr>
        <w:t>збереження</w:t>
      </w:r>
      <w:proofErr w:type="spellEnd"/>
      <w:r w:rsidRPr="00541039">
        <w:rPr>
          <w:lang w:val="ru-RU"/>
        </w:rPr>
        <w:t xml:space="preserve"> </w:t>
      </w:r>
      <w:proofErr w:type="spellStart"/>
      <w:r w:rsidRPr="00541039">
        <w:rPr>
          <w:lang w:val="ru-RU"/>
        </w:rPr>
        <w:t>конфіденційності</w:t>
      </w:r>
      <w:proofErr w:type="spellEnd"/>
      <w:r w:rsidRPr="00541039">
        <w:rPr>
          <w:lang w:val="ru-RU"/>
        </w:rPr>
        <w:t xml:space="preserve"> </w:t>
      </w:r>
      <w:proofErr w:type="spellStart"/>
      <w:r w:rsidRPr="00541039">
        <w:rPr>
          <w:lang w:val="ru-RU"/>
        </w:rPr>
        <w:t>засобів</w:t>
      </w:r>
      <w:proofErr w:type="spellEnd"/>
      <w:r w:rsidRPr="00541039">
        <w:rPr>
          <w:lang w:val="ru-RU"/>
        </w:rPr>
        <w:t xml:space="preserve"> доступу до </w:t>
      </w:r>
      <w:proofErr w:type="spellStart"/>
      <w:r w:rsidRPr="00541039">
        <w:rPr>
          <w:lang w:val="ru-RU"/>
        </w:rPr>
        <w:t>Акаунту</w:t>
      </w:r>
      <w:proofErr w:type="spellEnd"/>
      <w:r w:rsidRPr="00541039">
        <w:rPr>
          <w:lang w:val="ru-RU"/>
        </w:rPr>
        <w:t xml:space="preserve"> та за </w:t>
      </w:r>
      <w:proofErr w:type="spellStart"/>
      <w:r w:rsidRPr="00541039">
        <w:rPr>
          <w:lang w:val="ru-RU"/>
        </w:rPr>
        <w:t>всі</w:t>
      </w:r>
      <w:proofErr w:type="spellEnd"/>
      <w:r w:rsidRPr="00541039">
        <w:rPr>
          <w:lang w:val="ru-RU"/>
        </w:rPr>
        <w:t xml:space="preserve"> </w:t>
      </w:r>
      <w:proofErr w:type="spellStart"/>
      <w:r w:rsidRPr="00541039">
        <w:rPr>
          <w:lang w:val="ru-RU"/>
        </w:rPr>
        <w:t>дії</w:t>
      </w:r>
      <w:proofErr w:type="spellEnd"/>
      <w:r w:rsidRPr="00541039">
        <w:rPr>
          <w:lang w:val="ru-RU"/>
        </w:rPr>
        <w:t xml:space="preserve">, </w:t>
      </w:r>
      <w:proofErr w:type="spellStart"/>
      <w:r w:rsidRPr="00541039">
        <w:rPr>
          <w:lang w:val="ru-RU"/>
        </w:rPr>
        <w:t>виконані</w:t>
      </w:r>
      <w:proofErr w:type="spellEnd"/>
      <w:r w:rsidRPr="00541039">
        <w:rPr>
          <w:lang w:val="ru-RU"/>
        </w:rPr>
        <w:t xml:space="preserve"> </w:t>
      </w:r>
      <w:proofErr w:type="spellStart"/>
      <w:r w:rsidRPr="00541039">
        <w:rPr>
          <w:lang w:val="ru-RU"/>
        </w:rPr>
        <w:t>після</w:t>
      </w:r>
      <w:proofErr w:type="spellEnd"/>
      <w:r w:rsidRPr="00541039">
        <w:rPr>
          <w:lang w:val="ru-RU"/>
        </w:rPr>
        <w:t xml:space="preserve"> </w:t>
      </w:r>
      <w:proofErr w:type="spellStart"/>
      <w:r w:rsidRPr="00541039">
        <w:rPr>
          <w:lang w:val="ru-RU"/>
        </w:rPr>
        <w:t>належної</w:t>
      </w:r>
      <w:proofErr w:type="spellEnd"/>
      <w:r w:rsidRPr="00541039">
        <w:rPr>
          <w:lang w:val="ru-RU"/>
        </w:rPr>
        <w:t xml:space="preserve"> </w:t>
      </w:r>
      <w:proofErr w:type="spellStart"/>
      <w:r w:rsidRPr="00541039">
        <w:rPr>
          <w:lang w:val="ru-RU"/>
        </w:rPr>
        <w:t>авторизації</w:t>
      </w:r>
      <w:proofErr w:type="spellEnd"/>
      <w:r w:rsidRPr="00541039">
        <w:rPr>
          <w:lang w:val="ru-RU"/>
        </w:rPr>
        <w:t xml:space="preserve">, </w:t>
      </w:r>
      <w:proofErr w:type="spellStart"/>
      <w:r w:rsidRPr="00541039">
        <w:rPr>
          <w:lang w:val="ru-RU"/>
        </w:rPr>
        <w:t>якщо</w:t>
      </w:r>
      <w:proofErr w:type="spellEnd"/>
      <w:r w:rsidRPr="00541039">
        <w:rPr>
          <w:lang w:val="ru-RU"/>
        </w:rPr>
        <w:t xml:space="preserve"> </w:t>
      </w:r>
      <w:proofErr w:type="spellStart"/>
      <w:r w:rsidRPr="00541039">
        <w:rPr>
          <w:lang w:val="ru-RU"/>
        </w:rPr>
        <w:t>інше</w:t>
      </w:r>
      <w:proofErr w:type="spellEnd"/>
      <w:r w:rsidRPr="00541039">
        <w:rPr>
          <w:lang w:val="ru-RU"/>
        </w:rPr>
        <w:t xml:space="preserve"> не </w:t>
      </w:r>
      <w:proofErr w:type="spellStart"/>
      <w:r w:rsidRPr="00541039">
        <w:rPr>
          <w:lang w:val="ru-RU"/>
        </w:rPr>
        <w:t>встановлено</w:t>
      </w:r>
      <w:proofErr w:type="spellEnd"/>
      <w:r w:rsidRPr="00541039">
        <w:rPr>
          <w:lang w:val="ru-RU"/>
        </w:rPr>
        <w:t xml:space="preserve"> законом </w:t>
      </w:r>
      <w:proofErr w:type="spellStart"/>
      <w:r w:rsidRPr="00541039">
        <w:rPr>
          <w:lang w:val="ru-RU"/>
        </w:rPr>
        <w:t>або</w:t>
      </w:r>
      <w:proofErr w:type="spellEnd"/>
      <w:r w:rsidRPr="00541039">
        <w:rPr>
          <w:lang w:val="ru-RU"/>
        </w:rPr>
        <w:t xml:space="preserve"> не </w:t>
      </w:r>
      <w:proofErr w:type="spellStart"/>
      <w:r w:rsidRPr="00541039">
        <w:rPr>
          <w:lang w:val="ru-RU"/>
        </w:rPr>
        <w:t>підтверджено</w:t>
      </w:r>
      <w:proofErr w:type="spellEnd"/>
      <w:r w:rsidRPr="00541039">
        <w:rPr>
          <w:lang w:val="ru-RU"/>
        </w:rPr>
        <w:t xml:space="preserve"> </w:t>
      </w:r>
      <w:proofErr w:type="spellStart"/>
      <w:r w:rsidRPr="00541039">
        <w:rPr>
          <w:lang w:val="ru-RU"/>
        </w:rPr>
        <w:t>технічним</w:t>
      </w:r>
      <w:proofErr w:type="spellEnd"/>
      <w:r w:rsidRPr="00541039">
        <w:rPr>
          <w:lang w:val="ru-RU"/>
        </w:rPr>
        <w:t xml:space="preserve"> </w:t>
      </w:r>
      <w:proofErr w:type="spellStart"/>
      <w:r w:rsidRPr="00541039">
        <w:rPr>
          <w:lang w:val="ru-RU"/>
        </w:rPr>
        <w:t>розслідуванням</w:t>
      </w:r>
      <w:proofErr w:type="spellEnd"/>
      <w:r w:rsidRPr="00541039">
        <w:rPr>
          <w:lang w:val="ru-RU"/>
        </w:rPr>
        <w:t xml:space="preserve"> </w:t>
      </w:r>
      <w:proofErr w:type="spellStart"/>
      <w:r w:rsidRPr="00541039">
        <w:rPr>
          <w:lang w:val="ru-RU"/>
        </w:rPr>
        <w:t>Організатора</w:t>
      </w:r>
      <w:proofErr w:type="spellEnd"/>
      <w:r w:rsidRPr="00541039">
        <w:rPr>
          <w:lang w:val="ru-RU"/>
        </w:rPr>
        <w:t>.</w:t>
      </w:r>
    </w:p>
    <w:p w14:paraId="1A5D85B3" w14:textId="34F7DA3E" w:rsidR="00D97F10" w:rsidRPr="00541039" w:rsidRDefault="00000000">
      <w:pPr>
        <w:pStyle w:val="LegalClause"/>
        <w:numPr>
          <w:ilvl w:val="1"/>
          <w:numId w:val="1"/>
        </w:numPr>
        <w:rPr>
          <w:lang w:val="ru-RU"/>
        </w:rPr>
      </w:pPr>
      <w:r w:rsidRPr="00541039">
        <w:rPr>
          <w:lang w:val="ru-RU"/>
        </w:rPr>
        <w:t xml:space="preserve">Факт </w:t>
      </w:r>
      <w:proofErr w:type="spellStart"/>
      <w:r w:rsidRPr="00541039">
        <w:rPr>
          <w:lang w:val="ru-RU"/>
        </w:rPr>
        <w:t>створення</w:t>
      </w:r>
      <w:proofErr w:type="spellEnd"/>
      <w:r w:rsidRPr="00541039">
        <w:rPr>
          <w:lang w:val="ru-RU"/>
        </w:rPr>
        <w:t xml:space="preserve"> нового </w:t>
      </w:r>
      <w:proofErr w:type="spellStart"/>
      <w:r w:rsidRPr="00541039">
        <w:rPr>
          <w:lang w:val="ru-RU"/>
        </w:rPr>
        <w:t>Акаунту</w:t>
      </w:r>
      <w:proofErr w:type="spellEnd"/>
      <w:r w:rsidRPr="00541039">
        <w:rPr>
          <w:lang w:val="ru-RU"/>
        </w:rPr>
        <w:t xml:space="preserve"> не </w:t>
      </w:r>
      <w:proofErr w:type="spellStart"/>
      <w:r w:rsidRPr="00541039">
        <w:rPr>
          <w:lang w:val="ru-RU"/>
        </w:rPr>
        <w:t>надає</w:t>
      </w:r>
      <w:proofErr w:type="spellEnd"/>
      <w:r w:rsidRPr="00541039">
        <w:rPr>
          <w:lang w:val="ru-RU"/>
        </w:rPr>
        <w:t xml:space="preserve"> </w:t>
      </w:r>
      <w:proofErr w:type="spellStart"/>
      <w:r w:rsidRPr="00541039">
        <w:rPr>
          <w:lang w:val="ru-RU"/>
        </w:rPr>
        <w:t>додаткового</w:t>
      </w:r>
      <w:proofErr w:type="spellEnd"/>
      <w:r w:rsidRPr="00541039">
        <w:rPr>
          <w:lang w:val="ru-RU"/>
        </w:rPr>
        <w:t xml:space="preserve"> Голосу </w:t>
      </w:r>
      <w:proofErr w:type="spellStart"/>
      <w:r w:rsidRPr="00541039">
        <w:rPr>
          <w:lang w:val="ru-RU"/>
        </w:rPr>
        <w:t>особі</w:t>
      </w:r>
      <w:proofErr w:type="spellEnd"/>
      <w:r w:rsidRPr="00541039">
        <w:rPr>
          <w:lang w:val="ru-RU"/>
        </w:rPr>
        <w:t xml:space="preserve">, яка </w:t>
      </w:r>
      <w:proofErr w:type="spellStart"/>
      <w:r w:rsidRPr="00541039">
        <w:rPr>
          <w:lang w:val="ru-RU"/>
        </w:rPr>
        <w:t>вже</w:t>
      </w:r>
      <w:proofErr w:type="spellEnd"/>
      <w:r w:rsidRPr="00541039">
        <w:rPr>
          <w:lang w:val="ru-RU"/>
        </w:rPr>
        <w:t xml:space="preserve"> </w:t>
      </w:r>
      <w:proofErr w:type="spellStart"/>
      <w:r w:rsidRPr="00541039">
        <w:rPr>
          <w:lang w:val="ru-RU"/>
        </w:rPr>
        <w:t>проголосувала</w:t>
      </w:r>
      <w:proofErr w:type="spellEnd"/>
      <w:r w:rsidRPr="00541039">
        <w:rPr>
          <w:lang w:val="ru-RU"/>
        </w:rPr>
        <w:t xml:space="preserve"> з </w:t>
      </w:r>
      <w:proofErr w:type="spellStart"/>
      <w:r w:rsidRPr="00541039">
        <w:rPr>
          <w:lang w:val="ru-RU"/>
        </w:rPr>
        <w:t>іншого</w:t>
      </w:r>
      <w:proofErr w:type="spellEnd"/>
      <w:r w:rsidRPr="00541039">
        <w:rPr>
          <w:lang w:val="ru-RU"/>
        </w:rPr>
        <w:t xml:space="preserve"> </w:t>
      </w:r>
      <w:proofErr w:type="spellStart"/>
      <w:r w:rsidRPr="00541039">
        <w:rPr>
          <w:lang w:val="ru-RU"/>
        </w:rPr>
        <w:t>Акаунту</w:t>
      </w:r>
      <w:proofErr w:type="spellEnd"/>
      <w:r w:rsidRPr="00541039">
        <w:rPr>
          <w:lang w:val="ru-RU"/>
        </w:rPr>
        <w:t xml:space="preserve">. </w:t>
      </w:r>
      <w:r w:rsidR="00877F9F" w:rsidRPr="00877F9F">
        <w:rPr>
          <w:lang w:val="ru-RU"/>
        </w:rPr>
        <w:t xml:space="preserve">Для </w:t>
      </w:r>
      <w:proofErr w:type="spellStart"/>
      <w:r w:rsidR="00877F9F" w:rsidRPr="00877F9F">
        <w:rPr>
          <w:lang w:val="ru-RU"/>
        </w:rPr>
        <w:t>забезпечення</w:t>
      </w:r>
      <w:proofErr w:type="spellEnd"/>
      <w:r w:rsidR="00877F9F" w:rsidRPr="00877F9F">
        <w:rPr>
          <w:lang w:val="ru-RU"/>
        </w:rPr>
        <w:t xml:space="preserve"> </w:t>
      </w:r>
      <w:proofErr w:type="spellStart"/>
      <w:r w:rsidR="00877F9F" w:rsidRPr="00877F9F">
        <w:rPr>
          <w:lang w:val="ru-RU"/>
        </w:rPr>
        <w:t>дотримання</w:t>
      </w:r>
      <w:proofErr w:type="spellEnd"/>
      <w:r w:rsidR="00877F9F" w:rsidRPr="00877F9F">
        <w:rPr>
          <w:lang w:val="ru-RU"/>
        </w:rPr>
        <w:t xml:space="preserve"> принципу </w:t>
      </w:r>
      <w:r w:rsidR="00877F9F" w:rsidRPr="00877F9F">
        <w:rPr>
          <w:rStyle w:val="Strong"/>
          <w:b w:val="0"/>
          <w:bCs w:val="0"/>
          <w:lang w:val="ru-RU"/>
        </w:rPr>
        <w:t>«</w:t>
      </w:r>
      <w:r w:rsidR="00877F9F">
        <w:rPr>
          <w:rStyle w:val="Strong"/>
          <w:b w:val="0"/>
          <w:bCs w:val="0"/>
          <w:lang w:val="ru-RU"/>
        </w:rPr>
        <w:t xml:space="preserve">один </w:t>
      </w:r>
      <w:proofErr w:type="spellStart"/>
      <w:r w:rsidR="00877F9F">
        <w:rPr>
          <w:rStyle w:val="Strong"/>
          <w:b w:val="0"/>
          <w:bCs w:val="0"/>
          <w:lang w:val="ru-RU"/>
        </w:rPr>
        <w:t>Учасник</w:t>
      </w:r>
      <w:proofErr w:type="spellEnd"/>
      <w:r w:rsidR="00877F9F" w:rsidRPr="00877F9F">
        <w:rPr>
          <w:rStyle w:val="Strong"/>
          <w:b w:val="0"/>
          <w:bCs w:val="0"/>
          <w:lang w:val="ru-RU"/>
        </w:rPr>
        <w:t xml:space="preserve"> — один Голос»</w:t>
      </w:r>
      <w:r w:rsidR="00877F9F" w:rsidRPr="00877F9F">
        <w:rPr>
          <w:lang w:val="ru-RU"/>
        </w:rPr>
        <w:t xml:space="preserve"> </w:t>
      </w:r>
      <w:proofErr w:type="spellStart"/>
      <w:r w:rsidR="00877F9F" w:rsidRPr="00877F9F">
        <w:rPr>
          <w:lang w:val="ru-RU"/>
        </w:rPr>
        <w:t>Організатор</w:t>
      </w:r>
      <w:proofErr w:type="spellEnd"/>
      <w:r w:rsidR="00877F9F" w:rsidRPr="00877F9F">
        <w:rPr>
          <w:lang w:val="ru-RU"/>
        </w:rPr>
        <w:t xml:space="preserve"> </w:t>
      </w:r>
      <w:proofErr w:type="spellStart"/>
      <w:r w:rsidR="00877F9F" w:rsidRPr="00877F9F">
        <w:rPr>
          <w:lang w:val="ru-RU"/>
        </w:rPr>
        <w:t>має</w:t>
      </w:r>
      <w:proofErr w:type="spellEnd"/>
      <w:r w:rsidR="00877F9F" w:rsidRPr="00877F9F">
        <w:rPr>
          <w:lang w:val="ru-RU"/>
        </w:rPr>
        <w:t xml:space="preserve"> право </w:t>
      </w:r>
      <w:proofErr w:type="spellStart"/>
      <w:r w:rsidR="00877F9F" w:rsidRPr="00877F9F">
        <w:rPr>
          <w:lang w:val="ru-RU"/>
        </w:rPr>
        <w:t>застосовувати</w:t>
      </w:r>
      <w:proofErr w:type="spellEnd"/>
      <w:r w:rsidR="00877F9F" w:rsidRPr="00877F9F">
        <w:rPr>
          <w:lang w:val="ru-RU"/>
        </w:rPr>
        <w:t xml:space="preserve"> </w:t>
      </w:r>
      <w:proofErr w:type="spellStart"/>
      <w:r w:rsidR="00877F9F" w:rsidRPr="00877F9F">
        <w:rPr>
          <w:lang w:val="ru-RU"/>
        </w:rPr>
        <w:t>передбачені</w:t>
      </w:r>
      <w:proofErr w:type="spellEnd"/>
      <w:r w:rsidR="00877F9F" w:rsidRPr="00877F9F">
        <w:rPr>
          <w:lang w:val="ru-RU"/>
        </w:rPr>
        <w:t xml:space="preserve"> </w:t>
      </w:r>
      <w:proofErr w:type="spellStart"/>
      <w:r w:rsidR="00877F9F" w:rsidRPr="00877F9F">
        <w:rPr>
          <w:lang w:val="ru-RU"/>
        </w:rPr>
        <w:t>цими</w:t>
      </w:r>
      <w:proofErr w:type="spellEnd"/>
      <w:r w:rsidR="00877F9F" w:rsidRPr="00877F9F">
        <w:rPr>
          <w:lang w:val="ru-RU"/>
        </w:rPr>
        <w:t xml:space="preserve"> Правилами </w:t>
      </w:r>
      <w:proofErr w:type="spellStart"/>
      <w:r w:rsidR="00877F9F" w:rsidRPr="00877F9F">
        <w:rPr>
          <w:lang w:val="ru-RU"/>
        </w:rPr>
        <w:t>технічні</w:t>
      </w:r>
      <w:proofErr w:type="spellEnd"/>
      <w:r w:rsidR="00877F9F" w:rsidRPr="00877F9F">
        <w:rPr>
          <w:lang w:val="ru-RU"/>
        </w:rPr>
        <w:t xml:space="preserve"> та </w:t>
      </w:r>
      <w:proofErr w:type="spellStart"/>
      <w:r w:rsidR="00877F9F" w:rsidRPr="00877F9F">
        <w:rPr>
          <w:lang w:val="ru-RU"/>
        </w:rPr>
        <w:t>облікові</w:t>
      </w:r>
      <w:proofErr w:type="spellEnd"/>
      <w:r w:rsidR="00877F9F" w:rsidRPr="00877F9F">
        <w:rPr>
          <w:lang w:val="ru-RU"/>
        </w:rPr>
        <w:t xml:space="preserve"> </w:t>
      </w:r>
      <w:proofErr w:type="spellStart"/>
      <w:r w:rsidR="00877F9F" w:rsidRPr="00877F9F">
        <w:rPr>
          <w:lang w:val="ru-RU"/>
        </w:rPr>
        <w:t>засоби</w:t>
      </w:r>
      <w:proofErr w:type="spellEnd"/>
      <w:r w:rsidR="00877F9F" w:rsidRPr="00877F9F">
        <w:rPr>
          <w:lang w:val="ru-RU"/>
        </w:rPr>
        <w:t xml:space="preserve"> </w:t>
      </w:r>
      <w:proofErr w:type="spellStart"/>
      <w:r w:rsidR="00877F9F" w:rsidRPr="00877F9F">
        <w:rPr>
          <w:lang w:val="ru-RU"/>
        </w:rPr>
        <w:t>перевірки</w:t>
      </w:r>
      <w:proofErr w:type="spellEnd"/>
      <w:r w:rsidRPr="00541039">
        <w:rPr>
          <w:lang w:val="ru-RU"/>
        </w:rPr>
        <w:t>.</w:t>
      </w:r>
    </w:p>
    <w:p w14:paraId="10DED4F5" w14:textId="704BC8D4" w:rsidR="00D97F10" w:rsidRPr="00877F9F" w:rsidRDefault="00877F9F">
      <w:pPr>
        <w:pStyle w:val="LegalClause"/>
        <w:numPr>
          <w:ilvl w:val="1"/>
          <w:numId w:val="1"/>
        </w:numPr>
        <w:rPr>
          <w:lang w:val="ru-RU"/>
        </w:rPr>
      </w:pPr>
      <w:r w:rsidRPr="00877F9F">
        <w:rPr>
          <w:lang w:val="ru-RU"/>
        </w:rPr>
        <w:t xml:space="preserve">У </w:t>
      </w:r>
      <w:proofErr w:type="spellStart"/>
      <w:r w:rsidRPr="00877F9F">
        <w:rPr>
          <w:lang w:val="ru-RU"/>
        </w:rPr>
        <w:t>разі</w:t>
      </w:r>
      <w:proofErr w:type="spellEnd"/>
      <w:r w:rsidRPr="00877F9F">
        <w:rPr>
          <w:lang w:val="ru-RU"/>
        </w:rPr>
        <w:t xml:space="preserve"> </w:t>
      </w:r>
      <w:proofErr w:type="spellStart"/>
      <w:r w:rsidRPr="00877F9F">
        <w:rPr>
          <w:lang w:val="ru-RU"/>
        </w:rPr>
        <w:t>втрати</w:t>
      </w:r>
      <w:proofErr w:type="spellEnd"/>
      <w:r w:rsidRPr="00877F9F">
        <w:rPr>
          <w:lang w:val="ru-RU"/>
        </w:rPr>
        <w:t xml:space="preserve"> </w:t>
      </w:r>
      <w:proofErr w:type="spellStart"/>
      <w:r w:rsidRPr="00877F9F">
        <w:rPr>
          <w:lang w:val="ru-RU"/>
        </w:rPr>
        <w:t>Учасником</w:t>
      </w:r>
      <w:proofErr w:type="spellEnd"/>
      <w:r w:rsidRPr="00877F9F">
        <w:rPr>
          <w:lang w:val="ru-RU"/>
        </w:rPr>
        <w:t xml:space="preserve"> доступу до </w:t>
      </w:r>
      <w:proofErr w:type="spellStart"/>
      <w:r w:rsidRPr="00877F9F">
        <w:rPr>
          <w:lang w:val="ru-RU"/>
        </w:rPr>
        <w:t>Акаунту</w:t>
      </w:r>
      <w:proofErr w:type="spellEnd"/>
      <w:r w:rsidRPr="00877F9F">
        <w:rPr>
          <w:lang w:val="ru-RU"/>
        </w:rPr>
        <w:t xml:space="preserve"> </w:t>
      </w:r>
      <w:proofErr w:type="spellStart"/>
      <w:r w:rsidRPr="00877F9F">
        <w:rPr>
          <w:lang w:val="ru-RU"/>
        </w:rPr>
        <w:t>після</w:t>
      </w:r>
      <w:proofErr w:type="spellEnd"/>
      <w:r w:rsidRPr="00877F9F">
        <w:rPr>
          <w:lang w:val="ru-RU"/>
        </w:rPr>
        <w:t xml:space="preserve"> </w:t>
      </w:r>
      <w:proofErr w:type="spellStart"/>
      <w:r w:rsidRPr="00877F9F">
        <w:rPr>
          <w:lang w:val="ru-RU"/>
        </w:rPr>
        <w:t>подання</w:t>
      </w:r>
      <w:proofErr w:type="spellEnd"/>
      <w:r w:rsidRPr="00877F9F">
        <w:rPr>
          <w:lang w:val="ru-RU"/>
        </w:rPr>
        <w:t xml:space="preserve"> Голосу </w:t>
      </w:r>
      <w:proofErr w:type="spellStart"/>
      <w:r w:rsidRPr="00877F9F">
        <w:rPr>
          <w:lang w:val="ru-RU"/>
        </w:rPr>
        <w:t>такий</w:t>
      </w:r>
      <w:proofErr w:type="spellEnd"/>
      <w:r w:rsidRPr="00877F9F">
        <w:rPr>
          <w:lang w:val="ru-RU"/>
        </w:rPr>
        <w:t xml:space="preserve"> Голос не переноситься до </w:t>
      </w:r>
      <w:proofErr w:type="spellStart"/>
      <w:r w:rsidRPr="00877F9F">
        <w:rPr>
          <w:lang w:val="ru-RU"/>
        </w:rPr>
        <w:t>іншого</w:t>
      </w:r>
      <w:proofErr w:type="spellEnd"/>
      <w:r w:rsidRPr="00877F9F">
        <w:rPr>
          <w:lang w:val="ru-RU"/>
        </w:rPr>
        <w:t xml:space="preserve"> </w:t>
      </w:r>
      <w:proofErr w:type="spellStart"/>
      <w:r w:rsidRPr="00877F9F">
        <w:rPr>
          <w:lang w:val="ru-RU"/>
        </w:rPr>
        <w:t>Акаунту</w:t>
      </w:r>
      <w:proofErr w:type="spellEnd"/>
      <w:r w:rsidRPr="00877F9F">
        <w:rPr>
          <w:lang w:val="ru-RU"/>
        </w:rPr>
        <w:t xml:space="preserve"> та не </w:t>
      </w:r>
      <w:proofErr w:type="spellStart"/>
      <w:r w:rsidRPr="00877F9F">
        <w:rPr>
          <w:lang w:val="ru-RU"/>
        </w:rPr>
        <w:t>може</w:t>
      </w:r>
      <w:proofErr w:type="spellEnd"/>
      <w:r w:rsidRPr="00877F9F">
        <w:rPr>
          <w:lang w:val="ru-RU"/>
        </w:rPr>
        <w:t xml:space="preserve"> бути </w:t>
      </w:r>
      <w:proofErr w:type="spellStart"/>
      <w:r w:rsidRPr="00877F9F">
        <w:rPr>
          <w:lang w:val="ru-RU"/>
        </w:rPr>
        <w:t>поданий</w:t>
      </w:r>
      <w:proofErr w:type="spellEnd"/>
      <w:r w:rsidRPr="00877F9F">
        <w:rPr>
          <w:lang w:val="ru-RU"/>
        </w:rPr>
        <w:t xml:space="preserve"> повторно. </w:t>
      </w:r>
      <w:proofErr w:type="spellStart"/>
      <w:r w:rsidRPr="00877F9F">
        <w:rPr>
          <w:lang w:val="ru-RU"/>
        </w:rPr>
        <w:t>Відновлення</w:t>
      </w:r>
      <w:proofErr w:type="spellEnd"/>
      <w:r w:rsidRPr="00877F9F">
        <w:rPr>
          <w:lang w:val="ru-RU"/>
        </w:rPr>
        <w:t xml:space="preserve"> доступу до </w:t>
      </w:r>
      <w:proofErr w:type="spellStart"/>
      <w:r w:rsidRPr="00877F9F">
        <w:rPr>
          <w:lang w:val="ru-RU"/>
        </w:rPr>
        <w:t>Акаунту</w:t>
      </w:r>
      <w:proofErr w:type="spellEnd"/>
      <w:r w:rsidRPr="00877F9F">
        <w:rPr>
          <w:lang w:val="ru-RU"/>
        </w:rPr>
        <w:t xml:space="preserve"> </w:t>
      </w:r>
      <w:proofErr w:type="spellStart"/>
      <w:r w:rsidRPr="00877F9F">
        <w:rPr>
          <w:lang w:val="ru-RU"/>
        </w:rPr>
        <w:t>здійснюється</w:t>
      </w:r>
      <w:proofErr w:type="spellEnd"/>
      <w:r w:rsidRPr="00877F9F">
        <w:rPr>
          <w:lang w:val="ru-RU"/>
        </w:rPr>
        <w:t xml:space="preserve"> </w:t>
      </w:r>
      <w:proofErr w:type="spellStart"/>
      <w:r w:rsidRPr="00877F9F">
        <w:rPr>
          <w:lang w:val="ru-RU"/>
        </w:rPr>
        <w:t>відповідно</w:t>
      </w:r>
      <w:proofErr w:type="spellEnd"/>
      <w:r w:rsidRPr="00877F9F">
        <w:rPr>
          <w:lang w:val="ru-RU"/>
        </w:rPr>
        <w:t xml:space="preserve"> до процедур, </w:t>
      </w:r>
      <w:proofErr w:type="spellStart"/>
      <w:r w:rsidRPr="00877F9F">
        <w:rPr>
          <w:lang w:val="ru-RU"/>
        </w:rPr>
        <w:t>передбачених</w:t>
      </w:r>
      <w:proofErr w:type="spellEnd"/>
      <w:r w:rsidRPr="00877F9F">
        <w:rPr>
          <w:lang w:val="ru-RU"/>
        </w:rPr>
        <w:t xml:space="preserve"> </w:t>
      </w:r>
      <w:r>
        <w:t>SWEET</w:t>
      </w:r>
      <w:r w:rsidRPr="00877F9F">
        <w:rPr>
          <w:lang w:val="ru-RU"/>
        </w:rPr>
        <w:t>.</w:t>
      </w:r>
      <w:r>
        <w:t>TV</w:t>
      </w:r>
      <w:r w:rsidRPr="00877F9F">
        <w:rPr>
          <w:lang w:val="ru-RU"/>
        </w:rPr>
        <w:t>.</w:t>
      </w:r>
    </w:p>
    <w:p w14:paraId="4F9C85EE" w14:textId="77777777" w:rsidR="00D97F10" w:rsidRPr="00541039" w:rsidRDefault="00000000" w:rsidP="00B75142">
      <w:pPr>
        <w:pStyle w:val="Heading1"/>
        <w:numPr>
          <w:ilvl w:val="0"/>
          <w:numId w:val="1"/>
        </w:numPr>
        <w:ind w:firstLine="66"/>
        <w:rPr>
          <w:lang w:val="ru-RU"/>
        </w:rPr>
      </w:pPr>
      <w:r w:rsidRPr="00541039">
        <w:rPr>
          <w:rFonts w:ascii="Times New Roman" w:eastAsia="Times New Roman" w:hAnsi="Times New Roman" w:cs="Times New Roman"/>
          <w:lang w:val="ru-RU"/>
        </w:rPr>
        <w:t>ПОРЯДОК ПОДАННЯ ГОЛОСУ ТА ВЕРИФІКАЦІЙНИЙ ПЛАТІЖ</w:t>
      </w:r>
    </w:p>
    <w:p w14:paraId="42CAEDE0" w14:textId="7175A887" w:rsidR="00D97F10" w:rsidRPr="00541039" w:rsidRDefault="00000000">
      <w:pPr>
        <w:pStyle w:val="LegalClause"/>
        <w:numPr>
          <w:ilvl w:val="1"/>
          <w:numId w:val="1"/>
        </w:numPr>
        <w:rPr>
          <w:lang w:val="ru-RU"/>
        </w:rPr>
      </w:pPr>
      <w:r w:rsidRPr="00541039">
        <w:rPr>
          <w:lang w:val="ru-RU"/>
        </w:rPr>
        <w:t xml:space="preserve">Для </w:t>
      </w:r>
      <w:proofErr w:type="spellStart"/>
      <w:r w:rsidRPr="00541039">
        <w:rPr>
          <w:lang w:val="ru-RU"/>
        </w:rPr>
        <w:t>подання</w:t>
      </w:r>
      <w:proofErr w:type="spellEnd"/>
      <w:r w:rsidRPr="00541039">
        <w:rPr>
          <w:lang w:val="ru-RU"/>
        </w:rPr>
        <w:t xml:space="preserve"> Голосу </w:t>
      </w:r>
      <w:proofErr w:type="spellStart"/>
      <w:r w:rsidRPr="00541039">
        <w:rPr>
          <w:lang w:val="ru-RU"/>
        </w:rPr>
        <w:t>користувач</w:t>
      </w:r>
      <w:proofErr w:type="spellEnd"/>
      <w:r w:rsidRPr="00541039">
        <w:rPr>
          <w:lang w:val="ru-RU"/>
        </w:rPr>
        <w:t xml:space="preserve"> повинен </w:t>
      </w:r>
      <w:proofErr w:type="spellStart"/>
      <w:r w:rsidRPr="00541039">
        <w:rPr>
          <w:lang w:val="ru-RU"/>
        </w:rPr>
        <w:t>послідовно</w:t>
      </w:r>
      <w:proofErr w:type="spellEnd"/>
      <w:r w:rsidRPr="00541039">
        <w:rPr>
          <w:lang w:val="ru-RU"/>
        </w:rPr>
        <w:t xml:space="preserve">: </w:t>
      </w:r>
      <w:proofErr w:type="spellStart"/>
      <w:r w:rsidRPr="00541039">
        <w:rPr>
          <w:lang w:val="ru-RU"/>
        </w:rPr>
        <w:t>відкрити</w:t>
      </w:r>
      <w:proofErr w:type="spellEnd"/>
      <w:r w:rsidRPr="00541039">
        <w:rPr>
          <w:lang w:val="ru-RU"/>
        </w:rPr>
        <w:t xml:space="preserve"> </w:t>
      </w:r>
      <w:proofErr w:type="spellStart"/>
      <w:r w:rsidRPr="00541039">
        <w:rPr>
          <w:lang w:val="ru-RU"/>
        </w:rPr>
        <w:t>Сторінку</w:t>
      </w:r>
      <w:proofErr w:type="spellEnd"/>
      <w:r w:rsidRPr="00541039">
        <w:rPr>
          <w:lang w:val="ru-RU"/>
        </w:rPr>
        <w:t xml:space="preserve"> </w:t>
      </w:r>
      <w:proofErr w:type="spellStart"/>
      <w:r w:rsidRPr="00541039">
        <w:rPr>
          <w:lang w:val="ru-RU"/>
        </w:rPr>
        <w:t>голосування</w:t>
      </w:r>
      <w:proofErr w:type="spellEnd"/>
      <w:r w:rsidRPr="00541039">
        <w:rPr>
          <w:lang w:val="ru-RU"/>
        </w:rPr>
        <w:t xml:space="preserve">; </w:t>
      </w:r>
      <w:proofErr w:type="spellStart"/>
      <w:r w:rsidRPr="00541039">
        <w:rPr>
          <w:lang w:val="ru-RU"/>
        </w:rPr>
        <w:t>авторизуватися</w:t>
      </w:r>
      <w:proofErr w:type="spellEnd"/>
      <w:r w:rsidRPr="00541039">
        <w:rPr>
          <w:lang w:val="ru-RU"/>
        </w:rPr>
        <w:t xml:space="preserve">; </w:t>
      </w:r>
      <w:proofErr w:type="spellStart"/>
      <w:r w:rsidRPr="00541039">
        <w:rPr>
          <w:lang w:val="ru-RU"/>
        </w:rPr>
        <w:t>підтвердити</w:t>
      </w:r>
      <w:proofErr w:type="spellEnd"/>
      <w:r w:rsidRPr="00541039">
        <w:rPr>
          <w:lang w:val="ru-RU"/>
        </w:rPr>
        <w:t xml:space="preserve"> </w:t>
      </w:r>
      <w:proofErr w:type="spellStart"/>
      <w:r w:rsidRPr="00541039">
        <w:rPr>
          <w:lang w:val="ru-RU"/>
        </w:rPr>
        <w:t>повноліття</w:t>
      </w:r>
      <w:proofErr w:type="spellEnd"/>
      <w:r w:rsidRPr="00541039">
        <w:rPr>
          <w:lang w:val="ru-RU"/>
        </w:rPr>
        <w:t xml:space="preserve"> та </w:t>
      </w:r>
      <w:proofErr w:type="spellStart"/>
      <w:r w:rsidRPr="00541039">
        <w:rPr>
          <w:lang w:val="ru-RU"/>
        </w:rPr>
        <w:t>прийняття</w:t>
      </w:r>
      <w:proofErr w:type="spellEnd"/>
      <w:r w:rsidRPr="00541039">
        <w:rPr>
          <w:lang w:val="ru-RU"/>
        </w:rPr>
        <w:t xml:space="preserve"> Правил; обрати одного Кандидата; </w:t>
      </w:r>
      <w:proofErr w:type="spellStart"/>
      <w:r w:rsidRPr="00541039">
        <w:rPr>
          <w:lang w:val="ru-RU"/>
        </w:rPr>
        <w:t>перевірити</w:t>
      </w:r>
      <w:proofErr w:type="spellEnd"/>
      <w:r w:rsidRPr="00541039">
        <w:rPr>
          <w:lang w:val="ru-RU"/>
        </w:rPr>
        <w:t xml:space="preserve"> </w:t>
      </w:r>
      <w:proofErr w:type="spellStart"/>
      <w:r w:rsidRPr="00541039">
        <w:rPr>
          <w:lang w:val="ru-RU"/>
        </w:rPr>
        <w:t>свій</w:t>
      </w:r>
      <w:proofErr w:type="spellEnd"/>
      <w:r w:rsidRPr="00541039">
        <w:rPr>
          <w:lang w:val="ru-RU"/>
        </w:rPr>
        <w:t xml:space="preserve"> </w:t>
      </w:r>
      <w:proofErr w:type="spellStart"/>
      <w:r w:rsidRPr="00541039">
        <w:rPr>
          <w:lang w:val="ru-RU"/>
        </w:rPr>
        <w:t>вибір</w:t>
      </w:r>
      <w:proofErr w:type="spellEnd"/>
      <w:r w:rsidRPr="00541039">
        <w:rPr>
          <w:lang w:val="ru-RU"/>
        </w:rPr>
        <w:t xml:space="preserve">; </w:t>
      </w:r>
      <w:proofErr w:type="spellStart"/>
      <w:r w:rsidRPr="00541039">
        <w:rPr>
          <w:lang w:val="ru-RU"/>
        </w:rPr>
        <w:t>ініціювати</w:t>
      </w:r>
      <w:proofErr w:type="spellEnd"/>
      <w:r w:rsidRPr="00541039">
        <w:rPr>
          <w:lang w:val="ru-RU"/>
        </w:rPr>
        <w:t xml:space="preserve"> </w:t>
      </w:r>
      <w:proofErr w:type="spellStart"/>
      <w:r w:rsidRPr="00541039">
        <w:rPr>
          <w:lang w:val="ru-RU"/>
        </w:rPr>
        <w:t>Верифікаційний</w:t>
      </w:r>
      <w:proofErr w:type="spellEnd"/>
      <w:r w:rsidRPr="00541039">
        <w:rPr>
          <w:lang w:val="ru-RU"/>
        </w:rPr>
        <w:t xml:space="preserve"> </w:t>
      </w:r>
      <w:proofErr w:type="spellStart"/>
      <w:r w:rsidRPr="00541039">
        <w:rPr>
          <w:lang w:val="ru-RU"/>
        </w:rPr>
        <w:t>платіж</w:t>
      </w:r>
      <w:proofErr w:type="spellEnd"/>
      <w:r w:rsidRPr="00541039">
        <w:rPr>
          <w:lang w:val="ru-RU"/>
        </w:rPr>
        <w:t xml:space="preserve">; </w:t>
      </w:r>
      <w:proofErr w:type="spellStart"/>
      <w:r w:rsidRPr="00541039">
        <w:rPr>
          <w:lang w:val="ru-RU"/>
        </w:rPr>
        <w:t>дочекатися</w:t>
      </w:r>
      <w:proofErr w:type="spellEnd"/>
      <w:r w:rsidRPr="00541039">
        <w:rPr>
          <w:lang w:val="ru-RU"/>
        </w:rPr>
        <w:t xml:space="preserve"> </w:t>
      </w:r>
      <w:proofErr w:type="spellStart"/>
      <w:r w:rsidRPr="00541039">
        <w:rPr>
          <w:lang w:val="ru-RU"/>
        </w:rPr>
        <w:t>підтвердження</w:t>
      </w:r>
      <w:proofErr w:type="spellEnd"/>
      <w:r w:rsidRPr="00541039">
        <w:rPr>
          <w:lang w:val="ru-RU"/>
        </w:rPr>
        <w:t xml:space="preserve"> </w:t>
      </w:r>
      <w:proofErr w:type="spellStart"/>
      <w:r w:rsidR="00F17A74" w:rsidRPr="00F17A74">
        <w:rPr>
          <w:lang w:val="ru-RU"/>
        </w:rPr>
        <w:t>успішного</w:t>
      </w:r>
      <w:proofErr w:type="spellEnd"/>
      <w:r w:rsidR="00F17A74" w:rsidRPr="00F17A74">
        <w:rPr>
          <w:lang w:val="ru-RU"/>
        </w:rPr>
        <w:t xml:space="preserve"> </w:t>
      </w:r>
      <w:proofErr w:type="spellStart"/>
      <w:r w:rsidR="00F17A74" w:rsidRPr="00F17A74">
        <w:rPr>
          <w:lang w:val="ru-RU"/>
        </w:rPr>
        <w:t>здійснення</w:t>
      </w:r>
      <w:proofErr w:type="spellEnd"/>
      <w:r w:rsidR="00F17A74" w:rsidRPr="00F17A74">
        <w:rPr>
          <w:lang w:val="ru-RU"/>
        </w:rPr>
        <w:t xml:space="preserve"> </w:t>
      </w:r>
      <w:proofErr w:type="spellStart"/>
      <w:r w:rsidR="00F17A74" w:rsidRPr="00F17A74">
        <w:rPr>
          <w:lang w:val="ru-RU"/>
        </w:rPr>
        <w:t>Верифікаційного</w:t>
      </w:r>
      <w:proofErr w:type="spellEnd"/>
      <w:r w:rsidR="00F17A74" w:rsidRPr="00F17A74">
        <w:rPr>
          <w:lang w:val="ru-RU"/>
        </w:rPr>
        <w:t xml:space="preserve"> платежу та </w:t>
      </w:r>
      <w:proofErr w:type="spellStart"/>
      <w:r w:rsidR="00F17A74" w:rsidRPr="00F17A74">
        <w:rPr>
          <w:lang w:val="ru-RU"/>
        </w:rPr>
        <w:t>прийняття</w:t>
      </w:r>
      <w:proofErr w:type="spellEnd"/>
      <w:r w:rsidR="00F17A74" w:rsidRPr="00F17A74">
        <w:rPr>
          <w:lang w:val="ru-RU"/>
        </w:rPr>
        <w:t xml:space="preserve"> Голосу </w:t>
      </w:r>
      <w:proofErr w:type="spellStart"/>
      <w:r w:rsidR="00F17A74" w:rsidRPr="00F17A74">
        <w:rPr>
          <w:lang w:val="ru-RU"/>
        </w:rPr>
        <w:t>інформаційною</w:t>
      </w:r>
      <w:proofErr w:type="spellEnd"/>
      <w:r w:rsidR="00F17A74" w:rsidRPr="00F17A74">
        <w:rPr>
          <w:lang w:val="ru-RU"/>
        </w:rPr>
        <w:t xml:space="preserve"> системою </w:t>
      </w:r>
      <w:r w:rsidR="00F17A74">
        <w:t>SWEET.TV</w:t>
      </w:r>
      <w:r w:rsidRPr="00541039">
        <w:rPr>
          <w:lang w:val="ru-RU"/>
        </w:rPr>
        <w:t>.</w:t>
      </w:r>
    </w:p>
    <w:p w14:paraId="7E149239" w14:textId="433CD4BD" w:rsidR="00D97F10" w:rsidRPr="00541039" w:rsidRDefault="00000000">
      <w:pPr>
        <w:pStyle w:val="LegalClause"/>
        <w:numPr>
          <w:ilvl w:val="1"/>
          <w:numId w:val="1"/>
        </w:numPr>
        <w:rPr>
          <w:lang w:val="ru-RU"/>
        </w:rPr>
      </w:pPr>
      <w:proofErr w:type="spellStart"/>
      <w:r w:rsidRPr="00541039">
        <w:rPr>
          <w:lang w:val="ru-RU"/>
        </w:rPr>
        <w:t>Розмір</w:t>
      </w:r>
      <w:proofErr w:type="spellEnd"/>
      <w:r w:rsidRPr="00541039">
        <w:rPr>
          <w:lang w:val="ru-RU"/>
        </w:rPr>
        <w:t xml:space="preserve"> </w:t>
      </w:r>
      <w:proofErr w:type="spellStart"/>
      <w:r w:rsidRPr="00541039">
        <w:rPr>
          <w:lang w:val="ru-RU"/>
        </w:rPr>
        <w:t>Верифікаційного</w:t>
      </w:r>
      <w:proofErr w:type="spellEnd"/>
      <w:r w:rsidRPr="00541039">
        <w:rPr>
          <w:lang w:val="ru-RU"/>
        </w:rPr>
        <w:t xml:space="preserve"> платежу становить 1,00 грн.</w:t>
      </w:r>
      <w:r w:rsidR="00F17A74" w:rsidRPr="00F17A74">
        <w:rPr>
          <w:lang w:val="ru-RU"/>
        </w:rPr>
        <w:t xml:space="preserve"> </w:t>
      </w:r>
      <w:r w:rsidR="00F17A74" w:rsidRPr="00F17A74">
        <w:rPr>
          <w:rStyle w:val="Strong"/>
          <w:b w:val="0"/>
          <w:bCs w:val="0"/>
          <w:lang w:val="ru-RU"/>
        </w:rPr>
        <w:t xml:space="preserve">(одна гривня 00 </w:t>
      </w:r>
      <w:proofErr w:type="spellStart"/>
      <w:r w:rsidR="00F17A74" w:rsidRPr="00F17A74">
        <w:rPr>
          <w:rStyle w:val="Strong"/>
          <w:b w:val="0"/>
          <w:bCs w:val="0"/>
          <w:lang w:val="ru-RU"/>
        </w:rPr>
        <w:t>копійок</w:t>
      </w:r>
      <w:proofErr w:type="spellEnd"/>
      <w:r w:rsidR="00F17A74" w:rsidRPr="00F17A74">
        <w:rPr>
          <w:rStyle w:val="Strong"/>
          <w:b w:val="0"/>
          <w:bCs w:val="0"/>
          <w:lang w:val="ru-RU"/>
        </w:rPr>
        <w:t>)</w:t>
      </w:r>
      <w:r w:rsidR="00F17A74">
        <w:rPr>
          <w:lang w:val="ru-RU"/>
        </w:rPr>
        <w:t>.</w:t>
      </w:r>
      <w:r w:rsidR="00F17A74" w:rsidRPr="00F17A74">
        <w:rPr>
          <w:lang w:val="ru-RU"/>
        </w:rPr>
        <w:t xml:space="preserve"> </w:t>
      </w:r>
      <w:r w:rsidRPr="00541039">
        <w:rPr>
          <w:lang w:val="ru-RU"/>
        </w:rPr>
        <w:t xml:space="preserve"> </w:t>
      </w:r>
      <w:proofErr w:type="spellStart"/>
      <w:r w:rsidRPr="00541039">
        <w:rPr>
          <w:lang w:val="ru-RU"/>
        </w:rPr>
        <w:t>Збільшення</w:t>
      </w:r>
      <w:proofErr w:type="spellEnd"/>
      <w:r w:rsidRPr="00541039">
        <w:rPr>
          <w:lang w:val="ru-RU"/>
        </w:rPr>
        <w:t xml:space="preserve"> </w:t>
      </w:r>
      <w:proofErr w:type="spellStart"/>
      <w:r w:rsidRPr="00541039">
        <w:rPr>
          <w:lang w:val="ru-RU"/>
        </w:rPr>
        <w:t>суми</w:t>
      </w:r>
      <w:proofErr w:type="spellEnd"/>
      <w:r w:rsidRPr="00541039">
        <w:rPr>
          <w:lang w:val="ru-RU"/>
        </w:rPr>
        <w:t xml:space="preserve"> платежу не </w:t>
      </w:r>
      <w:proofErr w:type="spellStart"/>
      <w:r w:rsidRPr="00541039">
        <w:rPr>
          <w:lang w:val="ru-RU"/>
        </w:rPr>
        <w:t>збільшує</w:t>
      </w:r>
      <w:proofErr w:type="spellEnd"/>
      <w:r w:rsidRPr="00541039">
        <w:rPr>
          <w:lang w:val="ru-RU"/>
        </w:rPr>
        <w:t xml:space="preserve"> </w:t>
      </w:r>
      <w:proofErr w:type="spellStart"/>
      <w:r w:rsidRPr="00541039">
        <w:rPr>
          <w:lang w:val="ru-RU"/>
        </w:rPr>
        <w:t>кількість</w:t>
      </w:r>
      <w:proofErr w:type="spellEnd"/>
      <w:r w:rsidRPr="00541039">
        <w:rPr>
          <w:lang w:val="ru-RU"/>
        </w:rPr>
        <w:t xml:space="preserve"> </w:t>
      </w:r>
      <w:proofErr w:type="spellStart"/>
      <w:r w:rsidRPr="00541039">
        <w:rPr>
          <w:lang w:val="ru-RU"/>
        </w:rPr>
        <w:t>або</w:t>
      </w:r>
      <w:proofErr w:type="spellEnd"/>
      <w:r w:rsidRPr="00541039">
        <w:rPr>
          <w:lang w:val="ru-RU"/>
        </w:rPr>
        <w:t xml:space="preserve"> вагу </w:t>
      </w:r>
      <w:proofErr w:type="spellStart"/>
      <w:r w:rsidRPr="00541039">
        <w:rPr>
          <w:lang w:val="ru-RU"/>
        </w:rPr>
        <w:t>Голосів</w:t>
      </w:r>
      <w:proofErr w:type="spellEnd"/>
      <w:r w:rsidRPr="00541039">
        <w:rPr>
          <w:lang w:val="ru-RU"/>
        </w:rPr>
        <w:t xml:space="preserve">. Система </w:t>
      </w:r>
      <w:proofErr w:type="spellStart"/>
      <w:r w:rsidRPr="00541039">
        <w:rPr>
          <w:lang w:val="ru-RU"/>
        </w:rPr>
        <w:t>допускає</w:t>
      </w:r>
      <w:proofErr w:type="spellEnd"/>
      <w:r w:rsidRPr="00541039">
        <w:rPr>
          <w:lang w:val="ru-RU"/>
        </w:rPr>
        <w:t xml:space="preserve"> не </w:t>
      </w:r>
      <w:proofErr w:type="spellStart"/>
      <w:r w:rsidRPr="00541039">
        <w:rPr>
          <w:lang w:val="ru-RU"/>
        </w:rPr>
        <w:t>більше</w:t>
      </w:r>
      <w:proofErr w:type="spellEnd"/>
      <w:r w:rsidRPr="00541039">
        <w:rPr>
          <w:lang w:val="ru-RU"/>
        </w:rPr>
        <w:t xml:space="preserve"> одного </w:t>
      </w:r>
      <w:proofErr w:type="spellStart"/>
      <w:r w:rsidRPr="00541039">
        <w:rPr>
          <w:lang w:val="ru-RU"/>
        </w:rPr>
        <w:t>успішного</w:t>
      </w:r>
      <w:proofErr w:type="spellEnd"/>
      <w:r w:rsidRPr="00541039">
        <w:rPr>
          <w:lang w:val="ru-RU"/>
        </w:rPr>
        <w:t xml:space="preserve"> </w:t>
      </w:r>
      <w:proofErr w:type="spellStart"/>
      <w:r w:rsidRPr="00541039">
        <w:rPr>
          <w:lang w:val="ru-RU"/>
        </w:rPr>
        <w:t>Верифікаційного</w:t>
      </w:r>
      <w:proofErr w:type="spellEnd"/>
      <w:r w:rsidRPr="00541039">
        <w:rPr>
          <w:lang w:val="ru-RU"/>
        </w:rPr>
        <w:t xml:space="preserve"> платежу на один </w:t>
      </w:r>
      <w:proofErr w:type="spellStart"/>
      <w:r w:rsidRPr="00541039">
        <w:rPr>
          <w:lang w:val="ru-RU"/>
        </w:rPr>
        <w:t>Акаунт</w:t>
      </w:r>
      <w:proofErr w:type="spellEnd"/>
      <w:r w:rsidRPr="00541039">
        <w:rPr>
          <w:lang w:val="ru-RU"/>
        </w:rPr>
        <w:t xml:space="preserve"> </w:t>
      </w:r>
      <w:proofErr w:type="spellStart"/>
      <w:r w:rsidR="00F17A74" w:rsidRPr="00F17A74">
        <w:rPr>
          <w:lang w:val="ru-RU"/>
        </w:rPr>
        <w:t>протягом</w:t>
      </w:r>
      <w:proofErr w:type="spellEnd"/>
      <w:r w:rsidR="00F17A74" w:rsidRPr="00F17A74">
        <w:rPr>
          <w:lang w:val="ru-RU"/>
        </w:rPr>
        <w:t xml:space="preserve"> </w:t>
      </w:r>
      <w:proofErr w:type="spellStart"/>
      <w:r w:rsidR="00F17A74" w:rsidRPr="00F17A74">
        <w:rPr>
          <w:lang w:val="ru-RU"/>
        </w:rPr>
        <w:t>усього</w:t>
      </w:r>
      <w:proofErr w:type="spellEnd"/>
      <w:r w:rsidR="00F17A74" w:rsidRPr="00F17A74">
        <w:rPr>
          <w:lang w:val="ru-RU"/>
        </w:rPr>
        <w:t xml:space="preserve"> </w:t>
      </w:r>
      <w:proofErr w:type="spellStart"/>
      <w:r w:rsidRPr="00541039">
        <w:rPr>
          <w:lang w:val="ru-RU"/>
        </w:rPr>
        <w:t>періоду</w:t>
      </w:r>
      <w:proofErr w:type="spellEnd"/>
      <w:r w:rsidRPr="00541039">
        <w:rPr>
          <w:lang w:val="ru-RU"/>
        </w:rPr>
        <w:t xml:space="preserve"> </w:t>
      </w:r>
      <w:proofErr w:type="spellStart"/>
      <w:r w:rsidRPr="00541039">
        <w:rPr>
          <w:lang w:val="ru-RU"/>
        </w:rPr>
        <w:t>Голосування</w:t>
      </w:r>
      <w:proofErr w:type="spellEnd"/>
      <w:r w:rsidRPr="00541039">
        <w:rPr>
          <w:lang w:val="ru-RU"/>
        </w:rPr>
        <w:t>.</w:t>
      </w:r>
    </w:p>
    <w:p w14:paraId="763A8B77" w14:textId="602654E8" w:rsidR="00D97F10" w:rsidRPr="00541039" w:rsidRDefault="00000000">
      <w:pPr>
        <w:pStyle w:val="LegalClause"/>
        <w:numPr>
          <w:ilvl w:val="1"/>
          <w:numId w:val="1"/>
        </w:numPr>
        <w:rPr>
          <w:lang w:val="ru-RU"/>
        </w:rPr>
      </w:pPr>
      <w:proofErr w:type="spellStart"/>
      <w:r w:rsidRPr="00541039">
        <w:rPr>
          <w:lang w:val="ru-RU"/>
        </w:rPr>
        <w:t>Невдала</w:t>
      </w:r>
      <w:proofErr w:type="spellEnd"/>
      <w:r w:rsidRPr="00541039">
        <w:rPr>
          <w:lang w:val="ru-RU"/>
        </w:rPr>
        <w:t xml:space="preserve"> </w:t>
      </w:r>
      <w:proofErr w:type="spellStart"/>
      <w:r w:rsidRPr="00541039">
        <w:rPr>
          <w:lang w:val="ru-RU"/>
        </w:rPr>
        <w:t>або</w:t>
      </w:r>
      <w:proofErr w:type="spellEnd"/>
      <w:r w:rsidRPr="00541039">
        <w:rPr>
          <w:lang w:val="ru-RU"/>
        </w:rPr>
        <w:t xml:space="preserve"> </w:t>
      </w:r>
      <w:proofErr w:type="spellStart"/>
      <w:r w:rsidRPr="00541039">
        <w:rPr>
          <w:lang w:val="ru-RU"/>
        </w:rPr>
        <w:t>скасована</w:t>
      </w:r>
      <w:proofErr w:type="spellEnd"/>
      <w:r w:rsidRPr="00541039">
        <w:rPr>
          <w:lang w:val="ru-RU"/>
        </w:rPr>
        <w:t xml:space="preserve"> </w:t>
      </w:r>
      <w:proofErr w:type="spellStart"/>
      <w:r w:rsidR="00F17A74">
        <w:rPr>
          <w:lang w:val="ru-RU"/>
        </w:rPr>
        <w:t>п</w:t>
      </w:r>
      <w:r w:rsidR="00F17A74" w:rsidRPr="00F17A74">
        <w:rPr>
          <w:lang w:val="ru-RU"/>
        </w:rPr>
        <w:t>латіжна</w:t>
      </w:r>
      <w:proofErr w:type="spellEnd"/>
      <w:r w:rsidR="00F17A74" w:rsidRPr="00F17A74">
        <w:rPr>
          <w:lang w:val="ru-RU"/>
        </w:rPr>
        <w:t xml:space="preserve"> </w:t>
      </w:r>
      <w:proofErr w:type="spellStart"/>
      <w:r w:rsidR="00F17A74" w:rsidRPr="00F17A74">
        <w:rPr>
          <w:lang w:val="ru-RU"/>
        </w:rPr>
        <w:t>операція</w:t>
      </w:r>
      <w:proofErr w:type="spellEnd"/>
      <w:r w:rsidR="00F17A74">
        <w:rPr>
          <w:lang w:val="uk-UA"/>
        </w:rPr>
        <w:t xml:space="preserve"> </w:t>
      </w:r>
      <w:r w:rsidRPr="00541039">
        <w:rPr>
          <w:lang w:val="ru-RU"/>
        </w:rPr>
        <w:t xml:space="preserve">не </w:t>
      </w:r>
      <w:proofErr w:type="spellStart"/>
      <w:r w:rsidRPr="00541039">
        <w:rPr>
          <w:lang w:val="ru-RU"/>
        </w:rPr>
        <w:t>створює</w:t>
      </w:r>
      <w:proofErr w:type="spellEnd"/>
      <w:r w:rsidRPr="00541039">
        <w:rPr>
          <w:lang w:val="ru-RU"/>
        </w:rPr>
        <w:t xml:space="preserve"> Голосу. </w:t>
      </w:r>
      <w:r w:rsidR="00F17A74" w:rsidRPr="00F17A74">
        <w:rPr>
          <w:lang w:val="ru-RU"/>
        </w:rPr>
        <w:t xml:space="preserve">До </w:t>
      </w:r>
      <w:proofErr w:type="spellStart"/>
      <w:r w:rsidR="00F17A74" w:rsidRPr="00F17A74">
        <w:rPr>
          <w:lang w:val="ru-RU"/>
        </w:rPr>
        <w:t>завершення</w:t>
      </w:r>
      <w:proofErr w:type="spellEnd"/>
      <w:r w:rsidR="00F17A74" w:rsidRPr="00F17A74">
        <w:rPr>
          <w:lang w:val="ru-RU"/>
        </w:rPr>
        <w:t xml:space="preserve"> </w:t>
      </w:r>
      <w:proofErr w:type="spellStart"/>
      <w:r w:rsidR="00F17A74" w:rsidRPr="00F17A74">
        <w:rPr>
          <w:lang w:val="ru-RU"/>
        </w:rPr>
        <w:t>Голосування</w:t>
      </w:r>
      <w:proofErr w:type="spellEnd"/>
      <w:r w:rsidR="00F17A74" w:rsidRPr="00F17A74">
        <w:rPr>
          <w:lang w:val="ru-RU"/>
        </w:rPr>
        <w:t xml:space="preserve"> </w:t>
      </w:r>
      <w:proofErr w:type="spellStart"/>
      <w:r w:rsidR="00F17A74" w:rsidRPr="00F17A74">
        <w:rPr>
          <w:lang w:val="ru-RU"/>
        </w:rPr>
        <w:t>користувач</w:t>
      </w:r>
      <w:proofErr w:type="spellEnd"/>
      <w:r w:rsidR="00F17A74" w:rsidRPr="00F17A74">
        <w:rPr>
          <w:lang w:val="ru-RU"/>
        </w:rPr>
        <w:t xml:space="preserve"> </w:t>
      </w:r>
      <w:proofErr w:type="spellStart"/>
      <w:r w:rsidR="00F17A74" w:rsidRPr="00F17A74">
        <w:rPr>
          <w:lang w:val="ru-RU"/>
        </w:rPr>
        <w:t>має</w:t>
      </w:r>
      <w:proofErr w:type="spellEnd"/>
      <w:r w:rsidR="00F17A74" w:rsidRPr="00F17A74">
        <w:rPr>
          <w:lang w:val="ru-RU"/>
        </w:rPr>
        <w:t xml:space="preserve"> право </w:t>
      </w:r>
      <w:proofErr w:type="spellStart"/>
      <w:r w:rsidR="00F17A74" w:rsidRPr="00F17A74">
        <w:rPr>
          <w:lang w:val="ru-RU"/>
        </w:rPr>
        <w:t>повторити</w:t>
      </w:r>
      <w:proofErr w:type="spellEnd"/>
      <w:r w:rsidR="00F17A74" w:rsidRPr="00F17A74">
        <w:rPr>
          <w:lang w:val="ru-RU"/>
        </w:rPr>
        <w:t xml:space="preserve"> </w:t>
      </w:r>
      <w:proofErr w:type="spellStart"/>
      <w:r w:rsidR="00F17A74" w:rsidRPr="00F17A74">
        <w:rPr>
          <w:lang w:val="ru-RU"/>
        </w:rPr>
        <w:t>спробу</w:t>
      </w:r>
      <w:proofErr w:type="spellEnd"/>
      <w:r w:rsidR="00F17A74" w:rsidRPr="00F17A74">
        <w:rPr>
          <w:lang w:val="ru-RU"/>
        </w:rPr>
        <w:t xml:space="preserve"> </w:t>
      </w:r>
      <w:proofErr w:type="spellStart"/>
      <w:r w:rsidR="00F17A74" w:rsidRPr="00F17A74">
        <w:rPr>
          <w:lang w:val="ru-RU"/>
        </w:rPr>
        <w:t>здійснення</w:t>
      </w:r>
      <w:proofErr w:type="spellEnd"/>
      <w:r w:rsidR="00F17A74" w:rsidRPr="00F17A74">
        <w:rPr>
          <w:lang w:val="ru-RU"/>
        </w:rPr>
        <w:t xml:space="preserve"> </w:t>
      </w:r>
      <w:proofErr w:type="spellStart"/>
      <w:r w:rsidR="00F17A74" w:rsidRPr="00F17A74">
        <w:rPr>
          <w:lang w:val="ru-RU"/>
        </w:rPr>
        <w:t>Верифікаційного</w:t>
      </w:r>
      <w:proofErr w:type="spellEnd"/>
      <w:r w:rsidR="00F17A74" w:rsidRPr="00F17A74">
        <w:rPr>
          <w:lang w:val="ru-RU"/>
        </w:rPr>
        <w:t xml:space="preserve"> платежу до моменту </w:t>
      </w:r>
      <w:proofErr w:type="spellStart"/>
      <w:r w:rsidR="00F17A74" w:rsidRPr="00F17A74">
        <w:rPr>
          <w:lang w:val="ru-RU"/>
        </w:rPr>
        <w:t>успішного</w:t>
      </w:r>
      <w:proofErr w:type="spellEnd"/>
      <w:r w:rsidR="00F17A74" w:rsidRPr="00F17A74">
        <w:rPr>
          <w:lang w:val="ru-RU"/>
        </w:rPr>
        <w:t xml:space="preserve"> </w:t>
      </w:r>
      <w:proofErr w:type="spellStart"/>
      <w:r w:rsidR="00F17A74" w:rsidRPr="00F17A74">
        <w:rPr>
          <w:lang w:val="ru-RU"/>
        </w:rPr>
        <w:t>здійснення</w:t>
      </w:r>
      <w:proofErr w:type="spellEnd"/>
      <w:r w:rsidR="00F17A74" w:rsidRPr="00F17A74">
        <w:rPr>
          <w:lang w:val="ru-RU"/>
        </w:rPr>
        <w:t xml:space="preserve"> одного такого платежу</w:t>
      </w:r>
      <w:r w:rsidRPr="00541039">
        <w:rPr>
          <w:lang w:val="ru-RU"/>
        </w:rPr>
        <w:t>.</w:t>
      </w:r>
    </w:p>
    <w:p w14:paraId="3F0550B0" w14:textId="6D9CEC21" w:rsidR="00D97F10" w:rsidRPr="00541039" w:rsidRDefault="00000000">
      <w:pPr>
        <w:pStyle w:val="LegalClause"/>
        <w:numPr>
          <w:ilvl w:val="1"/>
          <w:numId w:val="1"/>
        </w:numPr>
        <w:rPr>
          <w:lang w:val="ru-RU"/>
        </w:rPr>
      </w:pPr>
      <w:r w:rsidRPr="00541039">
        <w:rPr>
          <w:lang w:val="ru-RU"/>
        </w:rPr>
        <w:t xml:space="preserve">Голос </w:t>
      </w:r>
      <w:proofErr w:type="spellStart"/>
      <w:r w:rsidRPr="00541039">
        <w:rPr>
          <w:lang w:val="ru-RU"/>
        </w:rPr>
        <w:t>вважається</w:t>
      </w:r>
      <w:proofErr w:type="spellEnd"/>
      <w:r w:rsidRPr="00541039">
        <w:rPr>
          <w:lang w:val="ru-RU"/>
        </w:rPr>
        <w:t xml:space="preserve"> </w:t>
      </w:r>
      <w:proofErr w:type="spellStart"/>
      <w:r w:rsidRPr="00541039">
        <w:rPr>
          <w:lang w:val="ru-RU"/>
        </w:rPr>
        <w:t>поданим</w:t>
      </w:r>
      <w:proofErr w:type="spellEnd"/>
      <w:r w:rsidRPr="00541039">
        <w:rPr>
          <w:lang w:val="ru-RU"/>
        </w:rPr>
        <w:t xml:space="preserve"> </w:t>
      </w:r>
      <w:proofErr w:type="spellStart"/>
      <w:r w:rsidRPr="00541039">
        <w:rPr>
          <w:lang w:val="ru-RU"/>
        </w:rPr>
        <w:t>лише</w:t>
      </w:r>
      <w:proofErr w:type="spellEnd"/>
      <w:r w:rsidRPr="00541039">
        <w:rPr>
          <w:lang w:val="ru-RU"/>
        </w:rPr>
        <w:t xml:space="preserve"> </w:t>
      </w:r>
      <w:proofErr w:type="spellStart"/>
      <w:r w:rsidRPr="00541039">
        <w:rPr>
          <w:lang w:val="ru-RU"/>
        </w:rPr>
        <w:t>після</w:t>
      </w:r>
      <w:proofErr w:type="spellEnd"/>
      <w:r w:rsidRPr="00541039">
        <w:rPr>
          <w:lang w:val="ru-RU"/>
        </w:rPr>
        <w:t xml:space="preserve"> </w:t>
      </w:r>
      <w:proofErr w:type="spellStart"/>
      <w:r w:rsidRPr="00541039">
        <w:rPr>
          <w:lang w:val="ru-RU"/>
        </w:rPr>
        <w:t>одночасної</w:t>
      </w:r>
      <w:proofErr w:type="spellEnd"/>
      <w:r w:rsidRPr="00541039">
        <w:rPr>
          <w:lang w:val="ru-RU"/>
        </w:rPr>
        <w:t xml:space="preserve"> </w:t>
      </w:r>
      <w:proofErr w:type="spellStart"/>
      <w:r w:rsidRPr="00541039">
        <w:rPr>
          <w:lang w:val="ru-RU"/>
        </w:rPr>
        <w:t>наявності</w:t>
      </w:r>
      <w:proofErr w:type="spellEnd"/>
      <w:r w:rsidRPr="00541039">
        <w:rPr>
          <w:lang w:val="ru-RU"/>
        </w:rPr>
        <w:t xml:space="preserve"> </w:t>
      </w:r>
      <w:proofErr w:type="spellStart"/>
      <w:r w:rsidRPr="00541039">
        <w:rPr>
          <w:lang w:val="ru-RU"/>
        </w:rPr>
        <w:t>двох</w:t>
      </w:r>
      <w:proofErr w:type="spellEnd"/>
      <w:r w:rsidRPr="00541039">
        <w:rPr>
          <w:lang w:val="ru-RU"/>
        </w:rPr>
        <w:t xml:space="preserve"> </w:t>
      </w:r>
      <w:proofErr w:type="spellStart"/>
      <w:r w:rsidRPr="00541039">
        <w:rPr>
          <w:lang w:val="ru-RU"/>
        </w:rPr>
        <w:t>записів</w:t>
      </w:r>
      <w:proofErr w:type="spellEnd"/>
      <w:r w:rsidRPr="00541039">
        <w:rPr>
          <w:lang w:val="ru-RU"/>
        </w:rPr>
        <w:t xml:space="preserve">: </w:t>
      </w:r>
      <w:proofErr w:type="spellStart"/>
      <w:r w:rsidRPr="00541039">
        <w:rPr>
          <w:lang w:val="ru-RU"/>
        </w:rPr>
        <w:t>успішного</w:t>
      </w:r>
      <w:proofErr w:type="spellEnd"/>
      <w:r w:rsidRPr="00541039">
        <w:rPr>
          <w:lang w:val="ru-RU"/>
        </w:rPr>
        <w:t xml:space="preserve"> статусу </w:t>
      </w:r>
      <w:proofErr w:type="spellStart"/>
      <w:r w:rsidRPr="00541039">
        <w:rPr>
          <w:lang w:val="ru-RU"/>
        </w:rPr>
        <w:t>Верифікаційного</w:t>
      </w:r>
      <w:proofErr w:type="spellEnd"/>
      <w:r w:rsidRPr="00541039">
        <w:rPr>
          <w:lang w:val="ru-RU"/>
        </w:rPr>
        <w:t xml:space="preserve"> платежу та </w:t>
      </w:r>
      <w:proofErr w:type="spellStart"/>
      <w:r w:rsidRPr="00541039">
        <w:rPr>
          <w:lang w:val="ru-RU"/>
        </w:rPr>
        <w:t>підтвердження</w:t>
      </w:r>
      <w:proofErr w:type="spellEnd"/>
      <w:r w:rsidRPr="00541039">
        <w:rPr>
          <w:lang w:val="ru-RU"/>
        </w:rPr>
        <w:t xml:space="preserve"> </w:t>
      </w:r>
      <w:proofErr w:type="spellStart"/>
      <w:r w:rsidRPr="00541039">
        <w:rPr>
          <w:lang w:val="ru-RU"/>
        </w:rPr>
        <w:t>прийняття</w:t>
      </w:r>
      <w:proofErr w:type="spellEnd"/>
      <w:r w:rsidRPr="00541039">
        <w:rPr>
          <w:lang w:val="ru-RU"/>
        </w:rPr>
        <w:t xml:space="preserve"> Голосу </w:t>
      </w:r>
      <w:proofErr w:type="spellStart"/>
      <w:r w:rsidRPr="00541039">
        <w:rPr>
          <w:lang w:val="ru-RU"/>
        </w:rPr>
        <w:t>інформаційною</w:t>
      </w:r>
      <w:proofErr w:type="spellEnd"/>
      <w:r w:rsidRPr="00541039">
        <w:rPr>
          <w:lang w:val="ru-RU"/>
        </w:rPr>
        <w:t xml:space="preserve"> системою </w:t>
      </w:r>
      <w:r>
        <w:t>SWEET</w:t>
      </w:r>
      <w:r w:rsidRPr="00541039">
        <w:rPr>
          <w:lang w:val="ru-RU"/>
        </w:rPr>
        <w:t>.</w:t>
      </w:r>
      <w:r>
        <w:t>TV</w:t>
      </w:r>
      <w:r w:rsidRPr="00541039">
        <w:rPr>
          <w:lang w:val="ru-RU"/>
        </w:rPr>
        <w:t xml:space="preserve">. </w:t>
      </w:r>
      <w:r w:rsidR="00F17A74" w:rsidRPr="00F17A74">
        <w:rPr>
          <w:lang w:val="ru-RU"/>
        </w:rPr>
        <w:t xml:space="preserve">У </w:t>
      </w:r>
      <w:proofErr w:type="spellStart"/>
      <w:r w:rsidR="00F17A74" w:rsidRPr="00F17A74">
        <w:rPr>
          <w:lang w:val="ru-RU"/>
        </w:rPr>
        <w:t>разі</w:t>
      </w:r>
      <w:proofErr w:type="spellEnd"/>
      <w:r w:rsidR="00F17A74" w:rsidRPr="00F17A74">
        <w:rPr>
          <w:lang w:val="ru-RU"/>
        </w:rPr>
        <w:t xml:space="preserve"> </w:t>
      </w:r>
      <w:proofErr w:type="spellStart"/>
      <w:r w:rsidR="00F17A74" w:rsidRPr="00F17A74">
        <w:rPr>
          <w:lang w:val="ru-RU"/>
        </w:rPr>
        <w:t>списання</w:t>
      </w:r>
      <w:proofErr w:type="spellEnd"/>
      <w:r w:rsidR="00F17A74" w:rsidRPr="00F17A74">
        <w:rPr>
          <w:lang w:val="ru-RU"/>
        </w:rPr>
        <w:t xml:space="preserve"> </w:t>
      </w:r>
      <w:proofErr w:type="spellStart"/>
      <w:r w:rsidR="00F17A74" w:rsidRPr="00F17A74">
        <w:rPr>
          <w:lang w:val="ru-RU"/>
        </w:rPr>
        <w:t>коштів</w:t>
      </w:r>
      <w:proofErr w:type="spellEnd"/>
      <w:r w:rsidR="00F17A74" w:rsidRPr="00F17A74">
        <w:rPr>
          <w:lang w:val="ru-RU"/>
        </w:rPr>
        <w:t xml:space="preserve"> без </w:t>
      </w:r>
      <w:proofErr w:type="spellStart"/>
      <w:r w:rsidR="00F17A74" w:rsidRPr="00F17A74">
        <w:rPr>
          <w:lang w:val="ru-RU"/>
        </w:rPr>
        <w:t>підтвердження</w:t>
      </w:r>
      <w:proofErr w:type="spellEnd"/>
      <w:r w:rsidR="00F17A74" w:rsidRPr="00F17A74">
        <w:rPr>
          <w:lang w:val="ru-RU"/>
        </w:rPr>
        <w:t xml:space="preserve"> </w:t>
      </w:r>
      <w:proofErr w:type="spellStart"/>
      <w:r w:rsidR="00F17A74" w:rsidRPr="00F17A74">
        <w:rPr>
          <w:lang w:val="ru-RU"/>
        </w:rPr>
        <w:t>прийняття</w:t>
      </w:r>
      <w:proofErr w:type="spellEnd"/>
      <w:r w:rsidR="00F17A74" w:rsidRPr="00F17A74">
        <w:rPr>
          <w:lang w:val="ru-RU"/>
        </w:rPr>
        <w:t xml:space="preserve"> Голосу </w:t>
      </w:r>
      <w:proofErr w:type="spellStart"/>
      <w:r w:rsidR="00F17A74" w:rsidRPr="00F17A74">
        <w:rPr>
          <w:lang w:val="ru-RU"/>
        </w:rPr>
        <w:t>відповідна</w:t>
      </w:r>
      <w:proofErr w:type="spellEnd"/>
      <w:r w:rsidR="00F17A74" w:rsidRPr="00F17A74">
        <w:rPr>
          <w:lang w:val="ru-RU"/>
        </w:rPr>
        <w:t xml:space="preserve"> </w:t>
      </w:r>
      <w:proofErr w:type="spellStart"/>
      <w:r w:rsidR="00F17A74" w:rsidRPr="00F17A74">
        <w:rPr>
          <w:lang w:val="ru-RU"/>
        </w:rPr>
        <w:t>операція</w:t>
      </w:r>
      <w:proofErr w:type="spellEnd"/>
      <w:r w:rsidR="00F17A74" w:rsidRPr="00F17A74">
        <w:rPr>
          <w:lang w:val="ru-RU"/>
        </w:rPr>
        <w:t xml:space="preserve"> </w:t>
      </w:r>
      <w:proofErr w:type="spellStart"/>
      <w:r w:rsidR="00F17A74" w:rsidRPr="00F17A74">
        <w:rPr>
          <w:lang w:val="ru-RU"/>
        </w:rPr>
        <w:t>підлягає</w:t>
      </w:r>
      <w:proofErr w:type="spellEnd"/>
      <w:r w:rsidR="00F17A74" w:rsidRPr="00F17A74">
        <w:rPr>
          <w:lang w:val="ru-RU"/>
        </w:rPr>
        <w:t xml:space="preserve"> </w:t>
      </w:r>
      <w:proofErr w:type="spellStart"/>
      <w:r w:rsidR="00F17A74" w:rsidRPr="00F17A74">
        <w:rPr>
          <w:lang w:val="ru-RU"/>
        </w:rPr>
        <w:t>технічній</w:t>
      </w:r>
      <w:proofErr w:type="spellEnd"/>
      <w:r w:rsidR="00F17A74" w:rsidRPr="00F17A74">
        <w:rPr>
          <w:lang w:val="ru-RU"/>
        </w:rPr>
        <w:t xml:space="preserve"> </w:t>
      </w:r>
      <w:proofErr w:type="spellStart"/>
      <w:r w:rsidR="00F17A74" w:rsidRPr="00F17A74">
        <w:rPr>
          <w:lang w:val="ru-RU"/>
        </w:rPr>
        <w:t>звірці</w:t>
      </w:r>
      <w:proofErr w:type="spellEnd"/>
      <w:r w:rsidR="00F17A74" w:rsidRPr="00F17A74">
        <w:rPr>
          <w:lang w:val="ru-RU"/>
        </w:rPr>
        <w:t xml:space="preserve"> </w:t>
      </w:r>
      <w:proofErr w:type="spellStart"/>
      <w:r w:rsidR="00F17A74" w:rsidRPr="00F17A74">
        <w:rPr>
          <w:lang w:val="ru-RU"/>
        </w:rPr>
        <w:t>Організатором</w:t>
      </w:r>
      <w:proofErr w:type="spellEnd"/>
      <w:r w:rsidRPr="00541039">
        <w:rPr>
          <w:lang w:val="ru-RU"/>
        </w:rPr>
        <w:t>.</w:t>
      </w:r>
    </w:p>
    <w:p w14:paraId="49F53E89" w14:textId="60636557" w:rsidR="00D97F10" w:rsidRPr="00541039" w:rsidRDefault="00000000">
      <w:pPr>
        <w:pStyle w:val="LegalClause"/>
        <w:numPr>
          <w:ilvl w:val="1"/>
          <w:numId w:val="1"/>
        </w:numPr>
        <w:rPr>
          <w:lang w:val="ru-RU"/>
        </w:rPr>
      </w:pPr>
      <w:proofErr w:type="spellStart"/>
      <w:r w:rsidRPr="00541039">
        <w:rPr>
          <w:lang w:val="ru-RU"/>
        </w:rPr>
        <w:lastRenderedPageBreak/>
        <w:t>Вибір</w:t>
      </w:r>
      <w:proofErr w:type="spellEnd"/>
      <w:r w:rsidRPr="00541039">
        <w:rPr>
          <w:lang w:val="ru-RU"/>
        </w:rPr>
        <w:t xml:space="preserve"> Кандидата є </w:t>
      </w:r>
      <w:proofErr w:type="spellStart"/>
      <w:r w:rsidRPr="00541039">
        <w:rPr>
          <w:lang w:val="ru-RU"/>
        </w:rPr>
        <w:t>остаточним</w:t>
      </w:r>
      <w:proofErr w:type="spellEnd"/>
      <w:r w:rsidRPr="00541039">
        <w:rPr>
          <w:lang w:val="ru-RU"/>
        </w:rPr>
        <w:t xml:space="preserve">. </w:t>
      </w:r>
      <w:proofErr w:type="spellStart"/>
      <w:r w:rsidRPr="00541039">
        <w:rPr>
          <w:lang w:val="ru-RU"/>
        </w:rPr>
        <w:t>Після</w:t>
      </w:r>
      <w:proofErr w:type="spellEnd"/>
      <w:r w:rsidRPr="00541039">
        <w:rPr>
          <w:lang w:val="ru-RU"/>
        </w:rPr>
        <w:t xml:space="preserve"> </w:t>
      </w:r>
      <w:proofErr w:type="spellStart"/>
      <w:r w:rsidRPr="00541039">
        <w:rPr>
          <w:lang w:val="ru-RU"/>
        </w:rPr>
        <w:t>успішного</w:t>
      </w:r>
      <w:proofErr w:type="spellEnd"/>
      <w:r w:rsidRPr="00541039">
        <w:rPr>
          <w:lang w:val="ru-RU"/>
        </w:rPr>
        <w:t xml:space="preserve"> </w:t>
      </w:r>
      <w:proofErr w:type="spellStart"/>
      <w:r w:rsidRPr="00541039">
        <w:rPr>
          <w:lang w:val="ru-RU"/>
        </w:rPr>
        <w:t>Верифікаційного</w:t>
      </w:r>
      <w:proofErr w:type="spellEnd"/>
      <w:r w:rsidRPr="00541039">
        <w:rPr>
          <w:lang w:val="ru-RU"/>
        </w:rPr>
        <w:t xml:space="preserve"> платежу </w:t>
      </w:r>
      <w:proofErr w:type="spellStart"/>
      <w:r w:rsidR="00F17A74" w:rsidRPr="00F17A74">
        <w:rPr>
          <w:lang w:val="ru-RU"/>
        </w:rPr>
        <w:t>Учасник</w:t>
      </w:r>
      <w:proofErr w:type="spellEnd"/>
      <w:r w:rsidR="00F17A74" w:rsidRPr="00F17A74">
        <w:rPr>
          <w:lang w:val="ru-RU"/>
        </w:rPr>
        <w:t xml:space="preserve"> не </w:t>
      </w:r>
      <w:proofErr w:type="spellStart"/>
      <w:r w:rsidR="00F17A74" w:rsidRPr="00F17A74">
        <w:rPr>
          <w:lang w:val="ru-RU"/>
        </w:rPr>
        <w:t>має</w:t>
      </w:r>
      <w:proofErr w:type="spellEnd"/>
      <w:r w:rsidR="00F17A74" w:rsidRPr="00F17A74">
        <w:rPr>
          <w:lang w:val="ru-RU"/>
        </w:rPr>
        <w:t xml:space="preserve"> права </w:t>
      </w:r>
      <w:proofErr w:type="spellStart"/>
      <w:r w:rsidR="00F17A74" w:rsidRPr="00F17A74">
        <w:rPr>
          <w:lang w:val="ru-RU"/>
        </w:rPr>
        <w:t>змінити</w:t>
      </w:r>
      <w:proofErr w:type="spellEnd"/>
      <w:r w:rsidR="00F17A74" w:rsidRPr="00F17A74">
        <w:rPr>
          <w:lang w:val="ru-RU"/>
        </w:rPr>
        <w:t xml:space="preserve"> </w:t>
      </w:r>
      <w:proofErr w:type="spellStart"/>
      <w:r w:rsidR="00F17A74" w:rsidRPr="00F17A74">
        <w:rPr>
          <w:lang w:val="ru-RU"/>
        </w:rPr>
        <w:t>обраного</w:t>
      </w:r>
      <w:proofErr w:type="spellEnd"/>
      <w:r w:rsidR="00F17A74" w:rsidRPr="00F17A74">
        <w:rPr>
          <w:lang w:val="ru-RU"/>
        </w:rPr>
        <w:t xml:space="preserve"> Кандидата, </w:t>
      </w:r>
      <w:proofErr w:type="spellStart"/>
      <w:r w:rsidR="00F17A74" w:rsidRPr="00F17A74">
        <w:rPr>
          <w:lang w:val="ru-RU"/>
        </w:rPr>
        <w:t>відкликати</w:t>
      </w:r>
      <w:proofErr w:type="spellEnd"/>
      <w:r w:rsidR="00F17A74" w:rsidRPr="00F17A74">
        <w:rPr>
          <w:lang w:val="ru-RU"/>
        </w:rPr>
        <w:t xml:space="preserve"> </w:t>
      </w:r>
      <w:proofErr w:type="spellStart"/>
      <w:r w:rsidR="00F17A74" w:rsidRPr="00F17A74">
        <w:rPr>
          <w:lang w:val="ru-RU"/>
        </w:rPr>
        <w:t>поданий</w:t>
      </w:r>
      <w:proofErr w:type="spellEnd"/>
      <w:r w:rsidR="00F17A74" w:rsidRPr="00F17A74">
        <w:rPr>
          <w:lang w:val="ru-RU"/>
        </w:rPr>
        <w:t xml:space="preserve"> Голос </w:t>
      </w:r>
      <w:proofErr w:type="spellStart"/>
      <w:r w:rsidR="00F17A74" w:rsidRPr="00F17A74">
        <w:rPr>
          <w:lang w:val="ru-RU"/>
        </w:rPr>
        <w:t>або</w:t>
      </w:r>
      <w:proofErr w:type="spellEnd"/>
      <w:r w:rsidR="00F17A74" w:rsidRPr="00F17A74">
        <w:rPr>
          <w:lang w:val="ru-RU"/>
        </w:rPr>
        <w:t xml:space="preserve"> подати </w:t>
      </w:r>
      <w:proofErr w:type="spellStart"/>
      <w:r w:rsidR="00F17A74" w:rsidRPr="00F17A74">
        <w:rPr>
          <w:lang w:val="ru-RU"/>
        </w:rPr>
        <w:t>новий</w:t>
      </w:r>
      <w:proofErr w:type="spellEnd"/>
      <w:r w:rsidR="00F17A74" w:rsidRPr="00F17A74">
        <w:rPr>
          <w:lang w:val="ru-RU"/>
        </w:rPr>
        <w:t xml:space="preserve"> Голос</w:t>
      </w:r>
      <w:r w:rsidRPr="00541039">
        <w:rPr>
          <w:lang w:val="ru-RU"/>
        </w:rPr>
        <w:t>.</w:t>
      </w:r>
    </w:p>
    <w:p w14:paraId="606CFC5D" w14:textId="09B72E30" w:rsidR="00D97F10" w:rsidRPr="00541039" w:rsidRDefault="00FB4B7C">
      <w:pPr>
        <w:pStyle w:val="LegalClause"/>
        <w:numPr>
          <w:ilvl w:val="1"/>
          <w:numId w:val="1"/>
        </w:numPr>
        <w:rPr>
          <w:lang w:val="ru-RU"/>
        </w:rPr>
      </w:pPr>
      <w:proofErr w:type="spellStart"/>
      <w:r w:rsidRPr="00FB4B7C">
        <w:rPr>
          <w:lang w:val="ru-RU"/>
        </w:rPr>
        <w:t>Верифікаційний</w:t>
      </w:r>
      <w:proofErr w:type="spellEnd"/>
      <w:r w:rsidRPr="00FB4B7C">
        <w:rPr>
          <w:lang w:val="ru-RU"/>
        </w:rPr>
        <w:t xml:space="preserve"> </w:t>
      </w:r>
      <w:proofErr w:type="spellStart"/>
      <w:r w:rsidRPr="00FB4B7C">
        <w:rPr>
          <w:lang w:val="ru-RU"/>
        </w:rPr>
        <w:t>платіж</w:t>
      </w:r>
      <w:proofErr w:type="spellEnd"/>
      <w:r w:rsidRPr="00FB4B7C">
        <w:rPr>
          <w:lang w:val="ru-RU"/>
        </w:rPr>
        <w:t xml:space="preserve"> не </w:t>
      </w:r>
      <w:proofErr w:type="spellStart"/>
      <w:r w:rsidRPr="00FB4B7C">
        <w:rPr>
          <w:lang w:val="ru-RU"/>
        </w:rPr>
        <w:t>повертається</w:t>
      </w:r>
      <w:proofErr w:type="spellEnd"/>
      <w:r w:rsidRPr="00FB4B7C">
        <w:rPr>
          <w:lang w:val="ru-RU"/>
        </w:rPr>
        <w:t xml:space="preserve"> у </w:t>
      </w:r>
      <w:proofErr w:type="spellStart"/>
      <w:r w:rsidRPr="00FB4B7C">
        <w:rPr>
          <w:lang w:val="ru-RU"/>
        </w:rPr>
        <w:t>зв'язку</w:t>
      </w:r>
      <w:proofErr w:type="spellEnd"/>
      <w:r w:rsidRPr="00FB4B7C">
        <w:rPr>
          <w:lang w:val="ru-RU"/>
        </w:rPr>
        <w:t xml:space="preserve"> </w:t>
      </w:r>
      <w:proofErr w:type="spellStart"/>
      <w:r w:rsidRPr="00FB4B7C">
        <w:rPr>
          <w:lang w:val="ru-RU"/>
        </w:rPr>
        <w:t>зі</w:t>
      </w:r>
      <w:proofErr w:type="spellEnd"/>
      <w:r w:rsidRPr="00FB4B7C">
        <w:rPr>
          <w:lang w:val="ru-RU"/>
        </w:rPr>
        <w:t xml:space="preserve"> </w:t>
      </w:r>
      <w:proofErr w:type="spellStart"/>
      <w:r w:rsidRPr="00FB4B7C">
        <w:rPr>
          <w:lang w:val="ru-RU"/>
        </w:rPr>
        <w:t>зміною</w:t>
      </w:r>
      <w:proofErr w:type="spellEnd"/>
      <w:r w:rsidRPr="00FB4B7C">
        <w:rPr>
          <w:lang w:val="ru-RU"/>
        </w:rPr>
        <w:t xml:space="preserve"> </w:t>
      </w:r>
      <w:proofErr w:type="spellStart"/>
      <w:r w:rsidRPr="00FB4B7C">
        <w:rPr>
          <w:lang w:val="ru-RU"/>
        </w:rPr>
        <w:t>Учасником</w:t>
      </w:r>
      <w:proofErr w:type="spellEnd"/>
      <w:r w:rsidRPr="00FB4B7C">
        <w:rPr>
          <w:lang w:val="ru-RU"/>
        </w:rPr>
        <w:t xml:space="preserve"> </w:t>
      </w:r>
      <w:proofErr w:type="spellStart"/>
      <w:r w:rsidRPr="00FB4B7C">
        <w:rPr>
          <w:lang w:val="ru-RU"/>
        </w:rPr>
        <w:t>свого</w:t>
      </w:r>
      <w:proofErr w:type="spellEnd"/>
      <w:r w:rsidRPr="00FB4B7C">
        <w:rPr>
          <w:lang w:val="ru-RU"/>
        </w:rPr>
        <w:t xml:space="preserve"> </w:t>
      </w:r>
      <w:proofErr w:type="spellStart"/>
      <w:r w:rsidRPr="00FB4B7C">
        <w:rPr>
          <w:lang w:val="ru-RU"/>
        </w:rPr>
        <w:t>вибору</w:t>
      </w:r>
      <w:proofErr w:type="spellEnd"/>
      <w:r w:rsidRPr="00FB4B7C">
        <w:rPr>
          <w:lang w:val="ru-RU"/>
        </w:rPr>
        <w:t xml:space="preserve">, </w:t>
      </w:r>
      <w:proofErr w:type="spellStart"/>
      <w:r w:rsidRPr="00FB4B7C">
        <w:rPr>
          <w:lang w:val="ru-RU"/>
        </w:rPr>
        <w:t>помилковим</w:t>
      </w:r>
      <w:proofErr w:type="spellEnd"/>
      <w:r w:rsidRPr="00FB4B7C">
        <w:rPr>
          <w:lang w:val="ru-RU"/>
        </w:rPr>
        <w:t xml:space="preserve"> </w:t>
      </w:r>
      <w:proofErr w:type="spellStart"/>
      <w:r w:rsidRPr="00FB4B7C">
        <w:rPr>
          <w:lang w:val="ru-RU"/>
        </w:rPr>
        <w:t>вибором</w:t>
      </w:r>
      <w:proofErr w:type="spellEnd"/>
      <w:r w:rsidRPr="00FB4B7C">
        <w:rPr>
          <w:lang w:val="ru-RU"/>
        </w:rPr>
        <w:t xml:space="preserve"> Кандидата </w:t>
      </w:r>
      <w:proofErr w:type="spellStart"/>
      <w:r w:rsidRPr="00FB4B7C">
        <w:rPr>
          <w:lang w:val="ru-RU"/>
        </w:rPr>
        <w:t>або</w:t>
      </w:r>
      <w:proofErr w:type="spellEnd"/>
      <w:r w:rsidRPr="00FB4B7C">
        <w:rPr>
          <w:lang w:val="ru-RU"/>
        </w:rPr>
        <w:t xml:space="preserve"> </w:t>
      </w:r>
      <w:proofErr w:type="spellStart"/>
      <w:r w:rsidRPr="00FB4B7C">
        <w:rPr>
          <w:lang w:val="ru-RU"/>
        </w:rPr>
        <w:t>виключенням</w:t>
      </w:r>
      <w:proofErr w:type="spellEnd"/>
      <w:r w:rsidRPr="00FB4B7C">
        <w:rPr>
          <w:lang w:val="ru-RU"/>
        </w:rPr>
        <w:t xml:space="preserve"> </w:t>
      </w:r>
      <w:proofErr w:type="spellStart"/>
      <w:r w:rsidRPr="00FB4B7C">
        <w:rPr>
          <w:lang w:val="ru-RU"/>
        </w:rPr>
        <w:t>обраного</w:t>
      </w:r>
      <w:proofErr w:type="spellEnd"/>
      <w:r w:rsidRPr="00FB4B7C">
        <w:rPr>
          <w:lang w:val="ru-RU"/>
        </w:rPr>
        <w:t xml:space="preserve"> Кандидата з </w:t>
      </w:r>
      <w:proofErr w:type="spellStart"/>
      <w:r w:rsidRPr="00FB4B7C">
        <w:rPr>
          <w:lang w:val="ru-RU"/>
        </w:rPr>
        <w:t>Голосування</w:t>
      </w:r>
      <w:proofErr w:type="spellEnd"/>
      <w:r w:rsidRPr="00FB4B7C">
        <w:rPr>
          <w:lang w:val="ru-RU"/>
        </w:rPr>
        <w:t xml:space="preserve">. </w:t>
      </w:r>
      <w:proofErr w:type="spellStart"/>
      <w:r w:rsidRPr="00FB4B7C">
        <w:rPr>
          <w:lang w:val="ru-RU"/>
        </w:rPr>
        <w:t>Повернення</w:t>
      </w:r>
      <w:proofErr w:type="spellEnd"/>
      <w:r w:rsidRPr="00FB4B7C">
        <w:rPr>
          <w:lang w:val="ru-RU"/>
        </w:rPr>
        <w:t xml:space="preserve"> </w:t>
      </w:r>
      <w:proofErr w:type="spellStart"/>
      <w:r w:rsidRPr="00FB4B7C">
        <w:rPr>
          <w:lang w:val="ru-RU"/>
        </w:rPr>
        <w:t>Верифікаційного</w:t>
      </w:r>
      <w:proofErr w:type="spellEnd"/>
      <w:r w:rsidRPr="00FB4B7C">
        <w:rPr>
          <w:lang w:val="ru-RU"/>
        </w:rPr>
        <w:t xml:space="preserve"> платежу </w:t>
      </w:r>
      <w:proofErr w:type="spellStart"/>
      <w:r w:rsidRPr="00FB4B7C">
        <w:rPr>
          <w:lang w:val="ru-RU"/>
        </w:rPr>
        <w:t>здійснюється</w:t>
      </w:r>
      <w:proofErr w:type="spellEnd"/>
      <w:r w:rsidRPr="00FB4B7C">
        <w:rPr>
          <w:lang w:val="ru-RU"/>
        </w:rPr>
        <w:t xml:space="preserve"> у </w:t>
      </w:r>
      <w:proofErr w:type="spellStart"/>
      <w:r w:rsidRPr="00FB4B7C">
        <w:rPr>
          <w:lang w:val="ru-RU"/>
        </w:rPr>
        <w:t>випадках</w:t>
      </w:r>
      <w:proofErr w:type="spellEnd"/>
      <w:r w:rsidRPr="00FB4B7C">
        <w:rPr>
          <w:lang w:val="ru-RU"/>
        </w:rPr>
        <w:t xml:space="preserve"> </w:t>
      </w:r>
      <w:proofErr w:type="spellStart"/>
      <w:r w:rsidRPr="00FB4B7C">
        <w:rPr>
          <w:lang w:val="ru-RU"/>
        </w:rPr>
        <w:t>підтвердженого</w:t>
      </w:r>
      <w:proofErr w:type="spellEnd"/>
      <w:r w:rsidRPr="00FB4B7C">
        <w:rPr>
          <w:lang w:val="ru-RU"/>
        </w:rPr>
        <w:t xml:space="preserve"> </w:t>
      </w:r>
      <w:proofErr w:type="spellStart"/>
      <w:r w:rsidRPr="00FB4B7C">
        <w:rPr>
          <w:lang w:val="ru-RU"/>
        </w:rPr>
        <w:t>помилкового</w:t>
      </w:r>
      <w:proofErr w:type="spellEnd"/>
      <w:r w:rsidRPr="00FB4B7C">
        <w:rPr>
          <w:lang w:val="ru-RU"/>
        </w:rPr>
        <w:t xml:space="preserve"> </w:t>
      </w:r>
      <w:proofErr w:type="spellStart"/>
      <w:r w:rsidRPr="00FB4B7C">
        <w:rPr>
          <w:lang w:val="ru-RU"/>
        </w:rPr>
        <w:t>чи</w:t>
      </w:r>
      <w:proofErr w:type="spellEnd"/>
      <w:r w:rsidRPr="00FB4B7C">
        <w:rPr>
          <w:lang w:val="ru-RU"/>
        </w:rPr>
        <w:t xml:space="preserve"> </w:t>
      </w:r>
      <w:proofErr w:type="spellStart"/>
      <w:r w:rsidRPr="00FB4B7C">
        <w:rPr>
          <w:lang w:val="ru-RU"/>
        </w:rPr>
        <w:t>підвійного</w:t>
      </w:r>
      <w:proofErr w:type="spellEnd"/>
      <w:r w:rsidRPr="00FB4B7C">
        <w:rPr>
          <w:lang w:val="ru-RU"/>
        </w:rPr>
        <w:t xml:space="preserve"> </w:t>
      </w:r>
      <w:proofErr w:type="spellStart"/>
      <w:r w:rsidRPr="00FB4B7C">
        <w:rPr>
          <w:lang w:val="ru-RU"/>
        </w:rPr>
        <w:t>технічного</w:t>
      </w:r>
      <w:proofErr w:type="spellEnd"/>
      <w:r w:rsidRPr="00FB4B7C">
        <w:rPr>
          <w:lang w:val="ru-RU"/>
        </w:rPr>
        <w:t xml:space="preserve"> </w:t>
      </w:r>
      <w:proofErr w:type="spellStart"/>
      <w:r w:rsidRPr="00FB4B7C">
        <w:rPr>
          <w:lang w:val="ru-RU"/>
        </w:rPr>
        <w:t>списання</w:t>
      </w:r>
      <w:proofErr w:type="spellEnd"/>
      <w:r w:rsidRPr="00FB4B7C">
        <w:rPr>
          <w:lang w:val="ru-RU"/>
        </w:rPr>
        <w:t xml:space="preserve"> </w:t>
      </w:r>
      <w:proofErr w:type="spellStart"/>
      <w:r w:rsidRPr="00FB4B7C">
        <w:rPr>
          <w:lang w:val="ru-RU"/>
        </w:rPr>
        <w:t>коштів</w:t>
      </w:r>
      <w:proofErr w:type="spellEnd"/>
      <w:r w:rsidRPr="00FB4B7C">
        <w:rPr>
          <w:lang w:val="ru-RU"/>
        </w:rPr>
        <w:t xml:space="preserve">, а також у </w:t>
      </w:r>
      <w:proofErr w:type="spellStart"/>
      <w:r w:rsidRPr="00FB4B7C">
        <w:rPr>
          <w:lang w:val="ru-RU"/>
        </w:rPr>
        <w:t>інших</w:t>
      </w:r>
      <w:proofErr w:type="spellEnd"/>
      <w:r w:rsidRPr="00FB4B7C">
        <w:rPr>
          <w:lang w:val="ru-RU"/>
        </w:rPr>
        <w:t xml:space="preserve"> </w:t>
      </w:r>
      <w:proofErr w:type="spellStart"/>
      <w:r w:rsidRPr="00FB4B7C">
        <w:rPr>
          <w:lang w:val="ru-RU"/>
        </w:rPr>
        <w:t>випадках</w:t>
      </w:r>
      <w:proofErr w:type="spellEnd"/>
      <w:r w:rsidRPr="00FB4B7C">
        <w:rPr>
          <w:lang w:val="ru-RU"/>
        </w:rPr>
        <w:t xml:space="preserve">, </w:t>
      </w:r>
      <w:r>
        <w:rPr>
          <w:lang w:val="ru-RU"/>
        </w:rPr>
        <w:t xml:space="preserve">прямо </w:t>
      </w:r>
      <w:proofErr w:type="spellStart"/>
      <w:r w:rsidRPr="00FB4B7C">
        <w:rPr>
          <w:lang w:val="ru-RU"/>
        </w:rPr>
        <w:t>передбачених</w:t>
      </w:r>
      <w:proofErr w:type="spellEnd"/>
      <w:r w:rsidRPr="00FB4B7C">
        <w:rPr>
          <w:lang w:val="ru-RU"/>
        </w:rPr>
        <w:t xml:space="preserve"> </w:t>
      </w:r>
      <w:proofErr w:type="spellStart"/>
      <w:r w:rsidRPr="00FB4B7C">
        <w:rPr>
          <w:lang w:val="ru-RU"/>
        </w:rPr>
        <w:t>законодавством</w:t>
      </w:r>
      <w:proofErr w:type="spellEnd"/>
      <w:r w:rsidRPr="00FB4B7C">
        <w:rPr>
          <w:lang w:val="ru-RU"/>
        </w:rPr>
        <w:t xml:space="preserve"> </w:t>
      </w:r>
      <w:proofErr w:type="spellStart"/>
      <w:r w:rsidRPr="00FB4B7C">
        <w:rPr>
          <w:lang w:val="ru-RU"/>
        </w:rPr>
        <w:t>України</w:t>
      </w:r>
      <w:proofErr w:type="spellEnd"/>
      <w:r w:rsidRPr="00FB4B7C">
        <w:rPr>
          <w:lang w:val="ru-RU"/>
        </w:rPr>
        <w:t>.</w:t>
      </w:r>
      <w:r w:rsidRPr="00541039">
        <w:rPr>
          <w:lang w:val="ru-RU"/>
        </w:rPr>
        <w:t>.</w:t>
      </w:r>
    </w:p>
    <w:p w14:paraId="501A5985" w14:textId="3F2DC220" w:rsidR="00D97F10" w:rsidRPr="00541039" w:rsidRDefault="00000000">
      <w:pPr>
        <w:pStyle w:val="LegalClause"/>
        <w:numPr>
          <w:ilvl w:val="1"/>
          <w:numId w:val="1"/>
        </w:numPr>
        <w:rPr>
          <w:lang w:val="ru-RU"/>
        </w:rPr>
      </w:pPr>
      <w:r w:rsidRPr="00541039">
        <w:rPr>
          <w:lang w:val="ru-RU"/>
        </w:rPr>
        <w:t xml:space="preserve">У </w:t>
      </w:r>
      <w:proofErr w:type="spellStart"/>
      <w:r w:rsidRPr="00541039">
        <w:rPr>
          <w:lang w:val="ru-RU"/>
        </w:rPr>
        <w:t>разі</w:t>
      </w:r>
      <w:proofErr w:type="spellEnd"/>
      <w:r w:rsidRPr="00541039">
        <w:rPr>
          <w:lang w:val="ru-RU"/>
        </w:rPr>
        <w:t xml:space="preserve"> </w:t>
      </w:r>
      <w:proofErr w:type="spellStart"/>
      <w:r w:rsidRPr="00541039">
        <w:rPr>
          <w:lang w:val="ru-RU"/>
        </w:rPr>
        <w:t>подвійного</w:t>
      </w:r>
      <w:proofErr w:type="spellEnd"/>
      <w:r w:rsidRPr="00541039">
        <w:rPr>
          <w:lang w:val="ru-RU"/>
        </w:rPr>
        <w:t xml:space="preserve"> </w:t>
      </w:r>
      <w:proofErr w:type="spellStart"/>
      <w:r w:rsidRPr="00541039">
        <w:rPr>
          <w:lang w:val="ru-RU"/>
        </w:rPr>
        <w:t>технічного</w:t>
      </w:r>
      <w:proofErr w:type="spellEnd"/>
      <w:r w:rsidRPr="00541039">
        <w:rPr>
          <w:lang w:val="ru-RU"/>
        </w:rPr>
        <w:t xml:space="preserve"> </w:t>
      </w:r>
      <w:proofErr w:type="spellStart"/>
      <w:r w:rsidRPr="00541039">
        <w:rPr>
          <w:lang w:val="ru-RU"/>
        </w:rPr>
        <w:t>списання</w:t>
      </w:r>
      <w:proofErr w:type="spellEnd"/>
      <w:r w:rsidRPr="00541039">
        <w:rPr>
          <w:lang w:val="ru-RU"/>
        </w:rPr>
        <w:t xml:space="preserve"> </w:t>
      </w:r>
      <w:proofErr w:type="spellStart"/>
      <w:r w:rsidRPr="00541039">
        <w:rPr>
          <w:lang w:val="ru-RU"/>
        </w:rPr>
        <w:t>зараховується</w:t>
      </w:r>
      <w:proofErr w:type="spellEnd"/>
      <w:r w:rsidRPr="00541039">
        <w:rPr>
          <w:lang w:val="ru-RU"/>
        </w:rPr>
        <w:t xml:space="preserve"> один Голос; сума </w:t>
      </w:r>
      <w:proofErr w:type="spellStart"/>
      <w:r w:rsidRPr="00541039">
        <w:rPr>
          <w:lang w:val="ru-RU"/>
        </w:rPr>
        <w:t>надмірного</w:t>
      </w:r>
      <w:proofErr w:type="spellEnd"/>
      <w:r w:rsidRPr="00541039">
        <w:rPr>
          <w:lang w:val="ru-RU"/>
        </w:rPr>
        <w:t xml:space="preserve"> </w:t>
      </w:r>
      <w:proofErr w:type="spellStart"/>
      <w:r w:rsidRPr="00541039">
        <w:rPr>
          <w:lang w:val="ru-RU"/>
        </w:rPr>
        <w:t>списання</w:t>
      </w:r>
      <w:proofErr w:type="spellEnd"/>
      <w:r w:rsidRPr="00541039">
        <w:rPr>
          <w:lang w:val="ru-RU"/>
        </w:rPr>
        <w:t xml:space="preserve"> </w:t>
      </w:r>
      <w:proofErr w:type="spellStart"/>
      <w:r w:rsidRPr="00541039">
        <w:rPr>
          <w:lang w:val="ru-RU"/>
        </w:rPr>
        <w:t>повертається</w:t>
      </w:r>
      <w:proofErr w:type="spellEnd"/>
      <w:r w:rsidRPr="00541039">
        <w:rPr>
          <w:lang w:val="ru-RU"/>
        </w:rPr>
        <w:t xml:space="preserve"> за результатами </w:t>
      </w:r>
      <w:r w:rsidR="00FB4B7C">
        <w:rPr>
          <w:lang w:val="ru-RU"/>
        </w:rPr>
        <w:t>тех</w:t>
      </w:r>
      <w:r w:rsidR="00FB4B7C">
        <w:rPr>
          <w:lang w:val="uk-UA"/>
        </w:rPr>
        <w:t xml:space="preserve">нічної </w:t>
      </w:r>
      <w:proofErr w:type="spellStart"/>
      <w:r w:rsidRPr="00541039">
        <w:rPr>
          <w:lang w:val="ru-RU"/>
        </w:rPr>
        <w:t>звірки</w:t>
      </w:r>
      <w:proofErr w:type="spellEnd"/>
      <w:r w:rsidRPr="00541039">
        <w:rPr>
          <w:lang w:val="ru-RU"/>
        </w:rPr>
        <w:t xml:space="preserve"> </w:t>
      </w:r>
      <w:proofErr w:type="spellStart"/>
      <w:r w:rsidRPr="00541039">
        <w:rPr>
          <w:lang w:val="ru-RU"/>
        </w:rPr>
        <w:t>тим</w:t>
      </w:r>
      <w:proofErr w:type="spellEnd"/>
      <w:r w:rsidRPr="00541039">
        <w:rPr>
          <w:lang w:val="ru-RU"/>
        </w:rPr>
        <w:t xml:space="preserve"> самим </w:t>
      </w:r>
      <w:proofErr w:type="spellStart"/>
      <w:r w:rsidRPr="00541039">
        <w:rPr>
          <w:lang w:val="ru-RU"/>
        </w:rPr>
        <w:t>або</w:t>
      </w:r>
      <w:proofErr w:type="spellEnd"/>
      <w:r w:rsidRPr="00541039">
        <w:rPr>
          <w:lang w:val="ru-RU"/>
        </w:rPr>
        <w:t xml:space="preserve"> </w:t>
      </w:r>
      <w:proofErr w:type="spellStart"/>
      <w:r w:rsidRPr="00541039">
        <w:rPr>
          <w:lang w:val="ru-RU"/>
        </w:rPr>
        <w:t>іншим</w:t>
      </w:r>
      <w:proofErr w:type="spellEnd"/>
      <w:r w:rsidRPr="00541039">
        <w:rPr>
          <w:lang w:val="ru-RU"/>
        </w:rPr>
        <w:t xml:space="preserve"> </w:t>
      </w:r>
      <w:proofErr w:type="spellStart"/>
      <w:r w:rsidRPr="00541039">
        <w:rPr>
          <w:lang w:val="ru-RU"/>
        </w:rPr>
        <w:t>належним</w:t>
      </w:r>
      <w:proofErr w:type="spellEnd"/>
      <w:r w:rsidRPr="00541039">
        <w:rPr>
          <w:lang w:val="ru-RU"/>
        </w:rPr>
        <w:t xml:space="preserve"> способом. </w:t>
      </w:r>
      <w:r w:rsidR="00FB4B7C" w:rsidRPr="00FB4B7C">
        <w:rPr>
          <w:lang w:val="ru-RU"/>
        </w:rPr>
        <w:t xml:space="preserve">Для </w:t>
      </w:r>
      <w:proofErr w:type="spellStart"/>
      <w:r w:rsidR="00FB4B7C" w:rsidRPr="00FB4B7C">
        <w:rPr>
          <w:lang w:val="ru-RU"/>
        </w:rPr>
        <w:t>проведення</w:t>
      </w:r>
      <w:proofErr w:type="spellEnd"/>
      <w:r w:rsidR="00FB4B7C" w:rsidRPr="00FB4B7C">
        <w:rPr>
          <w:lang w:val="ru-RU"/>
        </w:rPr>
        <w:t xml:space="preserve"> </w:t>
      </w:r>
      <w:proofErr w:type="spellStart"/>
      <w:r w:rsidR="00FB4B7C" w:rsidRPr="00FB4B7C">
        <w:rPr>
          <w:lang w:val="ru-RU"/>
        </w:rPr>
        <w:t>звірки</w:t>
      </w:r>
      <w:proofErr w:type="spellEnd"/>
      <w:r w:rsidR="00FB4B7C" w:rsidRPr="00FB4B7C">
        <w:rPr>
          <w:lang w:val="ru-RU"/>
        </w:rPr>
        <w:t xml:space="preserve"> </w:t>
      </w:r>
      <w:proofErr w:type="spellStart"/>
      <w:r w:rsidR="00FB4B7C" w:rsidRPr="00FB4B7C">
        <w:rPr>
          <w:lang w:val="ru-RU"/>
        </w:rPr>
        <w:t>Організатор</w:t>
      </w:r>
      <w:proofErr w:type="spellEnd"/>
      <w:r w:rsidR="00FB4B7C" w:rsidRPr="00FB4B7C">
        <w:rPr>
          <w:lang w:val="ru-RU"/>
        </w:rPr>
        <w:t xml:space="preserve"> </w:t>
      </w:r>
      <w:proofErr w:type="spellStart"/>
      <w:r w:rsidR="00FB4B7C" w:rsidRPr="00FB4B7C">
        <w:rPr>
          <w:lang w:val="ru-RU"/>
        </w:rPr>
        <w:t>має</w:t>
      </w:r>
      <w:proofErr w:type="spellEnd"/>
      <w:r w:rsidR="00FB4B7C" w:rsidRPr="00FB4B7C">
        <w:rPr>
          <w:lang w:val="ru-RU"/>
        </w:rPr>
        <w:t xml:space="preserve"> право </w:t>
      </w:r>
      <w:proofErr w:type="spellStart"/>
      <w:r w:rsidR="00FB4B7C" w:rsidRPr="00FB4B7C">
        <w:rPr>
          <w:lang w:val="ru-RU"/>
        </w:rPr>
        <w:t>запросити</w:t>
      </w:r>
      <w:proofErr w:type="spellEnd"/>
      <w:r w:rsidR="00FB4B7C" w:rsidRPr="00FB4B7C">
        <w:rPr>
          <w:lang w:val="ru-RU"/>
        </w:rPr>
        <w:t xml:space="preserve"> </w:t>
      </w:r>
      <w:r w:rsidR="00FB4B7C">
        <w:rPr>
          <w:lang w:val="uk-UA"/>
        </w:rPr>
        <w:t>в</w:t>
      </w:r>
      <w:r w:rsidR="00FB4B7C" w:rsidRPr="00FB4B7C">
        <w:rPr>
          <w:lang w:val="ru-RU"/>
        </w:rPr>
        <w:t xml:space="preserve"> </w:t>
      </w:r>
      <w:proofErr w:type="spellStart"/>
      <w:r w:rsidR="00FB4B7C" w:rsidRPr="00FB4B7C">
        <w:rPr>
          <w:lang w:val="ru-RU"/>
        </w:rPr>
        <w:t>Учасника</w:t>
      </w:r>
      <w:proofErr w:type="spellEnd"/>
      <w:r w:rsidR="00FB4B7C" w:rsidRPr="00FB4B7C">
        <w:rPr>
          <w:lang w:val="ru-RU"/>
        </w:rPr>
        <w:t xml:space="preserve"> документ </w:t>
      </w:r>
      <w:proofErr w:type="spellStart"/>
      <w:r w:rsidR="00FB4B7C" w:rsidRPr="00FB4B7C">
        <w:rPr>
          <w:lang w:val="ru-RU"/>
        </w:rPr>
        <w:t>або</w:t>
      </w:r>
      <w:proofErr w:type="spellEnd"/>
      <w:r w:rsidR="00FB4B7C" w:rsidRPr="00FB4B7C">
        <w:rPr>
          <w:lang w:val="ru-RU"/>
        </w:rPr>
        <w:t xml:space="preserve"> </w:t>
      </w:r>
      <w:proofErr w:type="spellStart"/>
      <w:r w:rsidR="00FB4B7C" w:rsidRPr="00FB4B7C">
        <w:rPr>
          <w:lang w:val="ru-RU"/>
        </w:rPr>
        <w:t>іншу</w:t>
      </w:r>
      <w:proofErr w:type="spellEnd"/>
      <w:r w:rsidR="00FB4B7C" w:rsidRPr="00FB4B7C">
        <w:rPr>
          <w:lang w:val="ru-RU"/>
        </w:rPr>
        <w:t xml:space="preserve"> </w:t>
      </w:r>
      <w:proofErr w:type="spellStart"/>
      <w:r w:rsidR="00FB4B7C" w:rsidRPr="00FB4B7C">
        <w:rPr>
          <w:lang w:val="ru-RU"/>
        </w:rPr>
        <w:t>інформацію</w:t>
      </w:r>
      <w:proofErr w:type="spellEnd"/>
      <w:r w:rsidR="00FB4B7C" w:rsidRPr="00FB4B7C">
        <w:rPr>
          <w:lang w:val="ru-RU"/>
        </w:rPr>
        <w:t xml:space="preserve">, </w:t>
      </w:r>
      <w:proofErr w:type="spellStart"/>
      <w:r w:rsidR="00FB4B7C" w:rsidRPr="00FB4B7C">
        <w:rPr>
          <w:lang w:val="ru-RU"/>
        </w:rPr>
        <w:t>що</w:t>
      </w:r>
      <w:proofErr w:type="spellEnd"/>
      <w:r w:rsidR="00FB4B7C" w:rsidRPr="00FB4B7C">
        <w:rPr>
          <w:lang w:val="ru-RU"/>
        </w:rPr>
        <w:t xml:space="preserve"> </w:t>
      </w:r>
      <w:proofErr w:type="spellStart"/>
      <w:r w:rsidR="00FB4B7C" w:rsidRPr="00FB4B7C">
        <w:rPr>
          <w:lang w:val="ru-RU"/>
        </w:rPr>
        <w:t>підтверджує</w:t>
      </w:r>
      <w:proofErr w:type="spellEnd"/>
      <w:r w:rsidR="00FB4B7C" w:rsidRPr="00FB4B7C">
        <w:rPr>
          <w:lang w:val="ru-RU"/>
        </w:rPr>
        <w:t xml:space="preserve"> </w:t>
      </w:r>
      <w:proofErr w:type="spellStart"/>
      <w:r w:rsidR="00FB4B7C" w:rsidRPr="00FB4B7C">
        <w:rPr>
          <w:lang w:val="ru-RU"/>
        </w:rPr>
        <w:t>відповідну</w:t>
      </w:r>
      <w:proofErr w:type="spellEnd"/>
      <w:r w:rsidR="00FB4B7C" w:rsidRPr="00FB4B7C">
        <w:rPr>
          <w:lang w:val="ru-RU"/>
        </w:rPr>
        <w:t xml:space="preserve"> </w:t>
      </w:r>
      <w:proofErr w:type="spellStart"/>
      <w:r w:rsidR="00FB4B7C" w:rsidRPr="00FB4B7C">
        <w:rPr>
          <w:lang w:val="ru-RU"/>
        </w:rPr>
        <w:t>платіжну</w:t>
      </w:r>
      <w:proofErr w:type="spellEnd"/>
      <w:r w:rsidR="00FB4B7C" w:rsidRPr="00FB4B7C">
        <w:rPr>
          <w:lang w:val="ru-RU"/>
        </w:rPr>
        <w:t xml:space="preserve"> </w:t>
      </w:r>
      <w:proofErr w:type="spellStart"/>
      <w:r w:rsidR="00FB4B7C" w:rsidRPr="00FB4B7C">
        <w:rPr>
          <w:lang w:val="ru-RU"/>
        </w:rPr>
        <w:t>операцію</w:t>
      </w:r>
      <w:proofErr w:type="spellEnd"/>
      <w:r w:rsidR="00FB4B7C">
        <w:rPr>
          <w:lang w:val="ru-RU"/>
        </w:rPr>
        <w:t xml:space="preserve"> а також </w:t>
      </w:r>
      <w:proofErr w:type="spellStart"/>
      <w:r w:rsidRPr="00541039">
        <w:rPr>
          <w:lang w:val="ru-RU"/>
        </w:rPr>
        <w:t>платіжний</w:t>
      </w:r>
      <w:proofErr w:type="spellEnd"/>
      <w:r w:rsidRPr="00541039">
        <w:rPr>
          <w:lang w:val="ru-RU"/>
        </w:rPr>
        <w:t xml:space="preserve"> документ без </w:t>
      </w:r>
      <w:proofErr w:type="spellStart"/>
      <w:r w:rsidRPr="00541039">
        <w:rPr>
          <w:lang w:val="ru-RU"/>
        </w:rPr>
        <w:t>повних</w:t>
      </w:r>
      <w:proofErr w:type="spellEnd"/>
      <w:r w:rsidRPr="00541039">
        <w:rPr>
          <w:lang w:val="ru-RU"/>
        </w:rPr>
        <w:t xml:space="preserve"> </w:t>
      </w:r>
      <w:proofErr w:type="spellStart"/>
      <w:r w:rsidRPr="00541039">
        <w:rPr>
          <w:lang w:val="ru-RU"/>
        </w:rPr>
        <w:t>реквізитів</w:t>
      </w:r>
      <w:proofErr w:type="spellEnd"/>
      <w:r w:rsidRPr="00541039">
        <w:rPr>
          <w:lang w:val="ru-RU"/>
        </w:rPr>
        <w:t xml:space="preserve"> </w:t>
      </w:r>
      <w:proofErr w:type="spellStart"/>
      <w:r w:rsidRPr="00541039">
        <w:rPr>
          <w:lang w:val="ru-RU"/>
        </w:rPr>
        <w:t>платіжної</w:t>
      </w:r>
      <w:proofErr w:type="spellEnd"/>
      <w:r w:rsidRPr="00541039">
        <w:rPr>
          <w:lang w:val="ru-RU"/>
        </w:rPr>
        <w:t xml:space="preserve"> </w:t>
      </w:r>
      <w:proofErr w:type="spellStart"/>
      <w:r w:rsidRPr="00541039">
        <w:rPr>
          <w:lang w:val="ru-RU"/>
        </w:rPr>
        <w:t>картки</w:t>
      </w:r>
      <w:proofErr w:type="spellEnd"/>
      <w:r w:rsidRPr="00541039">
        <w:rPr>
          <w:lang w:val="ru-RU"/>
        </w:rPr>
        <w:t>.</w:t>
      </w:r>
    </w:p>
    <w:p w14:paraId="345891F3" w14:textId="77777777" w:rsidR="00FB4B7C" w:rsidRPr="00FB4B7C" w:rsidRDefault="00000000" w:rsidP="00FB4B7C">
      <w:pPr>
        <w:pStyle w:val="LegalClause"/>
        <w:numPr>
          <w:ilvl w:val="1"/>
          <w:numId w:val="1"/>
        </w:numPr>
        <w:rPr>
          <w:lang w:val="ru-RU"/>
        </w:rPr>
      </w:pPr>
      <w:proofErr w:type="spellStart"/>
      <w:r w:rsidRPr="00FB4B7C">
        <w:rPr>
          <w:lang w:val="ru-RU"/>
        </w:rPr>
        <w:t>Повернення</w:t>
      </w:r>
      <w:proofErr w:type="spellEnd"/>
      <w:r w:rsidRPr="00FB4B7C">
        <w:rPr>
          <w:lang w:val="ru-RU"/>
        </w:rPr>
        <w:t xml:space="preserve"> </w:t>
      </w:r>
      <w:proofErr w:type="spellStart"/>
      <w:r w:rsidRPr="00FB4B7C">
        <w:rPr>
          <w:lang w:val="ru-RU"/>
        </w:rPr>
        <w:t>або</w:t>
      </w:r>
      <w:proofErr w:type="spellEnd"/>
      <w:r w:rsidRPr="00FB4B7C">
        <w:rPr>
          <w:lang w:val="ru-RU"/>
        </w:rPr>
        <w:t xml:space="preserve"> </w:t>
      </w:r>
      <w:proofErr w:type="spellStart"/>
      <w:r w:rsidRPr="00FB4B7C">
        <w:rPr>
          <w:lang w:val="ru-RU"/>
        </w:rPr>
        <w:t>примусове</w:t>
      </w:r>
      <w:proofErr w:type="spellEnd"/>
      <w:r w:rsidRPr="00FB4B7C">
        <w:rPr>
          <w:lang w:val="ru-RU"/>
        </w:rPr>
        <w:t xml:space="preserve"> </w:t>
      </w:r>
      <w:proofErr w:type="spellStart"/>
      <w:r w:rsidRPr="00FB4B7C">
        <w:rPr>
          <w:lang w:val="ru-RU"/>
        </w:rPr>
        <w:t>скасування</w:t>
      </w:r>
      <w:proofErr w:type="spellEnd"/>
      <w:r w:rsidRPr="00FB4B7C">
        <w:rPr>
          <w:lang w:val="ru-RU"/>
        </w:rPr>
        <w:t xml:space="preserve"> </w:t>
      </w:r>
      <w:proofErr w:type="spellStart"/>
      <w:r w:rsidRPr="00FB4B7C">
        <w:rPr>
          <w:lang w:val="ru-RU"/>
        </w:rPr>
        <w:t>Верифікаційного</w:t>
      </w:r>
      <w:proofErr w:type="spellEnd"/>
      <w:r w:rsidRPr="00FB4B7C">
        <w:rPr>
          <w:lang w:val="ru-RU"/>
        </w:rPr>
        <w:t xml:space="preserve"> платежу, </w:t>
      </w:r>
      <w:proofErr w:type="spellStart"/>
      <w:r w:rsidRPr="00FB4B7C">
        <w:rPr>
          <w:lang w:val="ru-RU"/>
        </w:rPr>
        <w:t>зокрема</w:t>
      </w:r>
      <w:proofErr w:type="spellEnd"/>
      <w:r w:rsidRPr="00FB4B7C">
        <w:rPr>
          <w:lang w:val="ru-RU"/>
        </w:rPr>
        <w:t xml:space="preserve"> </w:t>
      </w:r>
      <w:r>
        <w:t>chargeback</w:t>
      </w:r>
      <w:r w:rsidR="00FB4B7C" w:rsidRPr="00FB4B7C">
        <w:rPr>
          <w:lang w:val="uk-UA"/>
        </w:rPr>
        <w:t>,</w:t>
      </w:r>
      <w:r w:rsidR="00FB4B7C" w:rsidRPr="00FB4B7C">
        <w:rPr>
          <w:lang w:val="ru-RU"/>
        </w:rPr>
        <w:t xml:space="preserve"> </w:t>
      </w:r>
      <w:proofErr w:type="spellStart"/>
      <w:r w:rsidR="00FB4B7C" w:rsidRPr="00FB4B7C">
        <w:rPr>
          <w:lang w:val="ru-RU"/>
        </w:rPr>
        <w:t>визнання</w:t>
      </w:r>
      <w:proofErr w:type="spellEnd"/>
      <w:r w:rsidR="00FB4B7C" w:rsidRPr="00FB4B7C">
        <w:rPr>
          <w:lang w:val="ru-RU"/>
        </w:rPr>
        <w:t xml:space="preserve"> </w:t>
      </w:r>
      <w:proofErr w:type="spellStart"/>
      <w:r w:rsidR="00FB4B7C" w:rsidRPr="00FB4B7C">
        <w:rPr>
          <w:lang w:val="ru-RU"/>
        </w:rPr>
        <w:t>відповідної</w:t>
      </w:r>
      <w:proofErr w:type="spellEnd"/>
      <w:r w:rsidR="00FB4B7C" w:rsidRPr="00FB4B7C">
        <w:rPr>
          <w:lang w:val="ru-RU"/>
        </w:rPr>
        <w:t xml:space="preserve"> </w:t>
      </w:r>
      <w:proofErr w:type="spellStart"/>
      <w:r w:rsidR="00FB4B7C" w:rsidRPr="00FB4B7C">
        <w:rPr>
          <w:lang w:val="ru-RU"/>
        </w:rPr>
        <w:t>платіжної</w:t>
      </w:r>
      <w:proofErr w:type="spellEnd"/>
      <w:r w:rsidR="00FB4B7C" w:rsidRPr="00FB4B7C">
        <w:rPr>
          <w:lang w:val="ru-RU"/>
        </w:rPr>
        <w:t xml:space="preserve"> </w:t>
      </w:r>
      <w:proofErr w:type="spellStart"/>
      <w:r w:rsidR="00FB4B7C" w:rsidRPr="00FB4B7C">
        <w:rPr>
          <w:lang w:val="ru-RU"/>
        </w:rPr>
        <w:t>операції</w:t>
      </w:r>
      <w:proofErr w:type="spellEnd"/>
      <w:r w:rsidR="00FB4B7C" w:rsidRPr="00FB4B7C">
        <w:rPr>
          <w:lang w:val="ru-RU"/>
        </w:rPr>
        <w:t xml:space="preserve"> </w:t>
      </w:r>
      <w:proofErr w:type="spellStart"/>
      <w:r w:rsidR="00FB4B7C" w:rsidRPr="00FB4B7C">
        <w:rPr>
          <w:lang w:val="ru-RU"/>
        </w:rPr>
        <w:t>недійсною</w:t>
      </w:r>
      <w:proofErr w:type="spellEnd"/>
      <w:r w:rsidR="00FB4B7C" w:rsidRPr="00FB4B7C">
        <w:rPr>
          <w:lang w:val="ru-RU"/>
        </w:rPr>
        <w:t xml:space="preserve"> </w:t>
      </w:r>
      <w:proofErr w:type="spellStart"/>
      <w:r w:rsidR="00FB4B7C" w:rsidRPr="00FB4B7C">
        <w:rPr>
          <w:lang w:val="ru-RU"/>
        </w:rPr>
        <w:t>пов'язаний</w:t>
      </w:r>
      <w:proofErr w:type="spellEnd"/>
      <w:r w:rsidR="00FB4B7C" w:rsidRPr="00FB4B7C">
        <w:rPr>
          <w:lang w:val="ru-RU"/>
        </w:rPr>
        <w:t xml:space="preserve"> </w:t>
      </w:r>
      <w:proofErr w:type="spellStart"/>
      <w:r w:rsidR="00FB4B7C" w:rsidRPr="00FB4B7C">
        <w:rPr>
          <w:lang w:val="ru-RU"/>
        </w:rPr>
        <w:t>із</w:t>
      </w:r>
      <w:proofErr w:type="spellEnd"/>
      <w:r w:rsidR="00FB4B7C" w:rsidRPr="00FB4B7C">
        <w:rPr>
          <w:lang w:val="ru-RU"/>
        </w:rPr>
        <w:t xml:space="preserve"> таким </w:t>
      </w:r>
      <w:proofErr w:type="spellStart"/>
      <w:r w:rsidR="00FB4B7C" w:rsidRPr="00FB4B7C">
        <w:rPr>
          <w:lang w:val="ru-RU"/>
        </w:rPr>
        <w:t>платежем</w:t>
      </w:r>
      <w:proofErr w:type="spellEnd"/>
      <w:r w:rsidR="00FB4B7C" w:rsidRPr="00FB4B7C">
        <w:rPr>
          <w:lang w:val="ru-RU"/>
        </w:rPr>
        <w:t xml:space="preserve"> Голос </w:t>
      </w:r>
      <w:proofErr w:type="spellStart"/>
      <w:r w:rsidR="00FB4B7C" w:rsidRPr="00FB4B7C">
        <w:rPr>
          <w:lang w:val="ru-RU"/>
        </w:rPr>
        <w:t>підлягає</w:t>
      </w:r>
      <w:proofErr w:type="spellEnd"/>
      <w:r w:rsidR="00FB4B7C" w:rsidRPr="00FB4B7C">
        <w:rPr>
          <w:lang w:val="ru-RU"/>
        </w:rPr>
        <w:t xml:space="preserve"> </w:t>
      </w:r>
      <w:proofErr w:type="spellStart"/>
      <w:r w:rsidR="00FB4B7C" w:rsidRPr="00FB4B7C">
        <w:rPr>
          <w:lang w:val="ru-RU"/>
        </w:rPr>
        <w:t>анулюванню</w:t>
      </w:r>
      <w:proofErr w:type="spellEnd"/>
      <w:r w:rsidR="00FB4B7C" w:rsidRPr="00FB4B7C">
        <w:rPr>
          <w:lang w:val="ru-RU"/>
        </w:rPr>
        <w:t xml:space="preserve">. </w:t>
      </w:r>
      <w:proofErr w:type="spellStart"/>
      <w:r w:rsidR="00FB4B7C" w:rsidRPr="00FB4B7C">
        <w:rPr>
          <w:lang w:val="ru-RU"/>
        </w:rPr>
        <w:t>Анульований</w:t>
      </w:r>
      <w:proofErr w:type="spellEnd"/>
      <w:r w:rsidR="00FB4B7C" w:rsidRPr="00FB4B7C">
        <w:rPr>
          <w:lang w:val="ru-RU"/>
        </w:rPr>
        <w:t xml:space="preserve"> Голос не </w:t>
      </w:r>
      <w:proofErr w:type="spellStart"/>
      <w:r w:rsidR="00FB4B7C" w:rsidRPr="00FB4B7C">
        <w:rPr>
          <w:lang w:val="ru-RU"/>
        </w:rPr>
        <w:t>враховується</w:t>
      </w:r>
      <w:proofErr w:type="spellEnd"/>
      <w:r w:rsidR="00FB4B7C" w:rsidRPr="00FB4B7C">
        <w:rPr>
          <w:lang w:val="ru-RU"/>
        </w:rPr>
        <w:t xml:space="preserve"> при </w:t>
      </w:r>
      <w:proofErr w:type="spellStart"/>
      <w:r w:rsidR="00FB4B7C" w:rsidRPr="00FB4B7C">
        <w:rPr>
          <w:lang w:val="ru-RU"/>
        </w:rPr>
        <w:t>визначенні</w:t>
      </w:r>
      <w:proofErr w:type="spellEnd"/>
      <w:r w:rsidR="00FB4B7C" w:rsidRPr="00FB4B7C">
        <w:rPr>
          <w:lang w:val="ru-RU"/>
        </w:rPr>
        <w:t xml:space="preserve"> </w:t>
      </w:r>
      <w:proofErr w:type="spellStart"/>
      <w:r w:rsidR="00FB4B7C" w:rsidRPr="00FB4B7C">
        <w:rPr>
          <w:lang w:val="ru-RU"/>
        </w:rPr>
        <w:t>фінальних</w:t>
      </w:r>
      <w:proofErr w:type="spellEnd"/>
      <w:r w:rsidR="00FB4B7C" w:rsidRPr="00FB4B7C">
        <w:rPr>
          <w:lang w:val="ru-RU"/>
        </w:rPr>
        <w:t xml:space="preserve"> </w:t>
      </w:r>
      <w:proofErr w:type="spellStart"/>
      <w:r w:rsidR="00FB4B7C" w:rsidRPr="00FB4B7C">
        <w:rPr>
          <w:lang w:val="ru-RU"/>
        </w:rPr>
        <w:t>результатів</w:t>
      </w:r>
      <w:proofErr w:type="spellEnd"/>
      <w:r w:rsidR="00FB4B7C" w:rsidRPr="00FB4B7C">
        <w:rPr>
          <w:lang w:val="ru-RU"/>
        </w:rPr>
        <w:t xml:space="preserve"> </w:t>
      </w:r>
      <w:proofErr w:type="spellStart"/>
      <w:r w:rsidR="00FB4B7C" w:rsidRPr="00FB4B7C">
        <w:rPr>
          <w:lang w:val="ru-RU"/>
        </w:rPr>
        <w:t>Голосування</w:t>
      </w:r>
      <w:proofErr w:type="spellEnd"/>
      <w:r w:rsidR="00FB4B7C" w:rsidRPr="00FB4B7C">
        <w:rPr>
          <w:lang w:val="ru-RU"/>
        </w:rPr>
        <w:t xml:space="preserve">, </w:t>
      </w:r>
      <w:proofErr w:type="spellStart"/>
      <w:r w:rsidR="00FB4B7C" w:rsidRPr="00FB4B7C">
        <w:rPr>
          <w:lang w:val="ru-RU"/>
        </w:rPr>
        <w:t>Благодійної</w:t>
      </w:r>
      <w:proofErr w:type="spellEnd"/>
      <w:r w:rsidR="00FB4B7C" w:rsidRPr="00FB4B7C">
        <w:rPr>
          <w:lang w:val="ru-RU"/>
        </w:rPr>
        <w:t xml:space="preserve"> </w:t>
      </w:r>
      <w:proofErr w:type="spellStart"/>
      <w:r w:rsidR="00FB4B7C" w:rsidRPr="00FB4B7C">
        <w:rPr>
          <w:lang w:val="ru-RU"/>
        </w:rPr>
        <w:t>складової</w:t>
      </w:r>
      <w:proofErr w:type="spellEnd"/>
      <w:r w:rsidR="00FB4B7C" w:rsidRPr="00FB4B7C">
        <w:rPr>
          <w:lang w:val="ru-RU"/>
        </w:rPr>
        <w:t xml:space="preserve"> та допуску до </w:t>
      </w:r>
      <w:proofErr w:type="spellStart"/>
      <w:r w:rsidR="00FB4B7C" w:rsidRPr="00FB4B7C">
        <w:rPr>
          <w:lang w:val="ru-RU"/>
        </w:rPr>
        <w:t>Розіграшу</w:t>
      </w:r>
      <w:proofErr w:type="spellEnd"/>
      <w:r w:rsidR="00FB4B7C" w:rsidRPr="00FB4B7C">
        <w:rPr>
          <w:lang w:val="ru-RU"/>
        </w:rPr>
        <w:t>.</w:t>
      </w:r>
    </w:p>
    <w:p w14:paraId="146669D1" w14:textId="0961FCFA" w:rsidR="00D97F10" w:rsidRPr="00FB4B7C" w:rsidRDefault="00F949BF" w:rsidP="00FB4B7C">
      <w:pPr>
        <w:pStyle w:val="LegalClause"/>
        <w:numPr>
          <w:ilvl w:val="1"/>
          <w:numId w:val="1"/>
        </w:numPr>
        <w:rPr>
          <w:lang w:val="ru-RU"/>
        </w:rPr>
      </w:pPr>
      <w:proofErr w:type="spellStart"/>
      <w:r w:rsidRPr="00F949BF">
        <w:rPr>
          <w:lang w:val="ru-RU"/>
        </w:rPr>
        <w:t>Повні</w:t>
      </w:r>
      <w:proofErr w:type="spellEnd"/>
      <w:r w:rsidRPr="00F949BF">
        <w:rPr>
          <w:lang w:val="ru-RU"/>
        </w:rPr>
        <w:t xml:space="preserve"> </w:t>
      </w:r>
      <w:proofErr w:type="spellStart"/>
      <w:r w:rsidRPr="00F949BF">
        <w:rPr>
          <w:lang w:val="ru-RU"/>
        </w:rPr>
        <w:t>реквізити</w:t>
      </w:r>
      <w:proofErr w:type="spellEnd"/>
      <w:r w:rsidRPr="00F949BF">
        <w:rPr>
          <w:lang w:val="ru-RU"/>
        </w:rPr>
        <w:t xml:space="preserve"> </w:t>
      </w:r>
      <w:proofErr w:type="spellStart"/>
      <w:r w:rsidRPr="00F949BF">
        <w:rPr>
          <w:lang w:val="ru-RU"/>
        </w:rPr>
        <w:t>платіжної</w:t>
      </w:r>
      <w:proofErr w:type="spellEnd"/>
      <w:r w:rsidRPr="00F949BF">
        <w:rPr>
          <w:lang w:val="ru-RU"/>
        </w:rPr>
        <w:t xml:space="preserve"> </w:t>
      </w:r>
      <w:proofErr w:type="spellStart"/>
      <w:r w:rsidRPr="00F949BF">
        <w:rPr>
          <w:lang w:val="ru-RU"/>
        </w:rPr>
        <w:t>картки</w:t>
      </w:r>
      <w:proofErr w:type="spellEnd"/>
      <w:r w:rsidRPr="00F949BF">
        <w:rPr>
          <w:lang w:val="ru-RU"/>
        </w:rPr>
        <w:t xml:space="preserve"> </w:t>
      </w:r>
      <w:proofErr w:type="spellStart"/>
      <w:r w:rsidRPr="00F949BF">
        <w:rPr>
          <w:lang w:val="ru-RU"/>
        </w:rPr>
        <w:t>обробляються</w:t>
      </w:r>
      <w:proofErr w:type="spellEnd"/>
      <w:r w:rsidRPr="00F949BF">
        <w:rPr>
          <w:lang w:val="ru-RU"/>
        </w:rPr>
        <w:t xml:space="preserve"> </w:t>
      </w:r>
      <w:proofErr w:type="spellStart"/>
      <w:r w:rsidRPr="00F949BF">
        <w:rPr>
          <w:lang w:val="ru-RU"/>
        </w:rPr>
        <w:t>відповідним</w:t>
      </w:r>
      <w:proofErr w:type="spellEnd"/>
      <w:r w:rsidRPr="00F949BF">
        <w:rPr>
          <w:lang w:val="ru-RU"/>
        </w:rPr>
        <w:t xml:space="preserve"> </w:t>
      </w:r>
      <w:proofErr w:type="spellStart"/>
      <w:r w:rsidRPr="00F949BF">
        <w:rPr>
          <w:lang w:val="ru-RU"/>
        </w:rPr>
        <w:t>платіжним</w:t>
      </w:r>
      <w:proofErr w:type="spellEnd"/>
      <w:r w:rsidRPr="00F949BF">
        <w:rPr>
          <w:lang w:val="ru-RU"/>
        </w:rPr>
        <w:t xml:space="preserve"> </w:t>
      </w:r>
      <w:proofErr w:type="spellStart"/>
      <w:r w:rsidRPr="00F949BF">
        <w:rPr>
          <w:lang w:val="ru-RU"/>
        </w:rPr>
        <w:t>надавачем</w:t>
      </w:r>
      <w:proofErr w:type="spellEnd"/>
      <w:r w:rsidRPr="00F949BF">
        <w:rPr>
          <w:lang w:val="ru-RU"/>
        </w:rPr>
        <w:t xml:space="preserve">. </w:t>
      </w:r>
      <w:proofErr w:type="spellStart"/>
      <w:r w:rsidRPr="00F949BF">
        <w:rPr>
          <w:lang w:val="ru-RU"/>
        </w:rPr>
        <w:t>Організатор</w:t>
      </w:r>
      <w:proofErr w:type="spellEnd"/>
      <w:r w:rsidRPr="00F949BF">
        <w:rPr>
          <w:lang w:val="ru-RU"/>
        </w:rPr>
        <w:t xml:space="preserve"> не </w:t>
      </w:r>
      <w:proofErr w:type="spellStart"/>
      <w:r w:rsidRPr="00F949BF">
        <w:rPr>
          <w:lang w:val="ru-RU"/>
        </w:rPr>
        <w:t>вимагає</w:t>
      </w:r>
      <w:proofErr w:type="spellEnd"/>
      <w:r w:rsidRPr="00F949BF">
        <w:rPr>
          <w:lang w:val="ru-RU"/>
        </w:rPr>
        <w:t xml:space="preserve"> </w:t>
      </w:r>
      <w:proofErr w:type="spellStart"/>
      <w:r w:rsidRPr="00F949BF">
        <w:rPr>
          <w:lang w:val="ru-RU"/>
        </w:rPr>
        <w:t>від</w:t>
      </w:r>
      <w:proofErr w:type="spellEnd"/>
      <w:r w:rsidRPr="00F949BF">
        <w:rPr>
          <w:lang w:val="ru-RU"/>
        </w:rPr>
        <w:t xml:space="preserve"> </w:t>
      </w:r>
      <w:proofErr w:type="spellStart"/>
      <w:r w:rsidRPr="00F949BF">
        <w:rPr>
          <w:lang w:val="ru-RU"/>
        </w:rPr>
        <w:t>Учасників</w:t>
      </w:r>
      <w:proofErr w:type="spellEnd"/>
      <w:r w:rsidRPr="00F949BF">
        <w:rPr>
          <w:lang w:val="ru-RU"/>
        </w:rPr>
        <w:t xml:space="preserve"> </w:t>
      </w:r>
      <w:proofErr w:type="spellStart"/>
      <w:r w:rsidRPr="00F949BF">
        <w:rPr>
          <w:lang w:val="ru-RU"/>
        </w:rPr>
        <w:t>надання</w:t>
      </w:r>
      <w:proofErr w:type="spellEnd"/>
      <w:r w:rsidRPr="00F949BF">
        <w:rPr>
          <w:lang w:val="ru-RU"/>
        </w:rPr>
        <w:t xml:space="preserve"> </w:t>
      </w:r>
      <w:proofErr w:type="spellStart"/>
      <w:r w:rsidRPr="00F949BF">
        <w:rPr>
          <w:lang w:val="ru-RU"/>
        </w:rPr>
        <w:t>повних</w:t>
      </w:r>
      <w:proofErr w:type="spellEnd"/>
      <w:r w:rsidRPr="00F949BF">
        <w:rPr>
          <w:lang w:val="ru-RU"/>
        </w:rPr>
        <w:t xml:space="preserve"> </w:t>
      </w:r>
      <w:proofErr w:type="spellStart"/>
      <w:r w:rsidRPr="00F949BF">
        <w:rPr>
          <w:lang w:val="ru-RU"/>
        </w:rPr>
        <w:t>реквізитів</w:t>
      </w:r>
      <w:proofErr w:type="spellEnd"/>
      <w:r w:rsidRPr="00F949BF">
        <w:rPr>
          <w:lang w:val="ru-RU"/>
        </w:rPr>
        <w:t xml:space="preserve"> </w:t>
      </w:r>
      <w:proofErr w:type="spellStart"/>
      <w:r w:rsidRPr="00F949BF">
        <w:rPr>
          <w:lang w:val="ru-RU"/>
        </w:rPr>
        <w:t>платіжної</w:t>
      </w:r>
      <w:proofErr w:type="spellEnd"/>
      <w:r w:rsidRPr="00F949BF">
        <w:rPr>
          <w:lang w:val="ru-RU"/>
        </w:rPr>
        <w:t xml:space="preserve"> </w:t>
      </w:r>
      <w:proofErr w:type="spellStart"/>
      <w:r w:rsidRPr="00F949BF">
        <w:rPr>
          <w:lang w:val="ru-RU"/>
        </w:rPr>
        <w:t>картки</w:t>
      </w:r>
      <w:proofErr w:type="spellEnd"/>
      <w:r w:rsidRPr="00F949BF">
        <w:rPr>
          <w:lang w:val="ru-RU"/>
        </w:rPr>
        <w:t xml:space="preserve">. </w:t>
      </w:r>
      <w:proofErr w:type="spellStart"/>
      <w:r w:rsidRPr="00F949BF">
        <w:rPr>
          <w:lang w:val="ru-RU"/>
        </w:rPr>
        <w:t>Такі</w:t>
      </w:r>
      <w:proofErr w:type="spellEnd"/>
      <w:r w:rsidRPr="00F949BF">
        <w:rPr>
          <w:lang w:val="ru-RU"/>
        </w:rPr>
        <w:t xml:space="preserve"> </w:t>
      </w:r>
      <w:proofErr w:type="spellStart"/>
      <w:r w:rsidRPr="00F949BF">
        <w:rPr>
          <w:lang w:val="ru-RU"/>
        </w:rPr>
        <w:t>дані</w:t>
      </w:r>
      <w:proofErr w:type="spellEnd"/>
      <w:r w:rsidRPr="00F949BF">
        <w:rPr>
          <w:lang w:val="ru-RU"/>
        </w:rPr>
        <w:t xml:space="preserve"> </w:t>
      </w:r>
      <w:r w:rsidRPr="00F949BF">
        <w:rPr>
          <w:rStyle w:val="Strong"/>
          <w:b w:val="0"/>
          <w:bCs w:val="0"/>
          <w:lang w:val="ru-RU"/>
        </w:rPr>
        <w:t xml:space="preserve">не </w:t>
      </w:r>
      <w:proofErr w:type="spellStart"/>
      <w:r w:rsidRPr="00F949BF">
        <w:rPr>
          <w:rStyle w:val="Strong"/>
          <w:b w:val="0"/>
          <w:bCs w:val="0"/>
          <w:lang w:val="ru-RU"/>
        </w:rPr>
        <w:t>повинні</w:t>
      </w:r>
      <w:proofErr w:type="spellEnd"/>
      <w:r w:rsidRPr="00F949BF">
        <w:rPr>
          <w:rStyle w:val="Strong"/>
          <w:b w:val="0"/>
          <w:bCs w:val="0"/>
          <w:lang w:val="ru-RU"/>
        </w:rPr>
        <w:t xml:space="preserve"> </w:t>
      </w:r>
      <w:proofErr w:type="spellStart"/>
      <w:r w:rsidRPr="00F949BF">
        <w:rPr>
          <w:rStyle w:val="Strong"/>
          <w:b w:val="0"/>
          <w:bCs w:val="0"/>
          <w:lang w:val="ru-RU"/>
        </w:rPr>
        <w:t>надсилатися</w:t>
      </w:r>
      <w:proofErr w:type="spellEnd"/>
      <w:r w:rsidRPr="00F949BF">
        <w:rPr>
          <w:rStyle w:val="Strong"/>
          <w:b w:val="0"/>
          <w:bCs w:val="0"/>
          <w:lang w:val="ru-RU"/>
        </w:rPr>
        <w:t xml:space="preserve"> на </w:t>
      </w:r>
      <w:proofErr w:type="spellStart"/>
      <w:r w:rsidRPr="00F949BF">
        <w:rPr>
          <w:rStyle w:val="Strong"/>
          <w:b w:val="0"/>
          <w:bCs w:val="0"/>
          <w:lang w:val="ru-RU"/>
        </w:rPr>
        <w:t>електронну</w:t>
      </w:r>
      <w:proofErr w:type="spellEnd"/>
      <w:r w:rsidRPr="00F949BF">
        <w:rPr>
          <w:rStyle w:val="Strong"/>
          <w:b w:val="0"/>
          <w:bCs w:val="0"/>
          <w:lang w:val="ru-RU"/>
        </w:rPr>
        <w:t xml:space="preserve"> адресу </w:t>
      </w:r>
      <w:proofErr w:type="spellStart"/>
      <w:r w:rsidRPr="00F949BF">
        <w:rPr>
          <w:rStyle w:val="Strong"/>
          <w:b w:val="0"/>
          <w:bCs w:val="0"/>
          <w:lang w:val="ru-RU"/>
        </w:rPr>
        <w:t>Організатора</w:t>
      </w:r>
      <w:proofErr w:type="spellEnd"/>
      <w:r w:rsidRPr="00F949BF">
        <w:rPr>
          <w:rStyle w:val="Strong"/>
          <w:b w:val="0"/>
          <w:bCs w:val="0"/>
          <w:lang w:val="ru-RU"/>
        </w:rPr>
        <w:t xml:space="preserve"> </w:t>
      </w:r>
      <w:r>
        <w:t>info</w:t>
      </w:r>
      <w:r w:rsidRPr="00FB4B7C">
        <w:rPr>
          <w:lang w:val="ru-RU"/>
        </w:rPr>
        <w:t>@</w:t>
      </w:r>
      <w:r>
        <w:t>sweet</w:t>
      </w:r>
      <w:r w:rsidRPr="00FB4B7C">
        <w:rPr>
          <w:lang w:val="ru-RU"/>
        </w:rPr>
        <w:t>.</w:t>
      </w:r>
      <w:r>
        <w:t>tv</w:t>
      </w:r>
      <w:r w:rsidRPr="00F949BF">
        <w:rPr>
          <w:rStyle w:val="Strong"/>
          <w:b w:val="0"/>
          <w:bCs w:val="0"/>
          <w:lang w:val="ru-RU"/>
        </w:rPr>
        <w:t xml:space="preserve"> </w:t>
      </w:r>
      <w:proofErr w:type="spellStart"/>
      <w:r w:rsidRPr="00F949BF">
        <w:rPr>
          <w:rStyle w:val="Strong"/>
          <w:b w:val="0"/>
          <w:bCs w:val="0"/>
          <w:lang w:val="ru-RU"/>
        </w:rPr>
        <w:t>або</w:t>
      </w:r>
      <w:proofErr w:type="spellEnd"/>
      <w:r w:rsidRPr="00F949BF">
        <w:rPr>
          <w:rStyle w:val="Strong"/>
          <w:b w:val="0"/>
          <w:bCs w:val="0"/>
          <w:lang w:val="ru-RU"/>
        </w:rPr>
        <w:t xml:space="preserve"> </w:t>
      </w:r>
      <w:proofErr w:type="spellStart"/>
      <w:r w:rsidRPr="00F949BF">
        <w:rPr>
          <w:rStyle w:val="Strong"/>
          <w:b w:val="0"/>
          <w:bCs w:val="0"/>
          <w:lang w:val="ru-RU"/>
        </w:rPr>
        <w:t>передаватись</w:t>
      </w:r>
      <w:proofErr w:type="spellEnd"/>
      <w:r w:rsidRPr="00F949BF">
        <w:rPr>
          <w:rStyle w:val="Strong"/>
          <w:b w:val="0"/>
          <w:bCs w:val="0"/>
          <w:lang w:val="ru-RU"/>
        </w:rPr>
        <w:t xml:space="preserve"> через </w:t>
      </w:r>
      <w:proofErr w:type="spellStart"/>
      <w:r w:rsidRPr="00F949BF">
        <w:rPr>
          <w:rStyle w:val="Strong"/>
          <w:b w:val="0"/>
          <w:bCs w:val="0"/>
          <w:lang w:val="ru-RU"/>
        </w:rPr>
        <w:t>інші</w:t>
      </w:r>
      <w:proofErr w:type="spellEnd"/>
      <w:r w:rsidRPr="00F949BF">
        <w:rPr>
          <w:rStyle w:val="Strong"/>
          <w:b w:val="0"/>
          <w:bCs w:val="0"/>
          <w:lang w:val="ru-RU"/>
        </w:rPr>
        <w:t xml:space="preserve"> </w:t>
      </w:r>
      <w:proofErr w:type="spellStart"/>
      <w:r w:rsidRPr="00F949BF">
        <w:rPr>
          <w:rStyle w:val="Strong"/>
          <w:b w:val="0"/>
          <w:bCs w:val="0"/>
          <w:lang w:val="ru-RU"/>
        </w:rPr>
        <w:t>канали</w:t>
      </w:r>
      <w:proofErr w:type="spellEnd"/>
      <w:r w:rsidRPr="00F949BF">
        <w:rPr>
          <w:rStyle w:val="Strong"/>
          <w:b w:val="0"/>
          <w:bCs w:val="0"/>
          <w:lang w:val="ru-RU"/>
        </w:rPr>
        <w:t xml:space="preserve"> </w:t>
      </w:r>
      <w:proofErr w:type="spellStart"/>
      <w:r w:rsidRPr="00F949BF">
        <w:rPr>
          <w:rStyle w:val="Strong"/>
          <w:b w:val="0"/>
          <w:bCs w:val="0"/>
          <w:lang w:val="ru-RU"/>
        </w:rPr>
        <w:t>комунікації</w:t>
      </w:r>
      <w:proofErr w:type="spellEnd"/>
      <w:r w:rsidRPr="00F949BF">
        <w:rPr>
          <w:rStyle w:val="Strong"/>
          <w:b w:val="0"/>
          <w:bCs w:val="0"/>
          <w:lang w:val="ru-RU"/>
        </w:rPr>
        <w:t xml:space="preserve"> з </w:t>
      </w:r>
      <w:proofErr w:type="spellStart"/>
      <w:r w:rsidRPr="00F949BF">
        <w:rPr>
          <w:rStyle w:val="Strong"/>
          <w:b w:val="0"/>
          <w:bCs w:val="0"/>
          <w:lang w:val="ru-RU"/>
        </w:rPr>
        <w:t>Організатором</w:t>
      </w:r>
      <w:proofErr w:type="spellEnd"/>
      <w:r w:rsidRPr="00F949BF">
        <w:rPr>
          <w:rStyle w:val="Strong"/>
          <w:b w:val="0"/>
          <w:bCs w:val="0"/>
          <w:lang w:val="ru-RU"/>
        </w:rPr>
        <w:t>.</w:t>
      </w:r>
    </w:p>
    <w:p w14:paraId="37F63245" w14:textId="77777777" w:rsidR="00D97F10" w:rsidRPr="00541039" w:rsidRDefault="00000000" w:rsidP="00F949BF">
      <w:pPr>
        <w:pStyle w:val="Heading1"/>
        <w:numPr>
          <w:ilvl w:val="0"/>
          <w:numId w:val="1"/>
        </w:numPr>
        <w:ind w:firstLine="66"/>
        <w:rPr>
          <w:lang w:val="ru-RU"/>
        </w:rPr>
      </w:pPr>
      <w:r w:rsidRPr="00541039">
        <w:rPr>
          <w:rFonts w:ascii="Times New Roman" w:eastAsia="Times New Roman" w:hAnsi="Times New Roman" w:cs="Times New Roman"/>
          <w:lang w:val="ru-RU"/>
        </w:rPr>
        <w:t>ОБЛІК ГОЛОСІВ ТА ПРАВИЛО ОДНОГО ГОЛОСУ</w:t>
      </w:r>
    </w:p>
    <w:p w14:paraId="7AF35582" w14:textId="77777777" w:rsidR="00D97F10" w:rsidRPr="00541039" w:rsidRDefault="00000000">
      <w:pPr>
        <w:pStyle w:val="LegalClause"/>
        <w:numPr>
          <w:ilvl w:val="1"/>
          <w:numId w:val="1"/>
        </w:numPr>
        <w:rPr>
          <w:lang w:val="ru-RU"/>
        </w:rPr>
      </w:pPr>
      <w:proofErr w:type="spellStart"/>
      <w:r w:rsidRPr="00541039">
        <w:rPr>
          <w:lang w:val="ru-RU"/>
        </w:rPr>
        <w:t>Протягом</w:t>
      </w:r>
      <w:proofErr w:type="spellEnd"/>
      <w:r w:rsidRPr="00541039">
        <w:rPr>
          <w:lang w:val="ru-RU"/>
        </w:rPr>
        <w:t xml:space="preserve"> </w:t>
      </w:r>
      <w:proofErr w:type="spellStart"/>
      <w:r w:rsidRPr="00541039">
        <w:rPr>
          <w:lang w:val="ru-RU"/>
        </w:rPr>
        <w:t>усього</w:t>
      </w:r>
      <w:proofErr w:type="spellEnd"/>
      <w:r w:rsidRPr="00541039">
        <w:rPr>
          <w:lang w:val="ru-RU"/>
        </w:rPr>
        <w:t xml:space="preserve"> </w:t>
      </w:r>
      <w:proofErr w:type="spellStart"/>
      <w:r w:rsidRPr="00541039">
        <w:rPr>
          <w:lang w:val="ru-RU"/>
        </w:rPr>
        <w:t>періоду</w:t>
      </w:r>
      <w:proofErr w:type="spellEnd"/>
      <w:r w:rsidRPr="00541039">
        <w:rPr>
          <w:lang w:val="ru-RU"/>
        </w:rPr>
        <w:t xml:space="preserve"> </w:t>
      </w:r>
      <w:proofErr w:type="spellStart"/>
      <w:r w:rsidRPr="00541039">
        <w:rPr>
          <w:lang w:val="ru-RU"/>
        </w:rPr>
        <w:t>Голосування</w:t>
      </w:r>
      <w:proofErr w:type="spellEnd"/>
      <w:r w:rsidRPr="00541039">
        <w:rPr>
          <w:lang w:val="ru-RU"/>
        </w:rPr>
        <w:t xml:space="preserve"> </w:t>
      </w:r>
      <w:proofErr w:type="spellStart"/>
      <w:r w:rsidRPr="00541039">
        <w:rPr>
          <w:lang w:val="ru-RU"/>
        </w:rPr>
        <w:t>діє</w:t>
      </w:r>
      <w:proofErr w:type="spellEnd"/>
      <w:r w:rsidRPr="00541039">
        <w:rPr>
          <w:lang w:val="ru-RU"/>
        </w:rPr>
        <w:t xml:space="preserve"> </w:t>
      </w:r>
      <w:proofErr w:type="spellStart"/>
      <w:r w:rsidRPr="00541039">
        <w:rPr>
          <w:lang w:val="ru-RU"/>
        </w:rPr>
        <w:t>єдиний</w:t>
      </w:r>
      <w:proofErr w:type="spellEnd"/>
      <w:r w:rsidRPr="00541039">
        <w:rPr>
          <w:lang w:val="ru-RU"/>
        </w:rPr>
        <w:t xml:space="preserve"> принцип: одна </w:t>
      </w:r>
      <w:proofErr w:type="spellStart"/>
      <w:r w:rsidRPr="00541039">
        <w:rPr>
          <w:lang w:val="ru-RU"/>
        </w:rPr>
        <w:t>фізична</w:t>
      </w:r>
      <w:proofErr w:type="spellEnd"/>
      <w:r w:rsidRPr="00541039">
        <w:rPr>
          <w:lang w:val="ru-RU"/>
        </w:rPr>
        <w:t xml:space="preserve"> особа - один </w:t>
      </w:r>
      <w:proofErr w:type="spellStart"/>
      <w:r w:rsidRPr="00541039">
        <w:rPr>
          <w:lang w:val="ru-RU"/>
        </w:rPr>
        <w:t>Акаунт</w:t>
      </w:r>
      <w:proofErr w:type="spellEnd"/>
      <w:r w:rsidRPr="00541039">
        <w:rPr>
          <w:lang w:val="ru-RU"/>
        </w:rPr>
        <w:t xml:space="preserve"> </w:t>
      </w:r>
      <w:r>
        <w:t>SWEET</w:t>
      </w:r>
      <w:r w:rsidRPr="00541039">
        <w:rPr>
          <w:lang w:val="ru-RU"/>
        </w:rPr>
        <w:t>.</w:t>
      </w:r>
      <w:r>
        <w:t>TV</w:t>
      </w:r>
      <w:r w:rsidRPr="00541039">
        <w:rPr>
          <w:lang w:val="ru-RU"/>
        </w:rPr>
        <w:t xml:space="preserve"> - один </w:t>
      </w:r>
      <w:proofErr w:type="spellStart"/>
      <w:r w:rsidRPr="00541039">
        <w:rPr>
          <w:lang w:val="ru-RU"/>
        </w:rPr>
        <w:t>успішний</w:t>
      </w:r>
      <w:proofErr w:type="spellEnd"/>
      <w:r w:rsidRPr="00541039">
        <w:rPr>
          <w:lang w:val="ru-RU"/>
        </w:rPr>
        <w:t xml:space="preserve"> </w:t>
      </w:r>
      <w:proofErr w:type="spellStart"/>
      <w:r w:rsidRPr="00541039">
        <w:rPr>
          <w:lang w:val="ru-RU"/>
        </w:rPr>
        <w:t>Верифікаційний</w:t>
      </w:r>
      <w:proofErr w:type="spellEnd"/>
      <w:r w:rsidRPr="00541039">
        <w:rPr>
          <w:lang w:val="ru-RU"/>
        </w:rPr>
        <w:t xml:space="preserve"> </w:t>
      </w:r>
      <w:proofErr w:type="spellStart"/>
      <w:r w:rsidRPr="00541039">
        <w:rPr>
          <w:lang w:val="ru-RU"/>
        </w:rPr>
        <w:t>платіж</w:t>
      </w:r>
      <w:proofErr w:type="spellEnd"/>
      <w:r w:rsidRPr="00541039">
        <w:rPr>
          <w:lang w:val="ru-RU"/>
        </w:rPr>
        <w:t xml:space="preserve"> - один Голос - один Кандидат.</w:t>
      </w:r>
    </w:p>
    <w:p w14:paraId="64245143" w14:textId="5BECDABF" w:rsidR="00D97F10" w:rsidRPr="00541039" w:rsidRDefault="00F949BF">
      <w:pPr>
        <w:pStyle w:val="LegalClause"/>
        <w:numPr>
          <w:ilvl w:val="1"/>
          <w:numId w:val="1"/>
        </w:numPr>
        <w:rPr>
          <w:lang w:val="ru-RU"/>
        </w:rPr>
      </w:pPr>
      <w:r w:rsidRPr="00F949BF">
        <w:rPr>
          <w:lang w:val="ru-RU"/>
        </w:rPr>
        <w:t xml:space="preserve">Право на </w:t>
      </w:r>
      <w:proofErr w:type="spellStart"/>
      <w:r w:rsidRPr="00F949BF">
        <w:rPr>
          <w:lang w:val="ru-RU"/>
        </w:rPr>
        <w:t>подання</w:t>
      </w:r>
      <w:proofErr w:type="spellEnd"/>
      <w:r w:rsidRPr="00F949BF">
        <w:rPr>
          <w:lang w:val="ru-RU"/>
        </w:rPr>
        <w:t xml:space="preserve"> Голосу </w:t>
      </w:r>
      <w:proofErr w:type="spellStart"/>
      <w:r w:rsidRPr="00F949BF">
        <w:rPr>
          <w:lang w:val="ru-RU"/>
        </w:rPr>
        <w:t>може</w:t>
      </w:r>
      <w:proofErr w:type="spellEnd"/>
      <w:r w:rsidRPr="00F949BF">
        <w:rPr>
          <w:lang w:val="ru-RU"/>
        </w:rPr>
        <w:t xml:space="preserve"> бути </w:t>
      </w:r>
      <w:proofErr w:type="spellStart"/>
      <w:r w:rsidRPr="00F949BF">
        <w:rPr>
          <w:lang w:val="ru-RU"/>
        </w:rPr>
        <w:t>реалізоване</w:t>
      </w:r>
      <w:proofErr w:type="spellEnd"/>
      <w:r w:rsidRPr="00F949BF">
        <w:rPr>
          <w:lang w:val="ru-RU"/>
        </w:rPr>
        <w:t xml:space="preserve"> </w:t>
      </w:r>
      <w:proofErr w:type="spellStart"/>
      <w:r w:rsidRPr="00F949BF">
        <w:rPr>
          <w:lang w:val="ru-RU"/>
        </w:rPr>
        <w:t>Учасником</w:t>
      </w:r>
      <w:proofErr w:type="spellEnd"/>
      <w:r w:rsidRPr="00F949BF">
        <w:rPr>
          <w:lang w:val="ru-RU"/>
        </w:rPr>
        <w:t xml:space="preserve"> </w:t>
      </w:r>
      <w:proofErr w:type="spellStart"/>
      <w:r w:rsidRPr="00F949BF">
        <w:rPr>
          <w:lang w:val="ru-RU"/>
        </w:rPr>
        <w:t>лише</w:t>
      </w:r>
      <w:proofErr w:type="spellEnd"/>
      <w:r w:rsidRPr="00F949BF">
        <w:rPr>
          <w:lang w:val="ru-RU"/>
        </w:rPr>
        <w:t xml:space="preserve"> один раз </w:t>
      </w:r>
      <w:proofErr w:type="spellStart"/>
      <w:r w:rsidRPr="00F949BF">
        <w:rPr>
          <w:lang w:val="ru-RU"/>
        </w:rPr>
        <w:t>протягом</w:t>
      </w:r>
      <w:proofErr w:type="spellEnd"/>
      <w:r w:rsidRPr="00F949BF">
        <w:rPr>
          <w:lang w:val="ru-RU"/>
        </w:rPr>
        <w:t xml:space="preserve"> </w:t>
      </w:r>
      <w:proofErr w:type="spellStart"/>
      <w:r w:rsidRPr="00F949BF">
        <w:rPr>
          <w:lang w:val="ru-RU"/>
        </w:rPr>
        <w:t>усього</w:t>
      </w:r>
      <w:proofErr w:type="spellEnd"/>
      <w:r w:rsidRPr="00F949BF">
        <w:rPr>
          <w:lang w:val="ru-RU"/>
        </w:rPr>
        <w:t xml:space="preserve"> </w:t>
      </w:r>
      <w:proofErr w:type="spellStart"/>
      <w:r w:rsidRPr="00F949BF">
        <w:rPr>
          <w:lang w:val="ru-RU"/>
        </w:rPr>
        <w:t>періоду</w:t>
      </w:r>
      <w:proofErr w:type="spellEnd"/>
      <w:r w:rsidRPr="00F949BF">
        <w:rPr>
          <w:lang w:val="ru-RU"/>
        </w:rPr>
        <w:t xml:space="preserve"> </w:t>
      </w:r>
      <w:proofErr w:type="spellStart"/>
      <w:r w:rsidRPr="00F949BF">
        <w:rPr>
          <w:lang w:val="ru-RU"/>
        </w:rPr>
        <w:t>Голосування</w:t>
      </w:r>
      <w:proofErr w:type="spellEnd"/>
      <w:r w:rsidRPr="00F949BF">
        <w:rPr>
          <w:lang w:val="ru-RU"/>
        </w:rPr>
        <w:t xml:space="preserve"> </w:t>
      </w:r>
      <w:proofErr w:type="spellStart"/>
      <w:r w:rsidRPr="00F949BF">
        <w:rPr>
          <w:lang w:val="ru-RU"/>
        </w:rPr>
        <w:t>незалежно</w:t>
      </w:r>
      <w:proofErr w:type="spellEnd"/>
      <w:r w:rsidRPr="00F949BF">
        <w:rPr>
          <w:lang w:val="ru-RU"/>
        </w:rPr>
        <w:t xml:space="preserve"> </w:t>
      </w:r>
      <w:proofErr w:type="spellStart"/>
      <w:r w:rsidRPr="00F949BF">
        <w:rPr>
          <w:lang w:val="ru-RU"/>
        </w:rPr>
        <w:t>від</w:t>
      </w:r>
      <w:proofErr w:type="spellEnd"/>
      <w:r w:rsidRPr="00F949BF">
        <w:rPr>
          <w:lang w:val="ru-RU"/>
        </w:rPr>
        <w:t xml:space="preserve"> </w:t>
      </w:r>
      <w:proofErr w:type="spellStart"/>
      <w:r w:rsidRPr="00F949BF">
        <w:rPr>
          <w:lang w:val="ru-RU"/>
        </w:rPr>
        <w:t>дати</w:t>
      </w:r>
      <w:proofErr w:type="spellEnd"/>
      <w:r w:rsidRPr="00F949BF">
        <w:rPr>
          <w:lang w:val="ru-RU"/>
        </w:rPr>
        <w:t xml:space="preserve"> </w:t>
      </w:r>
      <w:proofErr w:type="spellStart"/>
      <w:r w:rsidRPr="00F949BF">
        <w:rPr>
          <w:lang w:val="ru-RU"/>
        </w:rPr>
        <w:t>участі</w:t>
      </w:r>
      <w:proofErr w:type="spellEnd"/>
      <w:r w:rsidRPr="00F949BF">
        <w:rPr>
          <w:lang w:val="ru-RU"/>
        </w:rPr>
        <w:t xml:space="preserve">, способу </w:t>
      </w:r>
      <w:proofErr w:type="spellStart"/>
      <w:r w:rsidRPr="00F949BF">
        <w:rPr>
          <w:lang w:val="ru-RU"/>
        </w:rPr>
        <w:t>авторизації</w:t>
      </w:r>
      <w:proofErr w:type="spellEnd"/>
      <w:r w:rsidRPr="00F949BF">
        <w:rPr>
          <w:lang w:val="ru-RU"/>
        </w:rPr>
        <w:t xml:space="preserve">, </w:t>
      </w:r>
      <w:proofErr w:type="spellStart"/>
      <w:r w:rsidRPr="00F949BF">
        <w:rPr>
          <w:lang w:val="ru-RU"/>
        </w:rPr>
        <w:t>наявності</w:t>
      </w:r>
      <w:proofErr w:type="spellEnd"/>
      <w:r w:rsidRPr="00F949BF">
        <w:rPr>
          <w:lang w:val="ru-RU"/>
        </w:rPr>
        <w:t xml:space="preserve"> </w:t>
      </w:r>
      <w:proofErr w:type="spellStart"/>
      <w:r w:rsidRPr="00F949BF">
        <w:rPr>
          <w:lang w:val="ru-RU"/>
        </w:rPr>
        <w:t>підписки</w:t>
      </w:r>
      <w:proofErr w:type="spellEnd"/>
      <w:r w:rsidRPr="00F949BF">
        <w:rPr>
          <w:lang w:val="ru-RU"/>
        </w:rPr>
        <w:t xml:space="preserve"> </w:t>
      </w:r>
      <w:r>
        <w:t>SWEET</w:t>
      </w:r>
      <w:r w:rsidRPr="00F949BF">
        <w:rPr>
          <w:lang w:val="ru-RU"/>
        </w:rPr>
        <w:t>.</w:t>
      </w:r>
      <w:r>
        <w:t>TV</w:t>
      </w:r>
      <w:r w:rsidRPr="00F949BF">
        <w:rPr>
          <w:lang w:val="ru-RU"/>
        </w:rPr>
        <w:t xml:space="preserve">, </w:t>
      </w:r>
      <w:proofErr w:type="spellStart"/>
      <w:r w:rsidRPr="00F949BF">
        <w:rPr>
          <w:lang w:val="ru-RU"/>
        </w:rPr>
        <w:t>місцезнаходження</w:t>
      </w:r>
      <w:proofErr w:type="spellEnd"/>
      <w:r w:rsidRPr="00F949BF">
        <w:rPr>
          <w:lang w:val="ru-RU"/>
        </w:rPr>
        <w:t xml:space="preserve"> </w:t>
      </w:r>
      <w:proofErr w:type="spellStart"/>
      <w:r w:rsidRPr="00F949BF">
        <w:rPr>
          <w:lang w:val="ru-RU"/>
        </w:rPr>
        <w:t>Учасника</w:t>
      </w:r>
      <w:proofErr w:type="spellEnd"/>
      <w:r w:rsidRPr="00F949BF">
        <w:rPr>
          <w:lang w:val="ru-RU"/>
        </w:rPr>
        <w:t xml:space="preserve"> </w:t>
      </w:r>
      <w:proofErr w:type="spellStart"/>
      <w:r w:rsidRPr="00F949BF">
        <w:rPr>
          <w:lang w:val="ru-RU"/>
        </w:rPr>
        <w:t>або</w:t>
      </w:r>
      <w:proofErr w:type="spellEnd"/>
      <w:r w:rsidRPr="00F949BF">
        <w:rPr>
          <w:lang w:val="ru-RU"/>
        </w:rPr>
        <w:t xml:space="preserve"> </w:t>
      </w:r>
      <w:proofErr w:type="spellStart"/>
      <w:r w:rsidRPr="00F949BF">
        <w:rPr>
          <w:lang w:val="ru-RU"/>
        </w:rPr>
        <w:t>подальшого</w:t>
      </w:r>
      <w:proofErr w:type="spellEnd"/>
      <w:r w:rsidRPr="00F949BF">
        <w:rPr>
          <w:lang w:val="ru-RU"/>
        </w:rPr>
        <w:t xml:space="preserve"> </w:t>
      </w:r>
      <w:proofErr w:type="spellStart"/>
      <w:r w:rsidRPr="00F949BF">
        <w:rPr>
          <w:lang w:val="ru-RU"/>
        </w:rPr>
        <w:t>включення</w:t>
      </w:r>
      <w:proofErr w:type="spellEnd"/>
      <w:r w:rsidRPr="00F949BF">
        <w:rPr>
          <w:lang w:val="ru-RU"/>
        </w:rPr>
        <w:t xml:space="preserve"> до </w:t>
      </w:r>
      <w:proofErr w:type="spellStart"/>
      <w:r w:rsidRPr="00F949BF">
        <w:rPr>
          <w:lang w:val="ru-RU"/>
        </w:rPr>
        <w:t>Голосування</w:t>
      </w:r>
      <w:proofErr w:type="spellEnd"/>
      <w:r w:rsidRPr="00F949BF">
        <w:rPr>
          <w:lang w:val="ru-RU"/>
        </w:rPr>
        <w:t xml:space="preserve"> </w:t>
      </w:r>
      <w:proofErr w:type="spellStart"/>
      <w:r w:rsidRPr="00F949BF">
        <w:rPr>
          <w:lang w:val="ru-RU"/>
        </w:rPr>
        <w:t>нових</w:t>
      </w:r>
      <w:proofErr w:type="spellEnd"/>
      <w:r w:rsidRPr="00F949BF">
        <w:rPr>
          <w:lang w:val="ru-RU"/>
        </w:rPr>
        <w:t xml:space="preserve"> </w:t>
      </w:r>
      <w:proofErr w:type="spellStart"/>
      <w:r w:rsidRPr="00F949BF">
        <w:rPr>
          <w:lang w:val="ru-RU"/>
        </w:rPr>
        <w:t>Кандидатів</w:t>
      </w:r>
      <w:proofErr w:type="spellEnd"/>
      <w:r w:rsidRPr="00541039">
        <w:rPr>
          <w:lang w:val="ru-RU"/>
        </w:rPr>
        <w:t>.</w:t>
      </w:r>
    </w:p>
    <w:p w14:paraId="604E6CE7" w14:textId="4F29A867" w:rsidR="00D97F10" w:rsidRPr="00541039" w:rsidRDefault="00F949BF">
      <w:pPr>
        <w:pStyle w:val="LegalClause"/>
        <w:numPr>
          <w:ilvl w:val="1"/>
          <w:numId w:val="1"/>
        </w:numPr>
        <w:rPr>
          <w:lang w:val="ru-RU"/>
        </w:rPr>
      </w:pPr>
      <w:r w:rsidRPr="00F949BF">
        <w:rPr>
          <w:lang w:val="ru-RU"/>
        </w:rPr>
        <w:t xml:space="preserve">Для </w:t>
      </w:r>
      <w:proofErr w:type="spellStart"/>
      <w:r w:rsidRPr="00F949BF">
        <w:rPr>
          <w:lang w:val="ru-RU"/>
        </w:rPr>
        <w:t>формування</w:t>
      </w:r>
      <w:proofErr w:type="spellEnd"/>
      <w:r w:rsidRPr="00F949BF">
        <w:rPr>
          <w:lang w:val="ru-RU"/>
        </w:rPr>
        <w:t xml:space="preserve"> </w:t>
      </w:r>
      <w:proofErr w:type="spellStart"/>
      <w:r w:rsidRPr="00F949BF">
        <w:rPr>
          <w:lang w:val="ru-RU"/>
        </w:rPr>
        <w:t>проміжного</w:t>
      </w:r>
      <w:proofErr w:type="spellEnd"/>
      <w:r w:rsidRPr="00F949BF">
        <w:rPr>
          <w:lang w:val="ru-RU"/>
        </w:rPr>
        <w:t xml:space="preserve"> рейтингу </w:t>
      </w:r>
      <w:proofErr w:type="spellStart"/>
      <w:r w:rsidRPr="00F949BF">
        <w:rPr>
          <w:lang w:val="ru-RU"/>
        </w:rPr>
        <w:t>враховуються</w:t>
      </w:r>
      <w:proofErr w:type="spellEnd"/>
      <w:r w:rsidRPr="00F949BF">
        <w:rPr>
          <w:lang w:val="ru-RU"/>
        </w:rPr>
        <w:t xml:space="preserve"> голоси, </w:t>
      </w:r>
      <w:proofErr w:type="spellStart"/>
      <w:r w:rsidRPr="00F949BF">
        <w:rPr>
          <w:lang w:val="ru-RU"/>
        </w:rPr>
        <w:t>які</w:t>
      </w:r>
      <w:proofErr w:type="spellEnd"/>
      <w:r w:rsidRPr="00F949BF">
        <w:rPr>
          <w:lang w:val="ru-RU"/>
        </w:rPr>
        <w:t xml:space="preserve"> на момент </w:t>
      </w:r>
      <w:proofErr w:type="spellStart"/>
      <w:r w:rsidRPr="00F949BF">
        <w:rPr>
          <w:lang w:val="ru-RU"/>
        </w:rPr>
        <w:t>відповідного</w:t>
      </w:r>
      <w:proofErr w:type="spellEnd"/>
      <w:r w:rsidRPr="00F949BF">
        <w:rPr>
          <w:lang w:val="ru-RU"/>
        </w:rPr>
        <w:t xml:space="preserve"> </w:t>
      </w:r>
      <w:proofErr w:type="spellStart"/>
      <w:r w:rsidRPr="00F949BF">
        <w:rPr>
          <w:lang w:val="ru-RU"/>
        </w:rPr>
        <w:t>розрахунку</w:t>
      </w:r>
      <w:proofErr w:type="spellEnd"/>
      <w:r w:rsidRPr="00F949BF">
        <w:rPr>
          <w:lang w:val="ru-RU"/>
        </w:rPr>
        <w:t xml:space="preserve"> </w:t>
      </w:r>
      <w:proofErr w:type="spellStart"/>
      <w:r w:rsidRPr="00F949BF">
        <w:rPr>
          <w:lang w:val="ru-RU"/>
        </w:rPr>
        <w:t>мають</w:t>
      </w:r>
      <w:proofErr w:type="spellEnd"/>
      <w:r w:rsidRPr="00F949BF">
        <w:rPr>
          <w:lang w:val="ru-RU"/>
        </w:rPr>
        <w:t xml:space="preserve"> статус </w:t>
      </w:r>
      <w:proofErr w:type="spellStart"/>
      <w:r w:rsidRPr="00F949BF">
        <w:rPr>
          <w:lang w:val="ru-RU"/>
        </w:rPr>
        <w:t>дійсних</w:t>
      </w:r>
      <w:proofErr w:type="spellEnd"/>
      <w:r w:rsidRPr="00F949BF">
        <w:rPr>
          <w:lang w:val="ru-RU"/>
        </w:rPr>
        <w:t xml:space="preserve">. Перед </w:t>
      </w:r>
      <w:proofErr w:type="spellStart"/>
      <w:r w:rsidRPr="00F949BF">
        <w:rPr>
          <w:lang w:val="ru-RU"/>
        </w:rPr>
        <w:t>визначенням</w:t>
      </w:r>
      <w:proofErr w:type="spellEnd"/>
      <w:r w:rsidRPr="00F949BF">
        <w:rPr>
          <w:lang w:val="ru-RU"/>
        </w:rPr>
        <w:t xml:space="preserve"> </w:t>
      </w:r>
      <w:proofErr w:type="spellStart"/>
      <w:r w:rsidRPr="00F949BF">
        <w:rPr>
          <w:lang w:val="ru-RU"/>
        </w:rPr>
        <w:t>фінальних</w:t>
      </w:r>
      <w:proofErr w:type="spellEnd"/>
      <w:r w:rsidRPr="00F949BF">
        <w:rPr>
          <w:lang w:val="ru-RU"/>
        </w:rPr>
        <w:t xml:space="preserve"> </w:t>
      </w:r>
      <w:proofErr w:type="spellStart"/>
      <w:r w:rsidRPr="00F949BF">
        <w:rPr>
          <w:lang w:val="ru-RU"/>
        </w:rPr>
        <w:t>результатів</w:t>
      </w:r>
      <w:proofErr w:type="spellEnd"/>
      <w:r w:rsidRPr="00F949BF">
        <w:rPr>
          <w:lang w:val="ru-RU"/>
        </w:rPr>
        <w:t xml:space="preserve"> </w:t>
      </w:r>
      <w:proofErr w:type="spellStart"/>
      <w:r w:rsidRPr="00F949BF">
        <w:rPr>
          <w:lang w:val="ru-RU"/>
        </w:rPr>
        <w:t>Організатор</w:t>
      </w:r>
      <w:proofErr w:type="spellEnd"/>
      <w:r w:rsidRPr="00F949BF">
        <w:rPr>
          <w:lang w:val="ru-RU"/>
        </w:rPr>
        <w:t xml:space="preserve"> </w:t>
      </w:r>
      <w:proofErr w:type="spellStart"/>
      <w:r w:rsidRPr="00F949BF">
        <w:rPr>
          <w:lang w:val="ru-RU"/>
        </w:rPr>
        <w:t>проводитиме</w:t>
      </w:r>
      <w:proofErr w:type="spellEnd"/>
      <w:r w:rsidRPr="00F949BF">
        <w:rPr>
          <w:lang w:val="ru-RU"/>
        </w:rPr>
        <w:t xml:space="preserve"> </w:t>
      </w:r>
      <w:proofErr w:type="spellStart"/>
      <w:r w:rsidRPr="00F949BF">
        <w:rPr>
          <w:lang w:val="ru-RU"/>
        </w:rPr>
        <w:t>звірку</w:t>
      </w:r>
      <w:proofErr w:type="spellEnd"/>
      <w:r w:rsidRPr="00F949BF">
        <w:rPr>
          <w:lang w:val="ru-RU"/>
        </w:rPr>
        <w:t xml:space="preserve"> </w:t>
      </w:r>
      <w:proofErr w:type="spellStart"/>
      <w:r w:rsidRPr="00F949BF">
        <w:rPr>
          <w:lang w:val="ru-RU"/>
        </w:rPr>
        <w:t>Голосів</w:t>
      </w:r>
      <w:proofErr w:type="spellEnd"/>
      <w:r w:rsidRPr="00F949BF">
        <w:rPr>
          <w:lang w:val="ru-RU"/>
        </w:rPr>
        <w:t xml:space="preserve">, у тому </w:t>
      </w:r>
      <w:proofErr w:type="spellStart"/>
      <w:r w:rsidRPr="00F949BF">
        <w:rPr>
          <w:lang w:val="ru-RU"/>
        </w:rPr>
        <w:t>числі</w:t>
      </w:r>
      <w:proofErr w:type="spellEnd"/>
      <w:r w:rsidRPr="00F949BF">
        <w:rPr>
          <w:lang w:val="ru-RU"/>
        </w:rPr>
        <w:t xml:space="preserve"> </w:t>
      </w:r>
      <w:proofErr w:type="spellStart"/>
      <w:r w:rsidRPr="00F949BF">
        <w:rPr>
          <w:lang w:val="ru-RU"/>
        </w:rPr>
        <w:t>щодо</w:t>
      </w:r>
      <w:proofErr w:type="spellEnd"/>
      <w:r w:rsidRPr="00F949BF">
        <w:rPr>
          <w:lang w:val="ru-RU"/>
        </w:rPr>
        <w:t xml:space="preserve"> статусу </w:t>
      </w:r>
      <w:proofErr w:type="spellStart"/>
      <w:r w:rsidRPr="00F949BF">
        <w:rPr>
          <w:lang w:val="ru-RU"/>
        </w:rPr>
        <w:t>Верифікаційних</w:t>
      </w:r>
      <w:proofErr w:type="spellEnd"/>
      <w:r w:rsidRPr="00F949BF">
        <w:rPr>
          <w:lang w:val="ru-RU"/>
        </w:rPr>
        <w:t xml:space="preserve"> </w:t>
      </w:r>
      <w:proofErr w:type="spellStart"/>
      <w:r w:rsidRPr="00F949BF">
        <w:rPr>
          <w:lang w:val="ru-RU"/>
        </w:rPr>
        <w:t>платежів</w:t>
      </w:r>
      <w:proofErr w:type="spellEnd"/>
      <w:r w:rsidRPr="00F949BF">
        <w:rPr>
          <w:lang w:val="ru-RU"/>
        </w:rPr>
        <w:t xml:space="preserve">, </w:t>
      </w:r>
      <w:proofErr w:type="spellStart"/>
      <w:r w:rsidRPr="00F949BF">
        <w:rPr>
          <w:lang w:val="ru-RU"/>
        </w:rPr>
        <w:t>повернень</w:t>
      </w:r>
      <w:proofErr w:type="spellEnd"/>
      <w:r w:rsidRPr="00F949BF">
        <w:rPr>
          <w:lang w:val="ru-RU"/>
        </w:rPr>
        <w:t xml:space="preserve">, </w:t>
      </w:r>
      <w:proofErr w:type="spellStart"/>
      <w:r w:rsidRPr="00F949BF">
        <w:rPr>
          <w:lang w:val="ru-RU"/>
        </w:rPr>
        <w:t>технічних</w:t>
      </w:r>
      <w:proofErr w:type="spellEnd"/>
      <w:r w:rsidRPr="00F949BF">
        <w:rPr>
          <w:lang w:val="ru-RU"/>
        </w:rPr>
        <w:t xml:space="preserve"> </w:t>
      </w:r>
      <w:proofErr w:type="spellStart"/>
      <w:r w:rsidRPr="00F949BF">
        <w:rPr>
          <w:lang w:val="ru-RU"/>
        </w:rPr>
        <w:t>дублювань</w:t>
      </w:r>
      <w:proofErr w:type="spellEnd"/>
      <w:r w:rsidRPr="00F949BF">
        <w:rPr>
          <w:lang w:val="ru-RU"/>
        </w:rPr>
        <w:t xml:space="preserve"> та </w:t>
      </w:r>
      <w:proofErr w:type="spellStart"/>
      <w:r w:rsidRPr="00F949BF">
        <w:rPr>
          <w:lang w:val="ru-RU"/>
        </w:rPr>
        <w:t>ознак</w:t>
      </w:r>
      <w:proofErr w:type="spellEnd"/>
      <w:r w:rsidRPr="00F949BF">
        <w:rPr>
          <w:lang w:val="ru-RU"/>
        </w:rPr>
        <w:t xml:space="preserve"> Фроду.</w:t>
      </w:r>
    </w:p>
    <w:p w14:paraId="3BB4B388" w14:textId="72EDAC90" w:rsidR="00D97F10" w:rsidRPr="00541039" w:rsidRDefault="00000000">
      <w:pPr>
        <w:pStyle w:val="LegalClause"/>
        <w:numPr>
          <w:ilvl w:val="1"/>
          <w:numId w:val="1"/>
        </w:numPr>
        <w:rPr>
          <w:lang w:val="ru-RU"/>
        </w:rPr>
      </w:pPr>
      <w:proofErr w:type="spellStart"/>
      <w:r w:rsidRPr="00541039">
        <w:rPr>
          <w:lang w:val="ru-RU"/>
        </w:rPr>
        <w:t>Первинними</w:t>
      </w:r>
      <w:proofErr w:type="spellEnd"/>
      <w:r w:rsidRPr="00541039">
        <w:rPr>
          <w:lang w:val="ru-RU"/>
        </w:rPr>
        <w:t xml:space="preserve"> </w:t>
      </w:r>
      <w:proofErr w:type="spellStart"/>
      <w:r w:rsidRPr="00541039">
        <w:rPr>
          <w:lang w:val="ru-RU"/>
        </w:rPr>
        <w:t>джерелами</w:t>
      </w:r>
      <w:proofErr w:type="spellEnd"/>
      <w:r w:rsidRPr="00541039">
        <w:rPr>
          <w:lang w:val="ru-RU"/>
        </w:rPr>
        <w:t xml:space="preserve"> для </w:t>
      </w:r>
      <w:proofErr w:type="spellStart"/>
      <w:r w:rsidR="004362EA">
        <w:rPr>
          <w:lang w:val="ru-RU"/>
        </w:rPr>
        <w:t>о</w:t>
      </w:r>
      <w:r w:rsidR="00F949BF" w:rsidRPr="00F949BF">
        <w:rPr>
          <w:lang w:val="ru-RU"/>
        </w:rPr>
        <w:t>блік</w:t>
      </w:r>
      <w:r w:rsidR="004362EA">
        <w:rPr>
          <w:lang w:val="ru-RU"/>
        </w:rPr>
        <w:t>у</w:t>
      </w:r>
      <w:proofErr w:type="spellEnd"/>
      <w:r w:rsidR="00F949BF" w:rsidRPr="00F949BF">
        <w:rPr>
          <w:lang w:val="ru-RU"/>
        </w:rPr>
        <w:t xml:space="preserve"> </w:t>
      </w:r>
      <w:proofErr w:type="spellStart"/>
      <w:r w:rsidR="00F949BF" w:rsidRPr="00F949BF">
        <w:rPr>
          <w:lang w:val="ru-RU"/>
        </w:rPr>
        <w:t>Голосів</w:t>
      </w:r>
      <w:proofErr w:type="spellEnd"/>
      <w:r w:rsidR="00F949BF" w:rsidRPr="00F949BF">
        <w:rPr>
          <w:lang w:val="ru-RU"/>
        </w:rPr>
        <w:t xml:space="preserve"> </w:t>
      </w:r>
      <w:proofErr w:type="spellStart"/>
      <w:r w:rsidR="00F949BF" w:rsidRPr="00F949BF">
        <w:rPr>
          <w:lang w:val="ru-RU"/>
        </w:rPr>
        <w:t>здійснюється</w:t>
      </w:r>
      <w:proofErr w:type="spellEnd"/>
      <w:r w:rsidR="00F949BF" w:rsidRPr="00F949BF">
        <w:rPr>
          <w:lang w:val="ru-RU"/>
        </w:rPr>
        <w:t xml:space="preserve"> </w:t>
      </w:r>
      <w:proofErr w:type="spellStart"/>
      <w:r w:rsidR="00F949BF" w:rsidRPr="00F949BF">
        <w:rPr>
          <w:lang w:val="ru-RU"/>
        </w:rPr>
        <w:t>Організатором</w:t>
      </w:r>
      <w:proofErr w:type="spellEnd"/>
      <w:r w:rsidR="00F949BF" w:rsidRPr="00F949BF">
        <w:rPr>
          <w:lang w:val="ru-RU"/>
        </w:rPr>
        <w:t xml:space="preserve"> на </w:t>
      </w:r>
      <w:proofErr w:type="spellStart"/>
      <w:r w:rsidR="00F949BF" w:rsidRPr="00F949BF">
        <w:rPr>
          <w:lang w:val="ru-RU"/>
        </w:rPr>
        <w:t>підставі</w:t>
      </w:r>
      <w:proofErr w:type="spellEnd"/>
      <w:r w:rsidR="00F949BF" w:rsidRPr="00F949BF">
        <w:rPr>
          <w:lang w:val="ru-RU"/>
        </w:rPr>
        <w:t xml:space="preserve"> </w:t>
      </w:r>
      <w:proofErr w:type="spellStart"/>
      <w:r w:rsidR="00F949BF" w:rsidRPr="00F949BF">
        <w:rPr>
          <w:lang w:val="ru-RU"/>
        </w:rPr>
        <w:t>даних</w:t>
      </w:r>
      <w:proofErr w:type="spellEnd"/>
      <w:r w:rsidR="00F949BF" w:rsidRPr="00F949BF">
        <w:rPr>
          <w:lang w:val="ru-RU"/>
        </w:rPr>
        <w:t xml:space="preserve"> </w:t>
      </w:r>
      <w:proofErr w:type="spellStart"/>
      <w:r w:rsidR="00F949BF" w:rsidRPr="00F949BF">
        <w:rPr>
          <w:lang w:val="ru-RU"/>
        </w:rPr>
        <w:t>інформаційної</w:t>
      </w:r>
      <w:proofErr w:type="spellEnd"/>
      <w:r w:rsidR="00F949BF" w:rsidRPr="00F949BF">
        <w:rPr>
          <w:lang w:val="ru-RU"/>
        </w:rPr>
        <w:t xml:space="preserve"> </w:t>
      </w:r>
      <w:proofErr w:type="spellStart"/>
      <w:r w:rsidR="00F949BF" w:rsidRPr="00F949BF">
        <w:rPr>
          <w:lang w:val="ru-RU"/>
        </w:rPr>
        <w:t>системи</w:t>
      </w:r>
      <w:proofErr w:type="spellEnd"/>
      <w:r w:rsidR="00F949BF" w:rsidRPr="00F949BF">
        <w:rPr>
          <w:lang w:val="ru-RU"/>
        </w:rPr>
        <w:t xml:space="preserve"> </w:t>
      </w:r>
      <w:r w:rsidR="00F949BF">
        <w:t>SWEET</w:t>
      </w:r>
      <w:r w:rsidR="00F949BF" w:rsidRPr="00F949BF">
        <w:rPr>
          <w:lang w:val="ru-RU"/>
        </w:rPr>
        <w:t>.</w:t>
      </w:r>
      <w:r w:rsidR="00F949BF">
        <w:t>TV</w:t>
      </w:r>
      <w:r w:rsidR="00F949BF" w:rsidRPr="00F949BF">
        <w:rPr>
          <w:lang w:val="ru-RU"/>
        </w:rPr>
        <w:t xml:space="preserve">, </w:t>
      </w:r>
      <w:proofErr w:type="spellStart"/>
      <w:r w:rsidR="00F949BF" w:rsidRPr="00F949BF">
        <w:rPr>
          <w:lang w:val="ru-RU"/>
        </w:rPr>
        <w:t>інформації</w:t>
      </w:r>
      <w:proofErr w:type="spellEnd"/>
      <w:r w:rsidR="00F949BF" w:rsidRPr="00F949BF">
        <w:rPr>
          <w:lang w:val="ru-RU"/>
        </w:rPr>
        <w:t xml:space="preserve"> про статус </w:t>
      </w:r>
      <w:proofErr w:type="spellStart"/>
      <w:r w:rsidR="00F949BF" w:rsidRPr="00F949BF">
        <w:rPr>
          <w:lang w:val="ru-RU"/>
        </w:rPr>
        <w:t>Верифікаційних</w:t>
      </w:r>
      <w:proofErr w:type="spellEnd"/>
      <w:r w:rsidR="00F949BF" w:rsidRPr="00F949BF">
        <w:rPr>
          <w:lang w:val="ru-RU"/>
        </w:rPr>
        <w:t xml:space="preserve"> </w:t>
      </w:r>
      <w:proofErr w:type="spellStart"/>
      <w:r w:rsidR="00F949BF" w:rsidRPr="00F949BF">
        <w:rPr>
          <w:lang w:val="ru-RU"/>
        </w:rPr>
        <w:t>платежів</w:t>
      </w:r>
      <w:proofErr w:type="spellEnd"/>
      <w:r w:rsidR="00F949BF" w:rsidRPr="00F949BF">
        <w:rPr>
          <w:lang w:val="ru-RU"/>
        </w:rPr>
        <w:t xml:space="preserve">, </w:t>
      </w:r>
      <w:proofErr w:type="spellStart"/>
      <w:r w:rsidR="00F949BF" w:rsidRPr="00F949BF">
        <w:rPr>
          <w:lang w:val="ru-RU"/>
        </w:rPr>
        <w:t>отриманої</w:t>
      </w:r>
      <w:proofErr w:type="spellEnd"/>
      <w:r w:rsidR="00F949BF" w:rsidRPr="00F949BF">
        <w:rPr>
          <w:lang w:val="ru-RU"/>
        </w:rPr>
        <w:t xml:space="preserve"> </w:t>
      </w:r>
      <w:proofErr w:type="spellStart"/>
      <w:r w:rsidR="00F949BF" w:rsidRPr="00F949BF">
        <w:rPr>
          <w:lang w:val="ru-RU"/>
        </w:rPr>
        <w:t>від</w:t>
      </w:r>
      <w:proofErr w:type="spellEnd"/>
      <w:r w:rsidR="00F949BF" w:rsidRPr="00F949BF">
        <w:rPr>
          <w:lang w:val="ru-RU"/>
        </w:rPr>
        <w:t xml:space="preserve"> </w:t>
      </w:r>
      <w:proofErr w:type="spellStart"/>
      <w:r w:rsidR="00F949BF" w:rsidRPr="00F949BF">
        <w:rPr>
          <w:lang w:val="ru-RU"/>
        </w:rPr>
        <w:t>платіжного</w:t>
      </w:r>
      <w:proofErr w:type="spellEnd"/>
      <w:r w:rsidR="00F949BF" w:rsidRPr="00F949BF">
        <w:rPr>
          <w:lang w:val="ru-RU"/>
        </w:rPr>
        <w:t xml:space="preserve"> партнера, та </w:t>
      </w:r>
      <w:proofErr w:type="spellStart"/>
      <w:r w:rsidR="00F949BF" w:rsidRPr="00F949BF">
        <w:rPr>
          <w:lang w:val="ru-RU"/>
        </w:rPr>
        <w:t>результатів</w:t>
      </w:r>
      <w:proofErr w:type="spellEnd"/>
      <w:r w:rsidR="00F949BF" w:rsidRPr="00F949BF">
        <w:rPr>
          <w:lang w:val="ru-RU"/>
        </w:rPr>
        <w:t xml:space="preserve"> антифрод-</w:t>
      </w:r>
      <w:proofErr w:type="spellStart"/>
      <w:r w:rsidR="00F949BF" w:rsidRPr="00F949BF">
        <w:rPr>
          <w:lang w:val="ru-RU"/>
        </w:rPr>
        <w:t>перевірки</w:t>
      </w:r>
      <w:proofErr w:type="spellEnd"/>
      <w:r w:rsidR="00F949BF" w:rsidRPr="00F949BF">
        <w:rPr>
          <w:lang w:val="ru-RU"/>
        </w:rPr>
        <w:t xml:space="preserve">. </w:t>
      </w:r>
      <w:r w:rsidR="00F949BF" w:rsidRPr="004362EA">
        <w:rPr>
          <w:lang w:val="ru-RU"/>
        </w:rPr>
        <w:t xml:space="preserve">У </w:t>
      </w:r>
      <w:proofErr w:type="spellStart"/>
      <w:r w:rsidR="00F949BF" w:rsidRPr="004362EA">
        <w:rPr>
          <w:lang w:val="ru-RU"/>
        </w:rPr>
        <w:t>разі</w:t>
      </w:r>
      <w:proofErr w:type="spellEnd"/>
      <w:r w:rsidR="00F949BF" w:rsidRPr="004362EA">
        <w:rPr>
          <w:lang w:val="ru-RU"/>
        </w:rPr>
        <w:t xml:space="preserve"> </w:t>
      </w:r>
      <w:proofErr w:type="spellStart"/>
      <w:r w:rsidR="00F949BF" w:rsidRPr="004362EA">
        <w:rPr>
          <w:lang w:val="ru-RU"/>
        </w:rPr>
        <w:t>виявлення</w:t>
      </w:r>
      <w:proofErr w:type="spellEnd"/>
      <w:r w:rsidR="00F949BF" w:rsidRPr="004362EA">
        <w:rPr>
          <w:lang w:val="ru-RU"/>
        </w:rPr>
        <w:t xml:space="preserve"> </w:t>
      </w:r>
      <w:proofErr w:type="spellStart"/>
      <w:r w:rsidR="00F949BF" w:rsidRPr="004362EA">
        <w:rPr>
          <w:lang w:val="ru-RU"/>
        </w:rPr>
        <w:t>розбіжностей</w:t>
      </w:r>
      <w:proofErr w:type="spellEnd"/>
      <w:r w:rsidR="00F949BF" w:rsidRPr="004362EA">
        <w:rPr>
          <w:lang w:val="ru-RU"/>
        </w:rPr>
        <w:t xml:space="preserve"> </w:t>
      </w:r>
      <w:proofErr w:type="spellStart"/>
      <w:r w:rsidR="00F949BF" w:rsidRPr="004362EA">
        <w:rPr>
          <w:lang w:val="ru-RU"/>
        </w:rPr>
        <w:t>Організатор</w:t>
      </w:r>
      <w:proofErr w:type="spellEnd"/>
      <w:r w:rsidR="00F949BF" w:rsidRPr="004362EA">
        <w:rPr>
          <w:lang w:val="ru-RU"/>
        </w:rPr>
        <w:t xml:space="preserve"> </w:t>
      </w:r>
      <w:proofErr w:type="spellStart"/>
      <w:r w:rsidR="00F949BF" w:rsidRPr="004362EA">
        <w:rPr>
          <w:lang w:val="ru-RU"/>
        </w:rPr>
        <w:t>проводити</w:t>
      </w:r>
      <w:proofErr w:type="spellEnd"/>
      <w:r w:rsidR="00F949BF" w:rsidRPr="004362EA">
        <w:rPr>
          <w:lang w:val="ru-RU"/>
        </w:rPr>
        <w:t xml:space="preserve"> </w:t>
      </w:r>
      <w:proofErr w:type="spellStart"/>
      <w:r w:rsidR="00F949BF" w:rsidRPr="004362EA">
        <w:rPr>
          <w:lang w:val="ru-RU"/>
        </w:rPr>
        <w:t>відповідну</w:t>
      </w:r>
      <w:proofErr w:type="spellEnd"/>
      <w:r w:rsidR="00F949BF" w:rsidRPr="004362EA">
        <w:rPr>
          <w:lang w:val="ru-RU"/>
        </w:rPr>
        <w:t xml:space="preserve"> </w:t>
      </w:r>
      <w:proofErr w:type="spellStart"/>
      <w:r w:rsidR="00F949BF" w:rsidRPr="004362EA">
        <w:rPr>
          <w:lang w:val="ru-RU"/>
        </w:rPr>
        <w:t>технічну</w:t>
      </w:r>
      <w:proofErr w:type="spellEnd"/>
      <w:r w:rsidR="00F949BF" w:rsidRPr="004362EA">
        <w:rPr>
          <w:lang w:val="ru-RU"/>
        </w:rPr>
        <w:t xml:space="preserve"> </w:t>
      </w:r>
      <w:proofErr w:type="spellStart"/>
      <w:r w:rsidR="00F949BF" w:rsidRPr="004362EA">
        <w:rPr>
          <w:lang w:val="ru-RU"/>
        </w:rPr>
        <w:t>звірку</w:t>
      </w:r>
      <w:proofErr w:type="spellEnd"/>
      <w:r w:rsidRPr="00541039">
        <w:rPr>
          <w:lang w:val="ru-RU"/>
        </w:rPr>
        <w:t xml:space="preserve">. За </w:t>
      </w:r>
      <w:proofErr w:type="spellStart"/>
      <w:r w:rsidRPr="00541039">
        <w:rPr>
          <w:lang w:val="ru-RU"/>
        </w:rPr>
        <w:t>відсутності</w:t>
      </w:r>
      <w:proofErr w:type="spellEnd"/>
      <w:r w:rsidRPr="00541039">
        <w:rPr>
          <w:lang w:val="ru-RU"/>
        </w:rPr>
        <w:t xml:space="preserve"> </w:t>
      </w:r>
      <w:proofErr w:type="spellStart"/>
      <w:r w:rsidRPr="00541039">
        <w:rPr>
          <w:lang w:val="ru-RU"/>
        </w:rPr>
        <w:t>доведеної</w:t>
      </w:r>
      <w:proofErr w:type="spellEnd"/>
      <w:r w:rsidRPr="00541039">
        <w:rPr>
          <w:lang w:val="ru-RU"/>
        </w:rPr>
        <w:t xml:space="preserve"> </w:t>
      </w:r>
      <w:proofErr w:type="spellStart"/>
      <w:r w:rsidRPr="00541039">
        <w:rPr>
          <w:lang w:val="ru-RU"/>
        </w:rPr>
        <w:t>технічної</w:t>
      </w:r>
      <w:proofErr w:type="spellEnd"/>
      <w:r w:rsidRPr="00541039">
        <w:rPr>
          <w:lang w:val="ru-RU"/>
        </w:rPr>
        <w:t xml:space="preserve"> </w:t>
      </w:r>
      <w:proofErr w:type="spellStart"/>
      <w:r w:rsidRPr="00541039">
        <w:rPr>
          <w:lang w:val="ru-RU"/>
        </w:rPr>
        <w:t>помилки</w:t>
      </w:r>
      <w:proofErr w:type="spellEnd"/>
      <w:r w:rsidRPr="00541039">
        <w:rPr>
          <w:lang w:val="ru-RU"/>
        </w:rPr>
        <w:t xml:space="preserve"> </w:t>
      </w:r>
      <w:proofErr w:type="spellStart"/>
      <w:r w:rsidRPr="00541039">
        <w:rPr>
          <w:lang w:val="ru-RU"/>
        </w:rPr>
        <w:t>ці</w:t>
      </w:r>
      <w:proofErr w:type="spellEnd"/>
      <w:r w:rsidRPr="00541039">
        <w:rPr>
          <w:lang w:val="ru-RU"/>
        </w:rPr>
        <w:t xml:space="preserve"> записи </w:t>
      </w:r>
      <w:proofErr w:type="spellStart"/>
      <w:r w:rsidRPr="00541039">
        <w:rPr>
          <w:lang w:val="ru-RU"/>
        </w:rPr>
        <w:t>визначають</w:t>
      </w:r>
      <w:proofErr w:type="spellEnd"/>
      <w:r w:rsidRPr="00541039">
        <w:rPr>
          <w:lang w:val="ru-RU"/>
        </w:rPr>
        <w:t xml:space="preserve"> факт, час, </w:t>
      </w:r>
      <w:proofErr w:type="spellStart"/>
      <w:r w:rsidRPr="00541039">
        <w:rPr>
          <w:lang w:val="ru-RU"/>
        </w:rPr>
        <w:t>послідовність</w:t>
      </w:r>
      <w:proofErr w:type="spellEnd"/>
      <w:r w:rsidRPr="00541039">
        <w:rPr>
          <w:lang w:val="ru-RU"/>
        </w:rPr>
        <w:t xml:space="preserve"> і статус Голосу.</w:t>
      </w:r>
    </w:p>
    <w:p w14:paraId="1E584B8A" w14:textId="76278DAE" w:rsidR="00D97F10" w:rsidRPr="00541039" w:rsidRDefault="004362EA">
      <w:pPr>
        <w:pStyle w:val="LegalClause"/>
        <w:numPr>
          <w:ilvl w:val="1"/>
          <w:numId w:val="1"/>
        </w:numPr>
        <w:rPr>
          <w:lang w:val="ru-RU"/>
        </w:rPr>
      </w:pPr>
      <w:proofErr w:type="spellStart"/>
      <w:r w:rsidRPr="004362EA">
        <w:rPr>
          <w:lang w:val="ru-RU"/>
        </w:rPr>
        <w:t>Фінальна</w:t>
      </w:r>
      <w:proofErr w:type="spellEnd"/>
      <w:r w:rsidRPr="004362EA">
        <w:rPr>
          <w:lang w:val="ru-RU"/>
        </w:rPr>
        <w:t xml:space="preserve"> </w:t>
      </w:r>
      <w:proofErr w:type="spellStart"/>
      <w:r w:rsidRPr="004362EA">
        <w:rPr>
          <w:lang w:val="ru-RU"/>
        </w:rPr>
        <w:t>кількість</w:t>
      </w:r>
      <w:proofErr w:type="spellEnd"/>
      <w:r w:rsidRPr="004362EA">
        <w:rPr>
          <w:lang w:val="ru-RU"/>
        </w:rPr>
        <w:t xml:space="preserve"> </w:t>
      </w:r>
      <w:proofErr w:type="spellStart"/>
      <w:r w:rsidRPr="004362EA">
        <w:rPr>
          <w:lang w:val="ru-RU"/>
        </w:rPr>
        <w:t>Дійсних</w:t>
      </w:r>
      <w:proofErr w:type="spellEnd"/>
      <w:r w:rsidRPr="004362EA">
        <w:rPr>
          <w:lang w:val="ru-RU"/>
        </w:rPr>
        <w:t xml:space="preserve"> </w:t>
      </w:r>
      <w:proofErr w:type="spellStart"/>
      <w:r w:rsidRPr="004362EA">
        <w:rPr>
          <w:lang w:val="ru-RU"/>
        </w:rPr>
        <w:t>голосів</w:t>
      </w:r>
      <w:proofErr w:type="spellEnd"/>
      <w:r w:rsidRPr="004362EA">
        <w:rPr>
          <w:lang w:val="ru-RU"/>
        </w:rPr>
        <w:t xml:space="preserve"> </w:t>
      </w:r>
      <w:proofErr w:type="spellStart"/>
      <w:r w:rsidRPr="004362EA">
        <w:rPr>
          <w:lang w:val="ru-RU"/>
        </w:rPr>
        <w:t>може</w:t>
      </w:r>
      <w:proofErr w:type="spellEnd"/>
      <w:r w:rsidRPr="004362EA">
        <w:rPr>
          <w:lang w:val="ru-RU"/>
        </w:rPr>
        <w:t xml:space="preserve"> </w:t>
      </w:r>
      <w:proofErr w:type="spellStart"/>
      <w:r w:rsidRPr="004362EA">
        <w:rPr>
          <w:lang w:val="ru-RU"/>
        </w:rPr>
        <w:t>відрізнятися</w:t>
      </w:r>
      <w:proofErr w:type="spellEnd"/>
      <w:r w:rsidRPr="004362EA">
        <w:rPr>
          <w:lang w:val="ru-RU"/>
        </w:rPr>
        <w:t xml:space="preserve"> </w:t>
      </w:r>
      <w:proofErr w:type="spellStart"/>
      <w:r w:rsidRPr="004362EA">
        <w:rPr>
          <w:lang w:val="ru-RU"/>
        </w:rPr>
        <w:t>від</w:t>
      </w:r>
      <w:proofErr w:type="spellEnd"/>
      <w:r w:rsidRPr="004362EA">
        <w:rPr>
          <w:lang w:val="ru-RU"/>
        </w:rPr>
        <w:t xml:space="preserve"> </w:t>
      </w:r>
      <w:proofErr w:type="spellStart"/>
      <w:r w:rsidRPr="004362EA">
        <w:rPr>
          <w:lang w:val="ru-RU"/>
        </w:rPr>
        <w:t>останнього</w:t>
      </w:r>
      <w:proofErr w:type="spellEnd"/>
      <w:r w:rsidRPr="004362EA">
        <w:rPr>
          <w:lang w:val="ru-RU"/>
        </w:rPr>
        <w:t xml:space="preserve"> </w:t>
      </w:r>
      <w:proofErr w:type="spellStart"/>
      <w:r w:rsidRPr="004362EA">
        <w:rPr>
          <w:lang w:val="ru-RU"/>
        </w:rPr>
        <w:t>оприлюдненого</w:t>
      </w:r>
      <w:proofErr w:type="spellEnd"/>
      <w:r w:rsidRPr="004362EA">
        <w:rPr>
          <w:lang w:val="ru-RU"/>
        </w:rPr>
        <w:t xml:space="preserve"> </w:t>
      </w:r>
      <w:proofErr w:type="spellStart"/>
      <w:r w:rsidRPr="004362EA">
        <w:rPr>
          <w:lang w:val="ru-RU"/>
        </w:rPr>
        <w:t>показника</w:t>
      </w:r>
      <w:proofErr w:type="spellEnd"/>
      <w:r w:rsidRPr="004362EA">
        <w:rPr>
          <w:lang w:val="ru-RU"/>
        </w:rPr>
        <w:t xml:space="preserve"> Рейтингу </w:t>
      </w:r>
      <w:proofErr w:type="spellStart"/>
      <w:r w:rsidRPr="004362EA">
        <w:rPr>
          <w:lang w:val="ru-RU"/>
        </w:rPr>
        <w:t>внаслідок</w:t>
      </w:r>
      <w:proofErr w:type="spellEnd"/>
      <w:r w:rsidRPr="004362EA">
        <w:rPr>
          <w:lang w:val="ru-RU"/>
        </w:rPr>
        <w:t xml:space="preserve"> </w:t>
      </w:r>
      <w:proofErr w:type="spellStart"/>
      <w:r w:rsidRPr="004362EA">
        <w:rPr>
          <w:lang w:val="ru-RU"/>
        </w:rPr>
        <w:t>проведення</w:t>
      </w:r>
      <w:proofErr w:type="spellEnd"/>
      <w:r w:rsidRPr="004362EA">
        <w:rPr>
          <w:lang w:val="ru-RU"/>
        </w:rPr>
        <w:t xml:space="preserve"> </w:t>
      </w:r>
      <w:proofErr w:type="spellStart"/>
      <w:r w:rsidRPr="004362EA">
        <w:rPr>
          <w:lang w:val="ru-RU"/>
        </w:rPr>
        <w:t>фінальної</w:t>
      </w:r>
      <w:proofErr w:type="spellEnd"/>
      <w:r w:rsidRPr="004362EA">
        <w:rPr>
          <w:lang w:val="ru-RU"/>
        </w:rPr>
        <w:t xml:space="preserve"> </w:t>
      </w:r>
      <w:proofErr w:type="spellStart"/>
      <w:r w:rsidRPr="004362EA">
        <w:rPr>
          <w:lang w:val="ru-RU"/>
        </w:rPr>
        <w:t>звірки</w:t>
      </w:r>
      <w:proofErr w:type="spellEnd"/>
      <w:r w:rsidRPr="004362EA">
        <w:rPr>
          <w:lang w:val="ru-RU"/>
        </w:rPr>
        <w:t xml:space="preserve">, </w:t>
      </w:r>
      <w:proofErr w:type="spellStart"/>
      <w:r w:rsidRPr="004362EA">
        <w:rPr>
          <w:lang w:val="ru-RU"/>
        </w:rPr>
        <w:t>анулювання</w:t>
      </w:r>
      <w:proofErr w:type="spellEnd"/>
      <w:r w:rsidRPr="004362EA">
        <w:rPr>
          <w:lang w:val="ru-RU"/>
        </w:rPr>
        <w:t xml:space="preserve"> </w:t>
      </w:r>
      <w:proofErr w:type="spellStart"/>
      <w:r w:rsidRPr="004362EA">
        <w:rPr>
          <w:lang w:val="ru-RU"/>
        </w:rPr>
        <w:t>Голосів</w:t>
      </w:r>
      <w:proofErr w:type="spellEnd"/>
      <w:r w:rsidRPr="004362EA">
        <w:rPr>
          <w:lang w:val="ru-RU"/>
        </w:rPr>
        <w:t xml:space="preserve"> у </w:t>
      </w:r>
      <w:proofErr w:type="spellStart"/>
      <w:r w:rsidRPr="004362EA">
        <w:rPr>
          <w:lang w:val="ru-RU"/>
        </w:rPr>
        <w:t>зв'язку</w:t>
      </w:r>
      <w:proofErr w:type="spellEnd"/>
      <w:r w:rsidRPr="004362EA">
        <w:rPr>
          <w:lang w:val="ru-RU"/>
        </w:rPr>
        <w:t xml:space="preserve"> з </w:t>
      </w:r>
      <w:proofErr w:type="spellStart"/>
      <w:r w:rsidRPr="004362EA">
        <w:rPr>
          <w:lang w:val="ru-RU"/>
        </w:rPr>
        <w:t>поверненням</w:t>
      </w:r>
      <w:proofErr w:type="spellEnd"/>
      <w:r w:rsidRPr="004362EA">
        <w:rPr>
          <w:lang w:val="ru-RU"/>
        </w:rPr>
        <w:t xml:space="preserve"> </w:t>
      </w:r>
      <w:proofErr w:type="spellStart"/>
      <w:r w:rsidRPr="004362EA">
        <w:rPr>
          <w:lang w:val="ru-RU"/>
        </w:rPr>
        <w:t>або</w:t>
      </w:r>
      <w:proofErr w:type="spellEnd"/>
      <w:r w:rsidRPr="004362EA">
        <w:rPr>
          <w:lang w:val="ru-RU"/>
        </w:rPr>
        <w:t xml:space="preserve"> </w:t>
      </w:r>
      <w:proofErr w:type="spellStart"/>
      <w:r w:rsidRPr="004362EA">
        <w:rPr>
          <w:lang w:val="ru-RU"/>
        </w:rPr>
        <w:t>скасуванням</w:t>
      </w:r>
      <w:proofErr w:type="spellEnd"/>
      <w:r w:rsidRPr="004362EA">
        <w:rPr>
          <w:lang w:val="ru-RU"/>
        </w:rPr>
        <w:t xml:space="preserve"> </w:t>
      </w:r>
      <w:proofErr w:type="spellStart"/>
      <w:r w:rsidRPr="004362EA">
        <w:rPr>
          <w:lang w:val="ru-RU"/>
        </w:rPr>
        <w:t>Верифікаційних</w:t>
      </w:r>
      <w:proofErr w:type="spellEnd"/>
      <w:r w:rsidRPr="004362EA">
        <w:rPr>
          <w:lang w:val="ru-RU"/>
        </w:rPr>
        <w:t xml:space="preserve"> </w:t>
      </w:r>
      <w:proofErr w:type="spellStart"/>
      <w:r w:rsidRPr="004362EA">
        <w:rPr>
          <w:lang w:val="ru-RU"/>
        </w:rPr>
        <w:t>платежів</w:t>
      </w:r>
      <w:proofErr w:type="spellEnd"/>
      <w:r w:rsidRPr="004362EA">
        <w:rPr>
          <w:lang w:val="ru-RU"/>
        </w:rPr>
        <w:t xml:space="preserve">, </w:t>
      </w:r>
      <w:proofErr w:type="spellStart"/>
      <w:r w:rsidRPr="004362EA">
        <w:rPr>
          <w:lang w:val="ru-RU"/>
        </w:rPr>
        <w:t>усунення</w:t>
      </w:r>
      <w:proofErr w:type="spellEnd"/>
      <w:r w:rsidRPr="004362EA">
        <w:rPr>
          <w:lang w:val="ru-RU"/>
        </w:rPr>
        <w:t xml:space="preserve"> </w:t>
      </w:r>
      <w:proofErr w:type="spellStart"/>
      <w:r w:rsidRPr="004362EA">
        <w:rPr>
          <w:lang w:val="ru-RU"/>
        </w:rPr>
        <w:t>технічних</w:t>
      </w:r>
      <w:proofErr w:type="spellEnd"/>
      <w:r w:rsidRPr="004362EA">
        <w:rPr>
          <w:lang w:val="ru-RU"/>
        </w:rPr>
        <w:t xml:space="preserve"> </w:t>
      </w:r>
      <w:proofErr w:type="spellStart"/>
      <w:r w:rsidRPr="004362EA">
        <w:rPr>
          <w:lang w:val="ru-RU"/>
        </w:rPr>
        <w:t>дублювань</w:t>
      </w:r>
      <w:proofErr w:type="spellEnd"/>
      <w:r w:rsidRPr="004362EA">
        <w:rPr>
          <w:lang w:val="ru-RU"/>
        </w:rPr>
        <w:t xml:space="preserve"> та/</w:t>
      </w:r>
      <w:proofErr w:type="spellStart"/>
      <w:r w:rsidRPr="004362EA">
        <w:rPr>
          <w:lang w:val="ru-RU"/>
        </w:rPr>
        <w:t>або</w:t>
      </w:r>
      <w:proofErr w:type="spellEnd"/>
      <w:r w:rsidRPr="004362EA">
        <w:rPr>
          <w:lang w:val="ru-RU"/>
        </w:rPr>
        <w:t xml:space="preserve"> </w:t>
      </w:r>
      <w:proofErr w:type="spellStart"/>
      <w:r w:rsidRPr="004362EA">
        <w:rPr>
          <w:lang w:val="ru-RU"/>
        </w:rPr>
        <w:t>виявлення</w:t>
      </w:r>
      <w:proofErr w:type="spellEnd"/>
      <w:r w:rsidRPr="004362EA">
        <w:rPr>
          <w:lang w:val="ru-RU"/>
        </w:rPr>
        <w:t xml:space="preserve"> Фроду</w:t>
      </w:r>
      <w:r w:rsidRPr="00541039">
        <w:rPr>
          <w:lang w:val="ru-RU"/>
        </w:rPr>
        <w:t>.</w:t>
      </w:r>
    </w:p>
    <w:p w14:paraId="3C56AC86" w14:textId="77777777" w:rsidR="00D97F10" w:rsidRDefault="00000000" w:rsidP="004362EA">
      <w:pPr>
        <w:pStyle w:val="Heading1"/>
        <w:numPr>
          <w:ilvl w:val="0"/>
          <w:numId w:val="1"/>
        </w:numPr>
        <w:tabs>
          <w:tab w:val="left" w:pos="993"/>
        </w:tabs>
        <w:ind w:firstLine="66"/>
      </w:pPr>
      <w:r>
        <w:rPr>
          <w:rFonts w:ascii="Times New Roman" w:eastAsia="Times New Roman" w:hAnsi="Times New Roman" w:cs="Times New Roman"/>
        </w:rPr>
        <w:t>РЕЙТИНГ КАНДИДАТІВ</w:t>
      </w:r>
    </w:p>
    <w:p w14:paraId="64255DC7" w14:textId="6AEDC570" w:rsidR="00D97F10" w:rsidRPr="00541039" w:rsidRDefault="00000000" w:rsidP="00F17A74">
      <w:pPr>
        <w:pStyle w:val="LegalClause"/>
        <w:numPr>
          <w:ilvl w:val="1"/>
          <w:numId w:val="1"/>
        </w:numPr>
        <w:tabs>
          <w:tab w:val="left" w:pos="851"/>
          <w:tab w:val="left" w:pos="1418"/>
        </w:tabs>
        <w:rPr>
          <w:lang w:val="ru-RU"/>
        </w:rPr>
      </w:pPr>
      <w:r w:rsidRPr="00541039">
        <w:rPr>
          <w:lang w:val="ru-RU"/>
        </w:rPr>
        <w:t xml:space="preserve">Рейтинг </w:t>
      </w:r>
      <w:proofErr w:type="spellStart"/>
      <w:r w:rsidR="004362EA">
        <w:rPr>
          <w:lang w:val="ru-RU"/>
        </w:rPr>
        <w:t>в</w:t>
      </w:r>
      <w:r w:rsidRPr="00541039">
        <w:rPr>
          <w:lang w:val="ru-RU"/>
        </w:rPr>
        <w:t>перше</w:t>
      </w:r>
      <w:proofErr w:type="spellEnd"/>
      <w:r w:rsidRPr="00541039">
        <w:rPr>
          <w:lang w:val="ru-RU"/>
        </w:rPr>
        <w:t xml:space="preserve"> </w:t>
      </w:r>
      <w:proofErr w:type="spellStart"/>
      <w:r w:rsidRPr="00541039">
        <w:rPr>
          <w:lang w:val="ru-RU"/>
        </w:rPr>
        <w:t>відкривається</w:t>
      </w:r>
      <w:proofErr w:type="spellEnd"/>
      <w:r w:rsidRPr="00541039">
        <w:rPr>
          <w:lang w:val="ru-RU"/>
        </w:rPr>
        <w:t xml:space="preserve"> 7 вересня 2026 року о 00:01:00. До </w:t>
      </w:r>
      <w:proofErr w:type="spellStart"/>
      <w:r w:rsidRPr="00541039">
        <w:rPr>
          <w:lang w:val="ru-RU"/>
        </w:rPr>
        <w:t>цього</w:t>
      </w:r>
      <w:proofErr w:type="spellEnd"/>
      <w:r w:rsidRPr="00541039">
        <w:rPr>
          <w:lang w:val="ru-RU"/>
        </w:rPr>
        <w:t xml:space="preserve"> моменту </w:t>
      </w:r>
      <w:proofErr w:type="spellStart"/>
      <w:r w:rsidRPr="00541039">
        <w:rPr>
          <w:lang w:val="ru-RU"/>
        </w:rPr>
        <w:t>місця</w:t>
      </w:r>
      <w:proofErr w:type="spellEnd"/>
      <w:r w:rsidRPr="00541039">
        <w:rPr>
          <w:lang w:val="ru-RU"/>
        </w:rPr>
        <w:t xml:space="preserve"> та </w:t>
      </w:r>
      <w:proofErr w:type="spellStart"/>
      <w:r w:rsidRPr="00541039">
        <w:rPr>
          <w:lang w:val="ru-RU"/>
        </w:rPr>
        <w:t>кількість</w:t>
      </w:r>
      <w:proofErr w:type="spellEnd"/>
      <w:r w:rsidRPr="00541039">
        <w:rPr>
          <w:lang w:val="ru-RU"/>
        </w:rPr>
        <w:t xml:space="preserve"> </w:t>
      </w:r>
      <w:proofErr w:type="spellStart"/>
      <w:r w:rsidRPr="00541039">
        <w:rPr>
          <w:lang w:val="ru-RU"/>
        </w:rPr>
        <w:t>Голосів</w:t>
      </w:r>
      <w:proofErr w:type="spellEnd"/>
      <w:r w:rsidRPr="00541039">
        <w:rPr>
          <w:lang w:val="ru-RU"/>
        </w:rPr>
        <w:t xml:space="preserve"> </w:t>
      </w:r>
      <w:proofErr w:type="spellStart"/>
      <w:r w:rsidRPr="00541039">
        <w:rPr>
          <w:lang w:val="ru-RU"/>
        </w:rPr>
        <w:t>публічно</w:t>
      </w:r>
      <w:proofErr w:type="spellEnd"/>
      <w:r w:rsidRPr="00541039">
        <w:rPr>
          <w:lang w:val="ru-RU"/>
        </w:rPr>
        <w:t xml:space="preserve"> не </w:t>
      </w:r>
      <w:proofErr w:type="spellStart"/>
      <w:r w:rsidRPr="00541039">
        <w:rPr>
          <w:lang w:val="ru-RU"/>
        </w:rPr>
        <w:t>відображаються</w:t>
      </w:r>
      <w:proofErr w:type="spellEnd"/>
      <w:r w:rsidRPr="00541039">
        <w:rPr>
          <w:lang w:val="ru-RU"/>
        </w:rPr>
        <w:t>.</w:t>
      </w:r>
    </w:p>
    <w:p w14:paraId="088B97FA" w14:textId="77777777" w:rsidR="00D97F10" w:rsidRPr="00541039" w:rsidRDefault="00000000" w:rsidP="00F17A74">
      <w:pPr>
        <w:pStyle w:val="LegalClause"/>
        <w:numPr>
          <w:ilvl w:val="1"/>
          <w:numId w:val="1"/>
        </w:numPr>
        <w:tabs>
          <w:tab w:val="left" w:pos="851"/>
          <w:tab w:val="left" w:pos="1418"/>
        </w:tabs>
        <w:rPr>
          <w:lang w:val="ru-RU"/>
        </w:rPr>
      </w:pPr>
      <w:r w:rsidRPr="00541039">
        <w:rPr>
          <w:lang w:val="ru-RU"/>
        </w:rPr>
        <w:t xml:space="preserve">У </w:t>
      </w:r>
      <w:proofErr w:type="spellStart"/>
      <w:r w:rsidRPr="00541039">
        <w:rPr>
          <w:lang w:val="ru-RU"/>
        </w:rPr>
        <w:t>відкритому</w:t>
      </w:r>
      <w:proofErr w:type="spellEnd"/>
      <w:r w:rsidRPr="00541039">
        <w:rPr>
          <w:lang w:val="ru-RU"/>
        </w:rPr>
        <w:t xml:space="preserve"> Рейтингу для кожного Кандидата </w:t>
      </w:r>
      <w:proofErr w:type="spellStart"/>
      <w:r w:rsidRPr="00541039">
        <w:rPr>
          <w:lang w:val="ru-RU"/>
        </w:rPr>
        <w:t>відображаються</w:t>
      </w:r>
      <w:proofErr w:type="spellEnd"/>
      <w:r w:rsidRPr="00541039">
        <w:rPr>
          <w:lang w:val="ru-RU"/>
        </w:rPr>
        <w:t xml:space="preserve"> </w:t>
      </w:r>
      <w:proofErr w:type="spellStart"/>
      <w:r w:rsidRPr="00541039">
        <w:rPr>
          <w:lang w:val="ru-RU"/>
        </w:rPr>
        <w:t>його</w:t>
      </w:r>
      <w:proofErr w:type="spellEnd"/>
      <w:r w:rsidRPr="00541039">
        <w:rPr>
          <w:lang w:val="ru-RU"/>
        </w:rPr>
        <w:t xml:space="preserve"> </w:t>
      </w:r>
      <w:proofErr w:type="spellStart"/>
      <w:r w:rsidRPr="00541039">
        <w:rPr>
          <w:lang w:val="ru-RU"/>
        </w:rPr>
        <w:t>поточне</w:t>
      </w:r>
      <w:proofErr w:type="spellEnd"/>
      <w:r w:rsidRPr="00541039">
        <w:rPr>
          <w:lang w:val="ru-RU"/>
        </w:rPr>
        <w:t xml:space="preserve"> </w:t>
      </w:r>
      <w:proofErr w:type="spellStart"/>
      <w:r w:rsidRPr="00541039">
        <w:rPr>
          <w:lang w:val="ru-RU"/>
        </w:rPr>
        <w:t>місце</w:t>
      </w:r>
      <w:proofErr w:type="spellEnd"/>
      <w:r w:rsidRPr="00541039">
        <w:rPr>
          <w:lang w:val="ru-RU"/>
        </w:rPr>
        <w:t xml:space="preserve"> та точна </w:t>
      </w:r>
      <w:proofErr w:type="spellStart"/>
      <w:r w:rsidRPr="00541039">
        <w:rPr>
          <w:lang w:val="ru-RU"/>
        </w:rPr>
        <w:t>кількість</w:t>
      </w:r>
      <w:proofErr w:type="spellEnd"/>
      <w:r w:rsidRPr="00541039">
        <w:rPr>
          <w:lang w:val="ru-RU"/>
        </w:rPr>
        <w:t xml:space="preserve"> </w:t>
      </w:r>
      <w:proofErr w:type="spellStart"/>
      <w:r w:rsidRPr="00541039">
        <w:rPr>
          <w:lang w:val="ru-RU"/>
        </w:rPr>
        <w:t>Дійсних</w:t>
      </w:r>
      <w:proofErr w:type="spellEnd"/>
      <w:r w:rsidRPr="00541039">
        <w:rPr>
          <w:lang w:val="ru-RU"/>
        </w:rPr>
        <w:t xml:space="preserve"> </w:t>
      </w:r>
      <w:proofErr w:type="spellStart"/>
      <w:r w:rsidRPr="00541039">
        <w:rPr>
          <w:lang w:val="ru-RU"/>
        </w:rPr>
        <w:t>голосів</w:t>
      </w:r>
      <w:proofErr w:type="spellEnd"/>
      <w:r w:rsidRPr="00541039">
        <w:rPr>
          <w:lang w:val="ru-RU"/>
        </w:rPr>
        <w:t xml:space="preserve">, </w:t>
      </w:r>
      <w:proofErr w:type="spellStart"/>
      <w:r w:rsidRPr="00541039">
        <w:rPr>
          <w:lang w:val="ru-RU"/>
        </w:rPr>
        <w:t>врахованих</w:t>
      </w:r>
      <w:proofErr w:type="spellEnd"/>
      <w:r w:rsidRPr="00541039">
        <w:rPr>
          <w:lang w:val="ru-RU"/>
        </w:rPr>
        <w:t xml:space="preserve"> системою на момент </w:t>
      </w:r>
      <w:proofErr w:type="spellStart"/>
      <w:r w:rsidRPr="00541039">
        <w:rPr>
          <w:lang w:val="ru-RU"/>
        </w:rPr>
        <w:t>останнього</w:t>
      </w:r>
      <w:proofErr w:type="spellEnd"/>
      <w:r w:rsidRPr="00541039">
        <w:rPr>
          <w:lang w:val="ru-RU"/>
        </w:rPr>
        <w:t xml:space="preserve"> </w:t>
      </w:r>
      <w:proofErr w:type="spellStart"/>
      <w:r w:rsidRPr="00541039">
        <w:rPr>
          <w:lang w:val="ru-RU"/>
        </w:rPr>
        <w:t>оновлення</w:t>
      </w:r>
      <w:proofErr w:type="spellEnd"/>
      <w:r w:rsidRPr="00541039">
        <w:rPr>
          <w:lang w:val="ru-RU"/>
        </w:rPr>
        <w:t>.</w:t>
      </w:r>
    </w:p>
    <w:p w14:paraId="6E520EE2" w14:textId="5858A85D" w:rsidR="00D97F10" w:rsidRPr="00541039" w:rsidRDefault="004362EA" w:rsidP="00F17A74">
      <w:pPr>
        <w:pStyle w:val="LegalClause"/>
        <w:numPr>
          <w:ilvl w:val="1"/>
          <w:numId w:val="1"/>
        </w:numPr>
        <w:tabs>
          <w:tab w:val="left" w:pos="851"/>
          <w:tab w:val="left" w:pos="1418"/>
        </w:tabs>
        <w:rPr>
          <w:lang w:val="ru-RU"/>
        </w:rPr>
      </w:pPr>
      <w:r w:rsidRPr="004362EA">
        <w:rPr>
          <w:lang w:val="ru-RU"/>
        </w:rPr>
        <w:lastRenderedPageBreak/>
        <w:t xml:space="preserve">Рейтинг </w:t>
      </w:r>
      <w:proofErr w:type="spellStart"/>
      <w:r w:rsidRPr="004362EA">
        <w:rPr>
          <w:lang w:val="ru-RU"/>
        </w:rPr>
        <w:t>оновлюється</w:t>
      </w:r>
      <w:proofErr w:type="spellEnd"/>
      <w:r w:rsidRPr="004362EA">
        <w:rPr>
          <w:lang w:val="ru-RU"/>
        </w:rPr>
        <w:t xml:space="preserve"> </w:t>
      </w:r>
      <w:proofErr w:type="spellStart"/>
      <w:r w:rsidRPr="004362EA">
        <w:rPr>
          <w:lang w:val="ru-RU"/>
        </w:rPr>
        <w:t>приблизно</w:t>
      </w:r>
      <w:proofErr w:type="spellEnd"/>
      <w:r w:rsidRPr="004362EA">
        <w:rPr>
          <w:lang w:val="ru-RU"/>
        </w:rPr>
        <w:t xml:space="preserve"> один раз на годину. </w:t>
      </w:r>
      <w:proofErr w:type="spellStart"/>
      <w:r w:rsidRPr="004362EA">
        <w:rPr>
          <w:lang w:val="ru-RU"/>
        </w:rPr>
        <w:t>Затримка</w:t>
      </w:r>
      <w:proofErr w:type="spellEnd"/>
      <w:r w:rsidRPr="004362EA">
        <w:rPr>
          <w:lang w:val="ru-RU"/>
        </w:rPr>
        <w:t xml:space="preserve"> </w:t>
      </w:r>
      <w:proofErr w:type="spellStart"/>
      <w:r w:rsidRPr="004362EA">
        <w:rPr>
          <w:lang w:val="ru-RU"/>
        </w:rPr>
        <w:t>оновлення</w:t>
      </w:r>
      <w:proofErr w:type="spellEnd"/>
      <w:r w:rsidRPr="004362EA">
        <w:rPr>
          <w:lang w:val="ru-RU"/>
        </w:rPr>
        <w:t xml:space="preserve">, </w:t>
      </w:r>
      <w:proofErr w:type="spellStart"/>
      <w:r w:rsidRPr="004362EA">
        <w:rPr>
          <w:lang w:val="ru-RU"/>
        </w:rPr>
        <w:t>технічна</w:t>
      </w:r>
      <w:proofErr w:type="spellEnd"/>
      <w:r w:rsidRPr="004362EA">
        <w:rPr>
          <w:lang w:val="ru-RU"/>
        </w:rPr>
        <w:t xml:space="preserve"> </w:t>
      </w:r>
      <w:proofErr w:type="spellStart"/>
      <w:r w:rsidRPr="004362EA">
        <w:rPr>
          <w:lang w:val="ru-RU"/>
        </w:rPr>
        <w:t>коригування</w:t>
      </w:r>
      <w:proofErr w:type="spellEnd"/>
      <w:r w:rsidRPr="004362EA">
        <w:rPr>
          <w:lang w:val="ru-RU"/>
        </w:rPr>
        <w:t xml:space="preserve"> </w:t>
      </w:r>
      <w:proofErr w:type="spellStart"/>
      <w:r w:rsidRPr="004362EA">
        <w:rPr>
          <w:lang w:val="ru-RU"/>
        </w:rPr>
        <w:t>або</w:t>
      </w:r>
      <w:proofErr w:type="spellEnd"/>
      <w:r w:rsidRPr="004362EA">
        <w:rPr>
          <w:lang w:val="ru-RU"/>
        </w:rPr>
        <w:t xml:space="preserve"> </w:t>
      </w:r>
      <w:proofErr w:type="spellStart"/>
      <w:r w:rsidRPr="004362EA">
        <w:rPr>
          <w:lang w:val="ru-RU"/>
        </w:rPr>
        <w:t>тимчасова</w:t>
      </w:r>
      <w:proofErr w:type="spellEnd"/>
      <w:r w:rsidRPr="004362EA">
        <w:rPr>
          <w:lang w:val="ru-RU"/>
        </w:rPr>
        <w:t xml:space="preserve"> </w:t>
      </w:r>
      <w:proofErr w:type="spellStart"/>
      <w:r w:rsidRPr="004362EA">
        <w:rPr>
          <w:lang w:val="ru-RU"/>
        </w:rPr>
        <w:t>недоступність</w:t>
      </w:r>
      <w:proofErr w:type="spellEnd"/>
      <w:r w:rsidRPr="004362EA">
        <w:rPr>
          <w:lang w:val="ru-RU"/>
        </w:rPr>
        <w:t xml:space="preserve"> Рейтингу не </w:t>
      </w:r>
      <w:proofErr w:type="spellStart"/>
      <w:r w:rsidRPr="004362EA">
        <w:rPr>
          <w:lang w:val="ru-RU"/>
        </w:rPr>
        <w:t>зупиняють</w:t>
      </w:r>
      <w:proofErr w:type="spellEnd"/>
      <w:r w:rsidRPr="004362EA">
        <w:rPr>
          <w:lang w:val="ru-RU"/>
        </w:rPr>
        <w:t xml:space="preserve"> </w:t>
      </w:r>
      <w:proofErr w:type="spellStart"/>
      <w:r w:rsidRPr="004362EA">
        <w:rPr>
          <w:lang w:val="ru-RU"/>
        </w:rPr>
        <w:t>Голосування</w:t>
      </w:r>
      <w:proofErr w:type="spellEnd"/>
      <w:r w:rsidRPr="004362EA">
        <w:rPr>
          <w:lang w:val="ru-RU"/>
        </w:rPr>
        <w:t xml:space="preserve"> та не </w:t>
      </w:r>
      <w:proofErr w:type="spellStart"/>
      <w:r w:rsidRPr="004362EA">
        <w:rPr>
          <w:lang w:val="ru-RU"/>
        </w:rPr>
        <w:t>впливають</w:t>
      </w:r>
      <w:proofErr w:type="spellEnd"/>
      <w:r w:rsidRPr="004362EA">
        <w:rPr>
          <w:lang w:val="ru-RU"/>
        </w:rPr>
        <w:t xml:space="preserve"> на годину фактичного </w:t>
      </w:r>
      <w:proofErr w:type="spellStart"/>
      <w:r w:rsidRPr="004362EA">
        <w:rPr>
          <w:lang w:val="ru-RU"/>
        </w:rPr>
        <w:t>подання</w:t>
      </w:r>
      <w:proofErr w:type="spellEnd"/>
      <w:r w:rsidRPr="004362EA">
        <w:rPr>
          <w:lang w:val="ru-RU"/>
        </w:rPr>
        <w:t xml:space="preserve"> та </w:t>
      </w:r>
      <w:proofErr w:type="spellStart"/>
      <w:r w:rsidRPr="004362EA">
        <w:rPr>
          <w:lang w:val="ru-RU"/>
        </w:rPr>
        <w:t>обліку</w:t>
      </w:r>
      <w:proofErr w:type="spellEnd"/>
      <w:r w:rsidRPr="004362EA">
        <w:rPr>
          <w:lang w:val="ru-RU"/>
        </w:rPr>
        <w:t xml:space="preserve"> Голосу</w:t>
      </w:r>
      <w:r w:rsidRPr="00541039">
        <w:rPr>
          <w:lang w:val="ru-RU"/>
        </w:rPr>
        <w:t>.</w:t>
      </w:r>
    </w:p>
    <w:p w14:paraId="5D11F5BA" w14:textId="77777777" w:rsidR="00D97F10" w:rsidRPr="00541039" w:rsidRDefault="00000000" w:rsidP="00F17A74">
      <w:pPr>
        <w:pStyle w:val="LegalClause"/>
        <w:numPr>
          <w:ilvl w:val="1"/>
          <w:numId w:val="1"/>
        </w:numPr>
        <w:tabs>
          <w:tab w:val="left" w:pos="851"/>
          <w:tab w:val="left" w:pos="1418"/>
        </w:tabs>
        <w:rPr>
          <w:lang w:val="ru-RU"/>
        </w:rPr>
      </w:pPr>
      <w:r w:rsidRPr="00541039">
        <w:rPr>
          <w:lang w:val="ru-RU"/>
        </w:rPr>
        <w:t xml:space="preserve">14 вересня 2026 року о 00:01:00 Рейтинг </w:t>
      </w:r>
      <w:proofErr w:type="spellStart"/>
      <w:r w:rsidRPr="00541039">
        <w:rPr>
          <w:lang w:val="ru-RU"/>
        </w:rPr>
        <w:t>приховується</w:t>
      </w:r>
      <w:proofErr w:type="spellEnd"/>
      <w:r w:rsidRPr="00541039">
        <w:rPr>
          <w:lang w:val="ru-RU"/>
        </w:rPr>
        <w:t xml:space="preserve"> і </w:t>
      </w:r>
      <w:proofErr w:type="spellStart"/>
      <w:r w:rsidRPr="00541039">
        <w:rPr>
          <w:lang w:val="ru-RU"/>
        </w:rPr>
        <w:t>залишається</w:t>
      </w:r>
      <w:proofErr w:type="spellEnd"/>
      <w:r w:rsidRPr="00541039">
        <w:rPr>
          <w:lang w:val="ru-RU"/>
        </w:rPr>
        <w:t xml:space="preserve"> </w:t>
      </w:r>
      <w:proofErr w:type="spellStart"/>
      <w:r w:rsidRPr="00541039">
        <w:rPr>
          <w:lang w:val="ru-RU"/>
        </w:rPr>
        <w:t>прихованим</w:t>
      </w:r>
      <w:proofErr w:type="spellEnd"/>
      <w:r w:rsidRPr="00541039">
        <w:rPr>
          <w:lang w:val="ru-RU"/>
        </w:rPr>
        <w:t xml:space="preserve"> до </w:t>
      </w:r>
      <w:proofErr w:type="spellStart"/>
      <w:r w:rsidRPr="00541039">
        <w:rPr>
          <w:lang w:val="ru-RU"/>
        </w:rPr>
        <w:t>завершення</w:t>
      </w:r>
      <w:proofErr w:type="spellEnd"/>
      <w:r w:rsidRPr="00541039">
        <w:rPr>
          <w:lang w:val="ru-RU"/>
        </w:rPr>
        <w:t xml:space="preserve"> </w:t>
      </w:r>
      <w:proofErr w:type="spellStart"/>
      <w:r w:rsidRPr="00541039">
        <w:rPr>
          <w:lang w:val="ru-RU"/>
        </w:rPr>
        <w:t>Голосування</w:t>
      </w:r>
      <w:proofErr w:type="spellEnd"/>
      <w:r w:rsidRPr="00541039">
        <w:rPr>
          <w:lang w:val="ru-RU"/>
        </w:rPr>
        <w:t xml:space="preserve">. В </w:t>
      </w:r>
      <w:proofErr w:type="spellStart"/>
      <w:r w:rsidRPr="00541039">
        <w:rPr>
          <w:lang w:val="ru-RU"/>
        </w:rPr>
        <w:t>останній</w:t>
      </w:r>
      <w:proofErr w:type="spellEnd"/>
      <w:r w:rsidRPr="00541039">
        <w:rPr>
          <w:lang w:val="ru-RU"/>
        </w:rPr>
        <w:t xml:space="preserve"> </w:t>
      </w:r>
      <w:proofErr w:type="spellStart"/>
      <w:r w:rsidRPr="00541039">
        <w:rPr>
          <w:lang w:val="ru-RU"/>
        </w:rPr>
        <w:t>прихований</w:t>
      </w:r>
      <w:proofErr w:type="spellEnd"/>
      <w:r w:rsidRPr="00541039">
        <w:rPr>
          <w:lang w:val="ru-RU"/>
        </w:rPr>
        <w:t xml:space="preserve"> </w:t>
      </w:r>
      <w:proofErr w:type="spellStart"/>
      <w:r w:rsidRPr="00541039">
        <w:rPr>
          <w:lang w:val="ru-RU"/>
        </w:rPr>
        <w:t>період</w:t>
      </w:r>
      <w:proofErr w:type="spellEnd"/>
      <w:r w:rsidRPr="00541039">
        <w:rPr>
          <w:lang w:val="ru-RU"/>
        </w:rPr>
        <w:t xml:space="preserve"> </w:t>
      </w:r>
      <w:proofErr w:type="spellStart"/>
      <w:r w:rsidRPr="00541039">
        <w:rPr>
          <w:lang w:val="ru-RU"/>
        </w:rPr>
        <w:t>подання</w:t>
      </w:r>
      <w:proofErr w:type="spellEnd"/>
      <w:r w:rsidRPr="00541039">
        <w:rPr>
          <w:lang w:val="ru-RU"/>
        </w:rPr>
        <w:t xml:space="preserve"> </w:t>
      </w:r>
      <w:proofErr w:type="spellStart"/>
      <w:r w:rsidRPr="00541039">
        <w:rPr>
          <w:lang w:val="ru-RU"/>
        </w:rPr>
        <w:t>Голосів</w:t>
      </w:r>
      <w:proofErr w:type="spellEnd"/>
      <w:r w:rsidRPr="00541039">
        <w:rPr>
          <w:lang w:val="ru-RU"/>
        </w:rPr>
        <w:t xml:space="preserve"> </w:t>
      </w:r>
      <w:proofErr w:type="spellStart"/>
      <w:r w:rsidRPr="00541039">
        <w:rPr>
          <w:lang w:val="ru-RU"/>
        </w:rPr>
        <w:t>триває</w:t>
      </w:r>
      <w:proofErr w:type="spellEnd"/>
      <w:r w:rsidRPr="00541039">
        <w:rPr>
          <w:lang w:val="ru-RU"/>
        </w:rPr>
        <w:t xml:space="preserve"> на </w:t>
      </w:r>
      <w:proofErr w:type="spellStart"/>
      <w:r w:rsidRPr="00541039">
        <w:rPr>
          <w:lang w:val="ru-RU"/>
        </w:rPr>
        <w:t>загальних</w:t>
      </w:r>
      <w:proofErr w:type="spellEnd"/>
      <w:r w:rsidRPr="00541039">
        <w:rPr>
          <w:lang w:val="ru-RU"/>
        </w:rPr>
        <w:t xml:space="preserve"> </w:t>
      </w:r>
      <w:proofErr w:type="spellStart"/>
      <w:r w:rsidRPr="00541039">
        <w:rPr>
          <w:lang w:val="ru-RU"/>
        </w:rPr>
        <w:t>умовах</w:t>
      </w:r>
      <w:proofErr w:type="spellEnd"/>
      <w:r w:rsidRPr="00541039">
        <w:rPr>
          <w:lang w:val="ru-RU"/>
        </w:rPr>
        <w:t>.</w:t>
      </w:r>
    </w:p>
    <w:p w14:paraId="150CC38E" w14:textId="77777777" w:rsidR="00D97F10" w:rsidRPr="00541039" w:rsidRDefault="00000000" w:rsidP="00F17A74">
      <w:pPr>
        <w:pStyle w:val="LegalClause"/>
        <w:numPr>
          <w:ilvl w:val="1"/>
          <w:numId w:val="1"/>
        </w:numPr>
        <w:tabs>
          <w:tab w:val="left" w:pos="851"/>
          <w:tab w:val="left" w:pos="1418"/>
        </w:tabs>
        <w:rPr>
          <w:lang w:val="ru-RU"/>
        </w:rPr>
      </w:pPr>
      <w:proofErr w:type="spellStart"/>
      <w:r w:rsidRPr="00541039">
        <w:rPr>
          <w:lang w:val="ru-RU"/>
        </w:rPr>
        <w:t>Після</w:t>
      </w:r>
      <w:proofErr w:type="spellEnd"/>
      <w:r w:rsidRPr="00541039">
        <w:rPr>
          <w:lang w:val="ru-RU"/>
        </w:rPr>
        <w:t xml:space="preserve"> </w:t>
      </w:r>
      <w:proofErr w:type="spellStart"/>
      <w:r w:rsidRPr="00541039">
        <w:rPr>
          <w:lang w:val="ru-RU"/>
        </w:rPr>
        <w:t>приховування</w:t>
      </w:r>
      <w:proofErr w:type="spellEnd"/>
      <w:r w:rsidRPr="00541039">
        <w:rPr>
          <w:lang w:val="ru-RU"/>
        </w:rPr>
        <w:t xml:space="preserve"> </w:t>
      </w:r>
      <w:proofErr w:type="spellStart"/>
      <w:r w:rsidRPr="00541039">
        <w:rPr>
          <w:lang w:val="ru-RU"/>
        </w:rPr>
        <w:t>Організатор</w:t>
      </w:r>
      <w:proofErr w:type="spellEnd"/>
      <w:r w:rsidRPr="00541039">
        <w:rPr>
          <w:lang w:val="ru-RU"/>
        </w:rPr>
        <w:t xml:space="preserve"> не </w:t>
      </w:r>
      <w:proofErr w:type="spellStart"/>
      <w:r w:rsidRPr="00541039">
        <w:rPr>
          <w:lang w:val="ru-RU"/>
        </w:rPr>
        <w:t>зобов'язаний</w:t>
      </w:r>
      <w:proofErr w:type="spellEnd"/>
      <w:r w:rsidRPr="00541039">
        <w:rPr>
          <w:lang w:val="ru-RU"/>
        </w:rPr>
        <w:t xml:space="preserve"> </w:t>
      </w:r>
      <w:proofErr w:type="spellStart"/>
      <w:r w:rsidRPr="00541039">
        <w:rPr>
          <w:lang w:val="ru-RU"/>
        </w:rPr>
        <w:t>розкривати</w:t>
      </w:r>
      <w:proofErr w:type="spellEnd"/>
      <w:r w:rsidRPr="00541039">
        <w:rPr>
          <w:lang w:val="ru-RU"/>
        </w:rPr>
        <w:t xml:space="preserve"> </w:t>
      </w:r>
      <w:proofErr w:type="spellStart"/>
      <w:r w:rsidRPr="00541039">
        <w:rPr>
          <w:lang w:val="ru-RU"/>
        </w:rPr>
        <w:t>проміжні</w:t>
      </w:r>
      <w:proofErr w:type="spellEnd"/>
      <w:r w:rsidRPr="00541039">
        <w:rPr>
          <w:lang w:val="ru-RU"/>
        </w:rPr>
        <w:t xml:space="preserve"> </w:t>
      </w:r>
      <w:proofErr w:type="spellStart"/>
      <w:r w:rsidRPr="00541039">
        <w:rPr>
          <w:lang w:val="ru-RU"/>
        </w:rPr>
        <w:t>дані</w:t>
      </w:r>
      <w:proofErr w:type="spellEnd"/>
      <w:r w:rsidRPr="00541039">
        <w:rPr>
          <w:lang w:val="ru-RU"/>
        </w:rPr>
        <w:t xml:space="preserve"> до </w:t>
      </w:r>
      <w:proofErr w:type="spellStart"/>
      <w:r w:rsidRPr="00541039">
        <w:rPr>
          <w:lang w:val="ru-RU"/>
        </w:rPr>
        <w:t>офіційного</w:t>
      </w:r>
      <w:proofErr w:type="spellEnd"/>
      <w:r w:rsidRPr="00541039">
        <w:rPr>
          <w:lang w:val="ru-RU"/>
        </w:rPr>
        <w:t xml:space="preserve"> </w:t>
      </w:r>
      <w:proofErr w:type="spellStart"/>
      <w:r w:rsidRPr="00541039">
        <w:rPr>
          <w:lang w:val="ru-RU"/>
        </w:rPr>
        <w:t>оголошення</w:t>
      </w:r>
      <w:proofErr w:type="spellEnd"/>
      <w:r w:rsidRPr="00541039">
        <w:rPr>
          <w:lang w:val="ru-RU"/>
        </w:rPr>
        <w:t xml:space="preserve"> </w:t>
      </w:r>
      <w:proofErr w:type="spellStart"/>
      <w:r w:rsidRPr="00541039">
        <w:rPr>
          <w:lang w:val="ru-RU"/>
        </w:rPr>
        <w:t>результатів</w:t>
      </w:r>
      <w:proofErr w:type="spellEnd"/>
      <w:r w:rsidRPr="00541039">
        <w:rPr>
          <w:lang w:val="ru-RU"/>
        </w:rPr>
        <w:t>.</w:t>
      </w:r>
    </w:p>
    <w:p w14:paraId="25B6D00A" w14:textId="77777777" w:rsidR="00D97F10" w:rsidRDefault="00000000" w:rsidP="004362EA">
      <w:pPr>
        <w:pStyle w:val="Heading1"/>
        <w:numPr>
          <w:ilvl w:val="0"/>
          <w:numId w:val="1"/>
        </w:numPr>
        <w:tabs>
          <w:tab w:val="left" w:pos="851"/>
        </w:tabs>
        <w:ind w:firstLine="66"/>
      </w:pPr>
      <w:r>
        <w:rPr>
          <w:rFonts w:ascii="Times New Roman" w:eastAsia="Times New Roman" w:hAnsi="Times New Roman" w:cs="Times New Roman"/>
        </w:rPr>
        <w:t>АНТИФРОД-ПЕРЕВІРКА ТА АНУЛЮВАННЯ</w:t>
      </w:r>
    </w:p>
    <w:p w14:paraId="7157E4F9" w14:textId="69E4407F" w:rsidR="00D97F10" w:rsidRDefault="004362EA" w:rsidP="004362EA">
      <w:pPr>
        <w:pStyle w:val="LegalClause"/>
        <w:numPr>
          <w:ilvl w:val="1"/>
          <w:numId w:val="1"/>
        </w:numPr>
        <w:tabs>
          <w:tab w:val="left" w:pos="851"/>
        </w:tabs>
      </w:pPr>
      <w:proofErr w:type="spellStart"/>
      <w:r>
        <w:t>Організатор</w:t>
      </w:r>
      <w:proofErr w:type="spellEnd"/>
      <w:r>
        <w:t xml:space="preserve"> </w:t>
      </w:r>
      <w:proofErr w:type="spellStart"/>
      <w:r>
        <w:t>застосовує</w:t>
      </w:r>
      <w:proofErr w:type="spellEnd"/>
      <w:r>
        <w:t xml:space="preserve"> </w:t>
      </w:r>
      <w:proofErr w:type="spellStart"/>
      <w:r>
        <w:t>автоматизовані</w:t>
      </w:r>
      <w:proofErr w:type="spellEnd"/>
      <w:r>
        <w:t xml:space="preserve"> </w:t>
      </w:r>
      <w:proofErr w:type="spellStart"/>
      <w:r>
        <w:t>та</w:t>
      </w:r>
      <w:proofErr w:type="spellEnd"/>
      <w:r>
        <w:t xml:space="preserve"> </w:t>
      </w:r>
      <w:proofErr w:type="spellStart"/>
      <w:r>
        <w:t>ручні</w:t>
      </w:r>
      <w:proofErr w:type="spellEnd"/>
      <w:r>
        <w:t xml:space="preserve"> </w:t>
      </w:r>
      <w:proofErr w:type="spellStart"/>
      <w:r>
        <w:t>заходи</w:t>
      </w:r>
      <w:proofErr w:type="spellEnd"/>
      <w:r>
        <w:t xml:space="preserve"> </w:t>
      </w:r>
      <w:proofErr w:type="spellStart"/>
      <w:r>
        <w:t>для</w:t>
      </w:r>
      <w:proofErr w:type="spellEnd"/>
      <w:r>
        <w:t xml:space="preserve"> </w:t>
      </w:r>
      <w:proofErr w:type="spellStart"/>
      <w:r>
        <w:t>виявлення</w:t>
      </w:r>
      <w:proofErr w:type="spellEnd"/>
      <w:r>
        <w:t xml:space="preserve"> </w:t>
      </w:r>
      <w:proofErr w:type="spellStart"/>
      <w:r>
        <w:t>повторного</w:t>
      </w:r>
      <w:proofErr w:type="spellEnd"/>
      <w:r>
        <w:t xml:space="preserve"> </w:t>
      </w:r>
      <w:proofErr w:type="spellStart"/>
      <w:r>
        <w:t>голосування</w:t>
      </w:r>
      <w:proofErr w:type="spellEnd"/>
      <w:r>
        <w:t xml:space="preserve">, </w:t>
      </w:r>
      <w:proofErr w:type="spellStart"/>
      <w:r>
        <w:t>технічних</w:t>
      </w:r>
      <w:proofErr w:type="spellEnd"/>
      <w:r>
        <w:t xml:space="preserve"> </w:t>
      </w:r>
      <w:proofErr w:type="spellStart"/>
      <w:r>
        <w:t>маніпуляцій</w:t>
      </w:r>
      <w:proofErr w:type="spellEnd"/>
      <w:r>
        <w:t xml:space="preserve">, </w:t>
      </w:r>
      <w:proofErr w:type="spellStart"/>
      <w:r>
        <w:t>масової</w:t>
      </w:r>
      <w:proofErr w:type="spellEnd"/>
      <w:r>
        <w:t xml:space="preserve"> </w:t>
      </w:r>
      <w:proofErr w:type="spellStart"/>
      <w:r>
        <w:t>реєстрації</w:t>
      </w:r>
      <w:proofErr w:type="spellEnd"/>
      <w:r>
        <w:t xml:space="preserve"> Акаунтів, </w:t>
      </w:r>
      <w:proofErr w:type="spellStart"/>
      <w:r>
        <w:t>несанкціонованого</w:t>
      </w:r>
      <w:proofErr w:type="spellEnd"/>
      <w:r>
        <w:t xml:space="preserve"> </w:t>
      </w:r>
      <w:proofErr w:type="spellStart"/>
      <w:r>
        <w:t>використання</w:t>
      </w:r>
      <w:proofErr w:type="spellEnd"/>
      <w:r>
        <w:t xml:space="preserve"> </w:t>
      </w:r>
      <w:proofErr w:type="spellStart"/>
      <w:r>
        <w:t>чужих</w:t>
      </w:r>
      <w:proofErr w:type="spellEnd"/>
      <w:r>
        <w:t xml:space="preserve"> </w:t>
      </w:r>
      <w:proofErr w:type="spellStart"/>
      <w:r>
        <w:t>Акаунтів</w:t>
      </w:r>
      <w:proofErr w:type="spellEnd"/>
      <w:r>
        <w:t xml:space="preserve"> </w:t>
      </w:r>
      <w:proofErr w:type="spellStart"/>
      <w:r>
        <w:t>або</w:t>
      </w:r>
      <w:proofErr w:type="spellEnd"/>
      <w:r>
        <w:t xml:space="preserve"> </w:t>
      </w:r>
      <w:proofErr w:type="spellStart"/>
      <w:r>
        <w:t>ідентифікаційних</w:t>
      </w:r>
      <w:proofErr w:type="spellEnd"/>
      <w:r>
        <w:t xml:space="preserve"> </w:t>
      </w:r>
      <w:proofErr w:type="spellStart"/>
      <w:r>
        <w:t>даних</w:t>
      </w:r>
      <w:proofErr w:type="spellEnd"/>
      <w:r>
        <w:t xml:space="preserve">, </w:t>
      </w:r>
      <w:proofErr w:type="spellStart"/>
      <w:r>
        <w:t>платіжних</w:t>
      </w:r>
      <w:proofErr w:type="spellEnd"/>
      <w:r>
        <w:t xml:space="preserve"> </w:t>
      </w:r>
      <w:proofErr w:type="spellStart"/>
      <w:r>
        <w:t>зло</w:t>
      </w:r>
      <w:proofErr w:type="spellEnd"/>
      <w:r>
        <w:rPr>
          <w:lang w:val="uk-UA"/>
        </w:rPr>
        <w:t>в</w:t>
      </w:r>
      <w:proofErr w:type="spellStart"/>
      <w:r>
        <w:t>живань</w:t>
      </w:r>
      <w:proofErr w:type="spellEnd"/>
      <w:r>
        <w:t xml:space="preserve">, </w:t>
      </w:r>
      <w:proofErr w:type="spellStart"/>
      <w:r>
        <w:t>використання</w:t>
      </w:r>
      <w:proofErr w:type="spellEnd"/>
      <w:r>
        <w:t xml:space="preserve"> </w:t>
      </w:r>
      <w:proofErr w:type="spellStart"/>
      <w:r>
        <w:t>ботів</w:t>
      </w:r>
      <w:proofErr w:type="spellEnd"/>
      <w:r>
        <w:t xml:space="preserve">, </w:t>
      </w:r>
      <w:proofErr w:type="spellStart"/>
      <w:r>
        <w:t>скриптів</w:t>
      </w:r>
      <w:proofErr w:type="spellEnd"/>
      <w:r>
        <w:t xml:space="preserve">, </w:t>
      </w:r>
      <w:proofErr w:type="spellStart"/>
      <w:r>
        <w:t>емуляторів</w:t>
      </w:r>
      <w:proofErr w:type="spellEnd"/>
      <w:r>
        <w:t xml:space="preserve">, </w:t>
      </w:r>
      <w:proofErr w:type="spellStart"/>
      <w:r>
        <w:t>аномальних</w:t>
      </w:r>
      <w:proofErr w:type="spellEnd"/>
      <w:r>
        <w:t xml:space="preserve"> </w:t>
      </w:r>
      <w:proofErr w:type="spellStart"/>
      <w:r>
        <w:t>моделей</w:t>
      </w:r>
      <w:proofErr w:type="spellEnd"/>
      <w:r>
        <w:t xml:space="preserve"> </w:t>
      </w:r>
      <w:proofErr w:type="spellStart"/>
      <w:r>
        <w:t>поведінки</w:t>
      </w:r>
      <w:proofErr w:type="spellEnd"/>
      <w:r>
        <w:t xml:space="preserve"> </w:t>
      </w:r>
      <w:proofErr w:type="spellStart"/>
      <w:r>
        <w:t>та</w:t>
      </w:r>
      <w:proofErr w:type="spellEnd"/>
      <w:r>
        <w:t xml:space="preserve"> </w:t>
      </w:r>
      <w:proofErr w:type="spellStart"/>
      <w:r>
        <w:t>інших</w:t>
      </w:r>
      <w:proofErr w:type="spellEnd"/>
      <w:r>
        <w:t xml:space="preserve"> </w:t>
      </w:r>
      <w:proofErr w:type="spellStart"/>
      <w:r>
        <w:t>спроб</w:t>
      </w:r>
      <w:proofErr w:type="spellEnd"/>
      <w:r>
        <w:t xml:space="preserve"> </w:t>
      </w:r>
      <w:proofErr w:type="spellStart"/>
      <w:r>
        <w:t>обійти</w:t>
      </w:r>
      <w:proofErr w:type="spellEnd"/>
      <w:r>
        <w:t xml:space="preserve"> </w:t>
      </w:r>
      <w:proofErr w:type="spellStart"/>
      <w:r>
        <w:t>обмеження</w:t>
      </w:r>
      <w:proofErr w:type="spellEnd"/>
      <w:r>
        <w:t xml:space="preserve">, </w:t>
      </w:r>
      <w:proofErr w:type="spellStart"/>
      <w:r>
        <w:t>встановлені</w:t>
      </w:r>
      <w:proofErr w:type="spellEnd"/>
      <w:r>
        <w:t xml:space="preserve"> </w:t>
      </w:r>
      <w:proofErr w:type="spellStart"/>
      <w:r>
        <w:t>цими</w:t>
      </w:r>
      <w:proofErr w:type="spellEnd"/>
      <w:r>
        <w:rPr>
          <w:lang w:val="uk-UA"/>
        </w:rPr>
        <w:t xml:space="preserve"> </w:t>
      </w:r>
      <w:proofErr w:type="spellStart"/>
      <w:r>
        <w:t>Правил</w:t>
      </w:r>
      <w:r>
        <w:rPr>
          <w:lang w:val="uk-UA"/>
        </w:rPr>
        <w:t>ами</w:t>
      </w:r>
      <w:proofErr w:type="spellEnd"/>
      <w:r>
        <w:t>.</w:t>
      </w:r>
    </w:p>
    <w:p w14:paraId="53F82063" w14:textId="77777777" w:rsidR="00D97F10" w:rsidRDefault="00000000" w:rsidP="004362EA">
      <w:pPr>
        <w:pStyle w:val="LegalClause"/>
        <w:numPr>
          <w:ilvl w:val="1"/>
          <w:numId w:val="1"/>
        </w:numPr>
        <w:tabs>
          <w:tab w:val="left" w:pos="851"/>
        </w:tabs>
      </w:pPr>
      <w:r>
        <w:t>Для антифрод-перевірки можуть зіставлятися дані Акаунту, контактні та платіжні ідентифікатори, IP-адреса, параметри браузера і пристрою, часові та поведінкові ознаки, журнали авторизації, оплати і подання Голосу в обсязі, необхідному та дозволеному законом.</w:t>
      </w:r>
    </w:p>
    <w:p w14:paraId="70FF606F" w14:textId="706AA996" w:rsidR="00D97F10" w:rsidRPr="00541039" w:rsidRDefault="00000000" w:rsidP="004362EA">
      <w:pPr>
        <w:pStyle w:val="LegalClause"/>
        <w:numPr>
          <w:ilvl w:val="1"/>
          <w:numId w:val="1"/>
        </w:numPr>
        <w:tabs>
          <w:tab w:val="left" w:pos="851"/>
          <w:tab w:val="left" w:pos="1276"/>
        </w:tabs>
        <w:rPr>
          <w:lang w:val="ru-RU"/>
        </w:rPr>
      </w:pPr>
      <w:r w:rsidRPr="00541039">
        <w:rPr>
          <w:lang w:val="ru-RU"/>
        </w:rPr>
        <w:t xml:space="preserve">За </w:t>
      </w:r>
      <w:proofErr w:type="spellStart"/>
      <w:r w:rsidRPr="00541039">
        <w:rPr>
          <w:lang w:val="ru-RU"/>
        </w:rPr>
        <w:t>наявності</w:t>
      </w:r>
      <w:proofErr w:type="spellEnd"/>
      <w:r w:rsidRPr="00541039">
        <w:rPr>
          <w:lang w:val="ru-RU"/>
        </w:rPr>
        <w:t xml:space="preserve"> </w:t>
      </w:r>
      <w:proofErr w:type="spellStart"/>
      <w:r w:rsidRPr="00541039">
        <w:rPr>
          <w:lang w:val="ru-RU"/>
        </w:rPr>
        <w:t>обґрунтованих</w:t>
      </w:r>
      <w:proofErr w:type="spellEnd"/>
      <w:r w:rsidRPr="00541039">
        <w:rPr>
          <w:lang w:val="ru-RU"/>
        </w:rPr>
        <w:t xml:space="preserve"> </w:t>
      </w:r>
      <w:proofErr w:type="spellStart"/>
      <w:r w:rsidRPr="00541039">
        <w:rPr>
          <w:lang w:val="ru-RU"/>
        </w:rPr>
        <w:t>ознак</w:t>
      </w:r>
      <w:proofErr w:type="spellEnd"/>
      <w:r w:rsidRPr="00541039">
        <w:rPr>
          <w:lang w:val="ru-RU"/>
        </w:rPr>
        <w:t xml:space="preserve"> </w:t>
      </w:r>
      <w:proofErr w:type="spellStart"/>
      <w:r w:rsidRPr="00541039">
        <w:rPr>
          <w:lang w:val="ru-RU"/>
        </w:rPr>
        <w:t>порушення</w:t>
      </w:r>
      <w:proofErr w:type="spellEnd"/>
      <w:r w:rsidRPr="00541039">
        <w:rPr>
          <w:lang w:val="ru-RU"/>
        </w:rPr>
        <w:t xml:space="preserve"> </w:t>
      </w:r>
      <w:r w:rsidR="004362EA">
        <w:rPr>
          <w:lang w:val="ru-RU"/>
        </w:rPr>
        <w:t xml:space="preserve">правил </w:t>
      </w:r>
      <w:proofErr w:type="spellStart"/>
      <w:r w:rsidRPr="00541039">
        <w:rPr>
          <w:lang w:val="ru-RU"/>
        </w:rPr>
        <w:t>Організатор</w:t>
      </w:r>
      <w:proofErr w:type="spellEnd"/>
      <w:r w:rsidRPr="00541039">
        <w:rPr>
          <w:lang w:val="ru-RU"/>
        </w:rPr>
        <w:t xml:space="preserve"> </w:t>
      </w:r>
      <w:proofErr w:type="spellStart"/>
      <w:r w:rsidRPr="00541039">
        <w:rPr>
          <w:lang w:val="ru-RU"/>
        </w:rPr>
        <w:t>може</w:t>
      </w:r>
      <w:proofErr w:type="spellEnd"/>
      <w:r w:rsidRPr="00541039">
        <w:rPr>
          <w:lang w:val="ru-RU"/>
        </w:rPr>
        <w:t xml:space="preserve"> </w:t>
      </w:r>
      <w:proofErr w:type="spellStart"/>
      <w:r w:rsidRPr="00541039">
        <w:rPr>
          <w:lang w:val="ru-RU"/>
        </w:rPr>
        <w:t>тимчасово</w:t>
      </w:r>
      <w:proofErr w:type="spellEnd"/>
      <w:r w:rsidRPr="00541039">
        <w:rPr>
          <w:lang w:val="ru-RU"/>
        </w:rPr>
        <w:t xml:space="preserve"> </w:t>
      </w:r>
      <w:proofErr w:type="spellStart"/>
      <w:r w:rsidRPr="00541039">
        <w:rPr>
          <w:lang w:val="ru-RU"/>
        </w:rPr>
        <w:t>зупинити</w:t>
      </w:r>
      <w:proofErr w:type="spellEnd"/>
      <w:r w:rsidRPr="00541039">
        <w:rPr>
          <w:lang w:val="ru-RU"/>
        </w:rPr>
        <w:t xml:space="preserve"> </w:t>
      </w:r>
      <w:proofErr w:type="spellStart"/>
      <w:r w:rsidRPr="00541039">
        <w:rPr>
          <w:lang w:val="ru-RU"/>
        </w:rPr>
        <w:t>врахування</w:t>
      </w:r>
      <w:proofErr w:type="spellEnd"/>
      <w:r w:rsidRPr="00541039">
        <w:rPr>
          <w:lang w:val="ru-RU"/>
        </w:rPr>
        <w:t xml:space="preserve"> Голосу, </w:t>
      </w:r>
      <w:proofErr w:type="spellStart"/>
      <w:r w:rsidRPr="00541039">
        <w:rPr>
          <w:lang w:val="ru-RU"/>
        </w:rPr>
        <w:t>запросити</w:t>
      </w:r>
      <w:proofErr w:type="spellEnd"/>
      <w:r w:rsidRPr="00541039">
        <w:rPr>
          <w:lang w:val="ru-RU"/>
        </w:rPr>
        <w:t xml:space="preserve"> </w:t>
      </w:r>
      <w:proofErr w:type="spellStart"/>
      <w:r w:rsidRPr="00541039">
        <w:rPr>
          <w:lang w:val="ru-RU"/>
        </w:rPr>
        <w:t>додаткове</w:t>
      </w:r>
      <w:proofErr w:type="spellEnd"/>
      <w:r w:rsidRPr="00541039">
        <w:rPr>
          <w:lang w:val="ru-RU"/>
        </w:rPr>
        <w:t xml:space="preserve"> </w:t>
      </w:r>
      <w:proofErr w:type="spellStart"/>
      <w:r w:rsidRPr="00541039">
        <w:rPr>
          <w:lang w:val="ru-RU"/>
        </w:rPr>
        <w:t>підтвердження</w:t>
      </w:r>
      <w:proofErr w:type="spellEnd"/>
      <w:r w:rsidRPr="00541039">
        <w:rPr>
          <w:lang w:val="ru-RU"/>
        </w:rPr>
        <w:t xml:space="preserve">, </w:t>
      </w:r>
      <w:proofErr w:type="spellStart"/>
      <w:r w:rsidRPr="00541039">
        <w:rPr>
          <w:lang w:val="ru-RU"/>
        </w:rPr>
        <w:t>обмежити</w:t>
      </w:r>
      <w:proofErr w:type="spellEnd"/>
      <w:r w:rsidRPr="00541039">
        <w:rPr>
          <w:lang w:val="ru-RU"/>
        </w:rPr>
        <w:t xml:space="preserve"> доступ до </w:t>
      </w:r>
      <w:proofErr w:type="spellStart"/>
      <w:r w:rsidRPr="00541039">
        <w:rPr>
          <w:lang w:val="ru-RU"/>
        </w:rPr>
        <w:t>повторних</w:t>
      </w:r>
      <w:proofErr w:type="spellEnd"/>
      <w:r w:rsidRPr="00541039">
        <w:rPr>
          <w:lang w:val="ru-RU"/>
        </w:rPr>
        <w:t xml:space="preserve"> </w:t>
      </w:r>
      <w:proofErr w:type="spellStart"/>
      <w:r w:rsidRPr="00541039">
        <w:rPr>
          <w:lang w:val="ru-RU"/>
        </w:rPr>
        <w:t>дій</w:t>
      </w:r>
      <w:proofErr w:type="spellEnd"/>
      <w:r w:rsidRPr="00541039">
        <w:rPr>
          <w:lang w:val="ru-RU"/>
        </w:rPr>
        <w:t xml:space="preserve">, </w:t>
      </w:r>
      <w:proofErr w:type="spellStart"/>
      <w:r w:rsidRPr="00541039">
        <w:rPr>
          <w:lang w:val="ru-RU"/>
        </w:rPr>
        <w:t>анулювати</w:t>
      </w:r>
      <w:proofErr w:type="spellEnd"/>
      <w:r w:rsidRPr="00541039">
        <w:rPr>
          <w:lang w:val="ru-RU"/>
        </w:rPr>
        <w:t xml:space="preserve"> Голос та/</w:t>
      </w:r>
      <w:proofErr w:type="spellStart"/>
      <w:r w:rsidRPr="00541039">
        <w:rPr>
          <w:lang w:val="ru-RU"/>
        </w:rPr>
        <w:t>або</w:t>
      </w:r>
      <w:proofErr w:type="spellEnd"/>
      <w:r w:rsidRPr="00541039">
        <w:rPr>
          <w:lang w:val="ru-RU"/>
        </w:rPr>
        <w:t xml:space="preserve"> </w:t>
      </w:r>
      <w:proofErr w:type="spellStart"/>
      <w:r w:rsidRPr="00541039">
        <w:rPr>
          <w:lang w:val="ru-RU"/>
        </w:rPr>
        <w:t>виключити</w:t>
      </w:r>
      <w:proofErr w:type="spellEnd"/>
      <w:r w:rsidRPr="00541039">
        <w:rPr>
          <w:lang w:val="ru-RU"/>
        </w:rPr>
        <w:t xml:space="preserve"> </w:t>
      </w:r>
      <w:proofErr w:type="spellStart"/>
      <w:r w:rsidRPr="00541039">
        <w:rPr>
          <w:lang w:val="ru-RU"/>
        </w:rPr>
        <w:t>Акаунт</w:t>
      </w:r>
      <w:proofErr w:type="spellEnd"/>
      <w:r w:rsidRPr="00541039">
        <w:rPr>
          <w:lang w:val="ru-RU"/>
        </w:rPr>
        <w:t xml:space="preserve"> </w:t>
      </w:r>
      <w:proofErr w:type="spellStart"/>
      <w:r w:rsidRPr="00541039">
        <w:rPr>
          <w:lang w:val="ru-RU"/>
        </w:rPr>
        <w:t>із</w:t>
      </w:r>
      <w:proofErr w:type="spellEnd"/>
      <w:r w:rsidRPr="00541039">
        <w:rPr>
          <w:lang w:val="ru-RU"/>
        </w:rPr>
        <w:t xml:space="preserve"> </w:t>
      </w:r>
      <w:proofErr w:type="spellStart"/>
      <w:r w:rsidRPr="00541039">
        <w:rPr>
          <w:lang w:val="ru-RU"/>
        </w:rPr>
        <w:t>Розіграшу</w:t>
      </w:r>
      <w:proofErr w:type="spellEnd"/>
      <w:r w:rsidRPr="00541039">
        <w:rPr>
          <w:lang w:val="ru-RU"/>
        </w:rPr>
        <w:t>.</w:t>
      </w:r>
    </w:p>
    <w:p w14:paraId="102386CD" w14:textId="72F928D5" w:rsidR="00D97F10" w:rsidRDefault="004362EA" w:rsidP="004362EA">
      <w:pPr>
        <w:pStyle w:val="LegalClause"/>
        <w:numPr>
          <w:ilvl w:val="1"/>
          <w:numId w:val="1"/>
        </w:numPr>
        <w:tabs>
          <w:tab w:val="left" w:pos="851"/>
        </w:tabs>
        <w:rPr>
          <w:lang w:val="ru-RU"/>
        </w:rPr>
      </w:pPr>
      <w:r w:rsidRPr="004362EA">
        <w:rPr>
          <w:lang w:val="ru-RU"/>
        </w:rPr>
        <w:t xml:space="preserve">Голоси, </w:t>
      </w:r>
      <w:proofErr w:type="spellStart"/>
      <w:r w:rsidRPr="004362EA">
        <w:rPr>
          <w:lang w:val="ru-RU"/>
        </w:rPr>
        <w:t>подані</w:t>
      </w:r>
      <w:proofErr w:type="spellEnd"/>
      <w:r w:rsidRPr="004362EA">
        <w:rPr>
          <w:lang w:val="ru-RU"/>
        </w:rPr>
        <w:t xml:space="preserve"> </w:t>
      </w:r>
      <w:proofErr w:type="spellStart"/>
      <w:r w:rsidRPr="004362EA">
        <w:rPr>
          <w:lang w:val="ru-RU"/>
        </w:rPr>
        <w:t>однією</w:t>
      </w:r>
      <w:proofErr w:type="spellEnd"/>
      <w:r w:rsidRPr="004362EA">
        <w:rPr>
          <w:lang w:val="ru-RU"/>
        </w:rPr>
        <w:t xml:space="preserve"> </w:t>
      </w:r>
      <w:proofErr w:type="spellStart"/>
      <w:r w:rsidRPr="004362EA">
        <w:rPr>
          <w:lang w:val="ru-RU"/>
        </w:rPr>
        <w:t>фізичною</w:t>
      </w:r>
      <w:proofErr w:type="spellEnd"/>
      <w:r w:rsidRPr="004362EA">
        <w:rPr>
          <w:lang w:val="ru-RU"/>
        </w:rPr>
        <w:t xml:space="preserve"> особою </w:t>
      </w:r>
      <w:proofErr w:type="spellStart"/>
      <w:r w:rsidRPr="004362EA">
        <w:rPr>
          <w:lang w:val="ru-RU"/>
        </w:rPr>
        <w:t>понад</w:t>
      </w:r>
      <w:proofErr w:type="spellEnd"/>
      <w:r w:rsidRPr="004362EA">
        <w:rPr>
          <w:lang w:val="ru-RU"/>
        </w:rPr>
        <w:t xml:space="preserve"> </w:t>
      </w:r>
      <w:proofErr w:type="spellStart"/>
      <w:r w:rsidRPr="004362EA">
        <w:rPr>
          <w:lang w:val="ru-RU"/>
        </w:rPr>
        <w:t>дозволи</w:t>
      </w:r>
      <w:proofErr w:type="spellEnd"/>
      <w:r w:rsidRPr="004362EA">
        <w:rPr>
          <w:lang w:val="ru-RU"/>
        </w:rPr>
        <w:t xml:space="preserve"> </w:t>
      </w:r>
      <w:proofErr w:type="spellStart"/>
      <w:r w:rsidRPr="004362EA">
        <w:rPr>
          <w:lang w:val="ru-RU"/>
        </w:rPr>
        <w:t>цими</w:t>
      </w:r>
      <w:proofErr w:type="spellEnd"/>
      <w:r w:rsidRPr="004362EA">
        <w:rPr>
          <w:lang w:val="ru-RU"/>
        </w:rPr>
        <w:t xml:space="preserve"> Правилами на один Голос, </w:t>
      </w:r>
      <w:proofErr w:type="spellStart"/>
      <w:r w:rsidRPr="004362EA">
        <w:rPr>
          <w:lang w:val="ru-RU"/>
        </w:rPr>
        <w:t>підлягають</w:t>
      </w:r>
      <w:proofErr w:type="spellEnd"/>
      <w:r w:rsidRPr="004362EA">
        <w:rPr>
          <w:lang w:val="ru-RU"/>
        </w:rPr>
        <w:t xml:space="preserve"> </w:t>
      </w:r>
      <w:proofErr w:type="spellStart"/>
      <w:r w:rsidRPr="004362EA">
        <w:rPr>
          <w:lang w:val="ru-RU"/>
        </w:rPr>
        <w:t>анулюванню</w:t>
      </w:r>
      <w:proofErr w:type="spellEnd"/>
      <w:r w:rsidRPr="004362EA">
        <w:rPr>
          <w:lang w:val="ru-RU"/>
        </w:rPr>
        <w:t xml:space="preserve">. </w:t>
      </w:r>
      <w:proofErr w:type="spellStart"/>
      <w:r w:rsidRPr="004362EA">
        <w:rPr>
          <w:lang w:val="ru-RU"/>
        </w:rPr>
        <w:t>Організатор</w:t>
      </w:r>
      <w:proofErr w:type="spellEnd"/>
      <w:r w:rsidRPr="004362EA">
        <w:rPr>
          <w:lang w:val="ru-RU"/>
        </w:rPr>
        <w:t xml:space="preserve"> </w:t>
      </w:r>
      <w:proofErr w:type="spellStart"/>
      <w:r w:rsidRPr="004362EA">
        <w:rPr>
          <w:lang w:val="ru-RU"/>
        </w:rPr>
        <w:t>має</w:t>
      </w:r>
      <w:proofErr w:type="spellEnd"/>
      <w:r w:rsidRPr="004362EA">
        <w:rPr>
          <w:lang w:val="ru-RU"/>
        </w:rPr>
        <w:t xml:space="preserve"> право </w:t>
      </w:r>
      <w:proofErr w:type="spellStart"/>
      <w:r w:rsidRPr="004362EA">
        <w:rPr>
          <w:lang w:val="ru-RU"/>
        </w:rPr>
        <w:t>залишити</w:t>
      </w:r>
      <w:proofErr w:type="spellEnd"/>
      <w:r w:rsidRPr="004362EA">
        <w:rPr>
          <w:lang w:val="ru-RU"/>
        </w:rPr>
        <w:t xml:space="preserve"> </w:t>
      </w:r>
      <w:proofErr w:type="spellStart"/>
      <w:r w:rsidRPr="004362EA">
        <w:rPr>
          <w:lang w:val="ru-RU"/>
        </w:rPr>
        <w:t>Дійсним</w:t>
      </w:r>
      <w:proofErr w:type="spellEnd"/>
      <w:r w:rsidRPr="004362EA">
        <w:rPr>
          <w:lang w:val="ru-RU"/>
        </w:rPr>
        <w:t xml:space="preserve"> перший за годиною Голос, </w:t>
      </w:r>
      <w:proofErr w:type="spellStart"/>
      <w:r w:rsidRPr="004362EA">
        <w:rPr>
          <w:lang w:val="ru-RU"/>
        </w:rPr>
        <w:t>якщо</w:t>
      </w:r>
      <w:proofErr w:type="spellEnd"/>
      <w:r w:rsidRPr="004362EA">
        <w:rPr>
          <w:lang w:val="ru-RU"/>
        </w:rPr>
        <w:t xml:space="preserve"> </w:t>
      </w:r>
      <w:proofErr w:type="spellStart"/>
      <w:r w:rsidRPr="004362EA">
        <w:rPr>
          <w:lang w:val="ru-RU"/>
        </w:rPr>
        <w:t>може</w:t>
      </w:r>
      <w:proofErr w:type="spellEnd"/>
      <w:r w:rsidRPr="004362EA">
        <w:rPr>
          <w:lang w:val="ru-RU"/>
        </w:rPr>
        <w:t xml:space="preserve"> </w:t>
      </w:r>
      <w:proofErr w:type="spellStart"/>
      <w:r w:rsidRPr="004362EA">
        <w:rPr>
          <w:lang w:val="ru-RU"/>
        </w:rPr>
        <w:t>достовірно</w:t>
      </w:r>
      <w:proofErr w:type="spellEnd"/>
      <w:r w:rsidRPr="004362EA">
        <w:rPr>
          <w:lang w:val="ru-RU"/>
        </w:rPr>
        <w:t xml:space="preserve"> </w:t>
      </w:r>
      <w:proofErr w:type="spellStart"/>
      <w:r w:rsidRPr="004362EA">
        <w:rPr>
          <w:lang w:val="ru-RU"/>
        </w:rPr>
        <w:t>його</w:t>
      </w:r>
      <w:proofErr w:type="spellEnd"/>
      <w:r w:rsidRPr="004362EA">
        <w:rPr>
          <w:lang w:val="ru-RU"/>
        </w:rPr>
        <w:t xml:space="preserve"> </w:t>
      </w:r>
      <w:proofErr w:type="spellStart"/>
      <w:r w:rsidRPr="004362EA">
        <w:rPr>
          <w:lang w:val="ru-RU"/>
        </w:rPr>
        <w:t>ідентифікувати</w:t>
      </w:r>
      <w:proofErr w:type="spellEnd"/>
      <w:r w:rsidRPr="004362EA">
        <w:rPr>
          <w:lang w:val="ru-RU"/>
        </w:rPr>
        <w:t xml:space="preserve"> та </w:t>
      </w:r>
      <w:proofErr w:type="spellStart"/>
      <w:r w:rsidRPr="004362EA">
        <w:rPr>
          <w:lang w:val="ru-RU"/>
        </w:rPr>
        <w:t>відсутні</w:t>
      </w:r>
      <w:proofErr w:type="spellEnd"/>
      <w:r w:rsidRPr="004362EA">
        <w:rPr>
          <w:lang w:val="ru-RU"/>
        </w:rPr>
        <w:t xml:space="preserve"> </w:t>
      </w:r>
      <w:proofErr w:type="spellStart"/>
      <w:r w:rsidRPr="004362EA">
        <w:rPr>
          <w:lang w:val="ru-RU"/>
        </w:rPr>
        <w:t>інші</w:t>
      </w:r>
      <w:proofErr w:type="spellEnd"/>
      <w:r w:rsidRPr="004362EA">
        <w:rPr>
          <w:lang w:val="ru-RU"/>
        </w:rPr>
        <w:t xml:space="preserve"> </w:t>
      </w:r>
      <w:proofErr w:type="spellStart"/>
      <w:r w:rsidRPr="004362EA">
        <w:rPr>
          <w:lang w:val="ru-RU"/>
        </w:rPr>
        <w:t>порушення</w:t>
      </w:r>
      <w:proofErr w:type="spellEnd"/>
      <w:r w:rsidRPr="004362EA">
        <w:rPr>
          <w:lang w:val="ru-RU"/>
        </w:rPr>
        <w:t xml:space="preserve">. У </w:t>
      </w:r>
      <w:proofErr w:type="spellStart"/>
      <w:r w:rsidRPr="004362EA">
        <w:rPr>
          <w:lang w:val="ru-RU"/>
        </w:rPr>
        <w:t>разі</w:t>
      </w:r>
      <w:proofErr w:type="spellEnd"/>
      <w:r w:rsidRPr="004362EA">
        <w:rPr>
          <w:lang w:val="ru-RU"/>
        </w:rPr>
        <w:t xml:space="preserve"> </w:t>
      </w:r>
      <w:proofErr w:type="spellStart"/>
      <w:r w:rsidRPr="004362EA">
        <w:rPr>
          <w:lang w:val="ru-RU"/>
        </w:rPr>
        <w:t>встановлення</w:t>
      </w:r>
      <w:proofErr w:type="spellEnd"/>
      <w:r w:rsidRPr="004362EA">
        <w:rPr>
          <w:lang w:val="ru-RU"/>
        </w:rPr>
        <w:t xml:space="preserve"> системного </w:t>
      </w:r>
      <w:proofErr w:type="spellStart"/>
      <w:r w:rsidRPr="004362EA">
        <w:rPr>
          <w:lang w:val="ru-RU"/>
        </w:rPr>
        <w:t>чи</w:t>
      </w:r>
      <w:proofErr w:type="spellEnd"/>
      <w:r w:rsidRPr="004362EA">
        <w:rPr>
          <w:lang w:val="ru-RU"/>
        </w:rPr>
        <w:t xml:space="preserve"> </w:t>
      </w:r>
      <w:proofErr w:type="spellStart"/>
      <w:r w:rsidRPr="004362EA">
        <w:rPr>
          <w:lang w:val="ru-RU"/>
        </w:rPr>
        <w:t>умисного</w:t>
      </w:r>
      <w:proofErr w:type="spellEnd"/>
      <w:r w:rsidRPr="004362EA">
        <w:rPr>
          <w:lang w:val="ru-RU"/>
        </w:rPr>
        <w:t xml:space="preserve"> Фроду </w:t>
      </w:r>
      <w:proofErr w:type="spellStart"/>
      <w:r w:rsidRPr="004362EA">
        <w:rPr>
          <w:lang w:val="ru-RU"/>
        </w:rPr>
        <w:t>Організатор</w:t>
      </w:r>
      <w:proofErr w:type="spellEnd"/>
      <w:r w:rsidRPr="004362EA">
        <w:rPr>
          <w:lang w:val="ru-RU"/>
        </w:rPr>
        <w:t xml:space="preserve"> </w:t>
      </w:r>
      <w:proofErr w:type="spellStart"/>
      <w:r w:rsidRPr="004362EA">
        <w:rPr>
          <w:lang w:val="ru-RU"/>
        </w:rPr>
        <w:t>має</w:t>
      </w:r>
      <w:proofErr w:type="spellEnd"/>
      <w:r w:rsidRPr="004362EA">
        <w:rPr>
          <w:lang w:val="ru-RU"/>
        </w:rPr>
        <w:t xml:space="preserve"> право </w:t>
      </w:r>
      <w:proofErr w:type="spellStart"/>
      <w:r w:rsidRPr="004362EA">
        <w:rPr>
          <w:lang w:val="ru-RU"/>
        </w:rPr>
        <w:t>анулювати</w:t>
      </w:r>
      <w:proofErr w:type="spellEnd"/>
      <w:r w:rsidRPr="004362EA">
        <w:rPr>
          <w:lang w:val="ru-RU"/>
        </w:rPr>
        <w:t xml:space="preserve"> </w:t>
      </w:r>
      <w:proofErr w:type="spellStart"/>
      <w:r w:rsidRPr="004362EA">
        <w:rPr>
          <w:lang w:val="ru-RU"/>
        </w:rPr>
        <w:t>всі</w:t>
      </w:r>
      <w:proofErr w:type="spellEnd"/>
      <w:r w:rsidRPr="004362EA">
        <w:rPr>
          <w:lang w:val="ru-RU"/>
        </w:rPr>
        <w:t xml:space="preserve"> </w:t>
      </w:r>
      <w:proofErr w:type="spellStart"/>
      <w:r w:rsidRPr="004362EA">
        <w:rPr>
          <w:lang w:val="ru-RU"/>
        </w:rPr>
        <w:t>пов'язані</w:t>
      </w:r>
      <w:proofErr w:type="spellEnd"/>
      <w:r w:rsidRPr="004362EA">
        <w:rPr>
          <w:lang w:val="ru-RU"/>
        </w:rPr>
        <w:t xml:space="preserve"> з таким </w:t>
      </w:r>
      <w:proofErr w:type="spellStart"/>
      <w:r w:rsidRPr="004362EA">
        <w:rPr>
          <w:lang w:val="ru-RU"/>
        </w:rPr>
        <w:t>порушенням</w:t>
      </w:r>
      <w:proofErr w:type="spellEnd"/>
      <w:r w:rsidRPr="004362EA">
        <w:rPr>
          <w:lang w:val="ru-RU"/>
        </w:rPr>
        <w:t xml:space="preserve"> Голоси</w:t>
      </w:r>
      <w:r w:rsidRPr="00541039">
        <w:rPr>
          <w:lang w:val="ru-RU"/>
        </w:rPr>
        <w:t>.</w:t>
      </w:r>
    </w:p>
    <w:p w14:paraId="3DF71F58" w14:textId="77777777" w:rsidR="00D97F10" w:rsidRDefault="00000000" w:rsidP="004362EA">
      <w:pPr>
        <w:pStyle w:val="LegalClause"/>
        <w:numPr>
          <w:ilvl w:val="1"/>
          <w:numId w:val="1"/>
        </w:numPr>
        <w:tabs>
          <w:tab w:val="left" w:pos="851"/>
        </w:tabs>
        <w:rPr>
          <w:lang w:val="ru-RU"/>
        </w:rPr>
      </w:pPr>
      <w:proofErr w:type="spellStart"/>
      <w:r w:rsidRPr="004362EA">
        <w:rPr>
          <w:lang w:val="ru-RU"/>
        </w:rPr>
        <w:t>Анулювання</w:t>
      </w:r>
      <w:proofErr w:type="spellEnd"/>
      <w:r w:rsidRPr="004362EA">
        <w:rPr>
          <w:lang w:val="ru-RU"/>
        </w:rPr>
        <w:t xml:space="preserve"> Голосу </w:t>
      </w:r>
      <w:proofErr w:type="spellStart"/>
      <w:r w:rsidRPr="004362EA">
        <w:rPr>
          <w:lang w:val="ru-RU"/>
        </w:rPr>
        <w:t>означає</w:t>
      </w:r>
      <w:proofErr w:type="spellEnd"/>
      <w:r w:rsidRPr="004362EA">
        <w:rPr>
          <w:lang w:val="ru-RU"/>
        </w:rPr>
        <w:t xml:space="preserve"> </w:t>
      </w:r>
      <w:proofErr w:type="spellStart"/>
      <w:r w:rsidRPr="004362EA">
        <w:rPr>
          <w:lang w:val="ru-RU"/>
        </w:rPr>
        <w:t>його</w:t>
      </w:r>
      <w:proofErr w:type="spellEnd"/>
      <w:r w:rsidRPr="004362EA">
        <w:rPr>
          <w:lang w:val="ru-RU"/>
        </w:rPr>
        <w:t xml:space="preserve"> </w:t>
      </w:r>
      <w:proofErr w:type="spellStart"/>
      <w:r w:rsidRPr="004362EA">
        <w:rPr>
          <w:lang w:val="ru-RU"/>
        </w:rPr>
        <w:t>виключення</w:t>
      </w:r>
      <w:proofErr w:type="spellEnd"/>
      <w:r w:rsidRPr="004362EA">
        <w:rPr>
          <w:lang w:val="ru-RU"/>
        </w:rPr>
        <w:t xml:space="preserve"> з Рейтингу та </w:t>
      </w:r>
      <w:proofErr w:type="spellStart"/>
      <w:r w:rsidRPr="004362EA">
        <w:rPr>
          <w:lang w:val="ru-RU"/>
        </w:rPr>
        <w:t>фінального</w:t>
      </w:r>
      <w:proofErr w:type="spellEnd"/>
      <w:r w:rsidRPr="004362EA">
        <w:rPr>
          <w:lang w:val="ru-RU"/>
        </w:rPr>
        <w:t xml:space="preserve"> </w:t>
      </w:r>
      <w:proofErr w:type="spellStart"/>
      <w:r w:rsidRPr="004362EA">
        <w:rPr>
          <w:lang w:val="ru-RU"/>
        </w:rPr>
        <w:t>підрахунку</w:t>
      </w:r>
      <w:proofErr w:type="spellEnd"/>
      <w:r w:rsidRPr="004362EA">
        <w:rPr>
          <w:lang w:val="ru-RU"/>
        </w:rPr>
        <w:t xml:space="preserve">, </w:t>
      </w:r>
      <w:proofErr w:type="spellStart"/>
      <w:r w:rsidRPr="004362EA">
        <w:rPr>
          <w:lang w:val="ru-RU"/>
        </w:rPr>
        <w:t>Благодійної</w:t>
      </w:r>
      <w:proofErr w:type="spellEnd"/>
      <w:r w:rsidRPr="004362EA">
        <w:rPr>
          <w:lang w:val="ru-RU"/>
        </w:rPr>
        <w:t xml:space="preserve"> </w:t>
      </w:r>
      <w:proofErr w:type="spellStart"/>
      <w:r w:rsidRPr="004362EA">
        <w:rPr>
          <w:lang w:val="ru-RU"/>
        </w:rPr>
        <w:t>складової</w:t>
      </w:r>
      <w:proofErr w:type="spellEnd"/>
      <w:r w:rsidRPr="004362EA">
        <w:rPr>
          <w:lang w:val="ru-RU"/>
        </w:rPr>
        <w:t xml:space="preserve"> і </w:t>
      </w:r>
      <w:proofErr w:type="spellStart"/>
      <w:r w:rsidRPr="004362EA">
        <w:rPr>
          <w:lang w:val="ru-RU"/>
        </w:rPr>
        <w:t>переліку</w:t>
      </w:r>
      <w:proofErr w:type="spellEnd"/>
      <w:r w:rsidRPr="004362EA">
        <w:rPr>
          <w:lang w:val="ru-RU"/>
        </w:rPr>
        <w:t xml:space="preserve"> </w:t>
      </w:r>
      <w:proofErr w:type="spellStart"/>
      <w:r w:rsidRPr="004362EA">
        <w:rPr>
          <w:lang w:val="ru-RU"/>
        </w:rPr>
        <w:t>допущених</w:t>
      </w:r>
      <w:proofErr w:type="spellEnd"/>
      <w:r w:rsidRPr="004362EA">
        <w:rPr>
          <w:lang w:val="ru-RU"/>
        </w:rPr>
        <w:t xml:space="preserve"> до </w:t>
      </w:r>
      <w:proofErr w:type="spellStart"/>
      <w:r w:rsidRPr="004362EA">
        <w:rPr>
          <w:lang w:val="ru-RU"/>
        </w:rPr>
        <w:t>Розіграшу</w:t>
      </w:r>
      <w:proofErr w:type="spellEnd"/>
      <w:r w:rsidRPr="004362EA">
        <w:rPr>
          <w:lang w:val="ru-RU"/>
        </w:rPr>
        <w:t xml:space="preserve">, </w:t>
      </w:r>
      <w:proofErr w:type="spellStart"/>
      <w:r w:rsidRPr="004362EA">
        <w:rPr>
          <w:lang w:val="ru-RU"/>
        </w:rPr>
        <w:t>крім</w:t>
      </w:r>
      <w:proofErr w:type="spellEnd"/>
      <w:r w:rsidRPr="004362EA">
        <w:rPr>
          <w:lang w:val="ru-RU"/>
        </w:rPr>
        <w:t xml:space="preserve"> </w:t>
      </w:r>
      <w:proofErr w:type="spellStart"/>
      <w:r w:rsidRPr="004362EA">
        <w:rPr>
          <w:lang w:val="ru-RU"/>
        </w:rPr>
        <w:t>спеціально</w:t>
      </w:r>
      <w:proofErr w:type="spellEnd"/>
      <w:r w:rsidRPr="004362EA">
        <w:rPr>
          <w:lang w:val="ru-RU"/>
        </w:rPr>
        <w:t xml:space="preserve"> </w:t>
      </w:r>
      <w:proofErr w:type="spellStart"/>
      <w:r w:rsidRPr="004362EA">
        <w:rPr>
          <w:lang w:val="ru-RU"/>
        </w:rPr>
        <w:t>визначеного</w:t>
      </w:r>
      <w:proofErr w:type="spellEnd"/>
      <w:r w:rsidRPr="004362EA">
        <w:rPr>
          <w:lang w:val="ru-RU"/>
        </w:rPr>
        <w:t xml:space="preserve"> Правилами </w:t>
      </w:r>
      <w:proofErr w:type="spellStart"/>
      <w:r w:rsidRPr="004362EA">
        <w:rPr>
          <w:lang w:val="ru-RU"/>
        </w:rPr>
        <w:t>випадку</w:t>
      </w:r>
      <w:proofErr w:type="spellEnd"/>
      <w:r w:rsidRPr="004362EA">
        <w:rPr>
          <w:lang w:val="ru-RU"/>
        </w:rPr>
        <w:t xml:space="preserve"> </w:t>
      </w:r>
      <w:proofErr w:type="spellStart"/>
      <w:r w:rsidRPr="004362EA">
        <w:rPr>
          <w:lang w:val="ru-RU"/>
        </w:rPr>
        <w:t>виключення</w:t>
      </w:r>
      <w:proofErr w:type="spellEnd"/>
      <w:r w:rsidRPr="004362EA">
        <w:rPr>
          <w:lang w:val="ru-RU"/>
        </w:rPr>
        <w:t xml:space="preserve"> Кандидата, коли сам Голос </w:t>
      </w:r>
      <w:proofErr w:type="spellStart"/>
      <w:r w:rsidRPr="004362EA">
        <w:rPr>
          <w:lang w:val="ru-RU"/>
        </w:rPr>
        <w:t>залишається</w:t>
      </w:r>
      <w:proofErr w:type="spellEnd"/>
      <w:r w:rsidRPr="004362EA">
        <w:rPr>
          <w:lang w:val="ru-RU"/>
        </w:rPr>
        <w:t xml:space="preserve"> </w:t>
      </w:r>
      <w:proofErr w:type="spellStart"/>
      <w:r w:rsidRPr="004362EA">
        <w:rPr>
          <w:lang w:val="ru-RU"/>
        </w:rPr>
        <w:t>дійсним</w:t>
      </w:r>
      <w:proofErr w:type="spellEnd"/>
      <w:r w:rsidRPr="004362EA">
        <w:rPr>
          <w:lang w:val="ru-RU"/>
        </w:rPr>
        <w:t>.</w:t>
      </w:r>
    </w:p>
    <w:p w14:paraId="4C7A47A3" w14:textId="77777777" w:rsidR="00D97F10" w:rsidRPr="004362EA" w:rsidRDefault="00000000" w:rsidP="004362EA">
      <w:pPr>
        <w:pStyle w:val="LegalClause"/>
        <w:numPr>
          <w:ilvl w:val="1"/>
          <w:numId w:val="1"/>
        </w:numPr>
        <w:tabs>
          <w:tab w:val="left" w:pos="851"/>
        </w:tabs>
        <w:rPr>
          <w:lang w:val="ru-RU"/>
        </w:rPr>
      </w:pPr>
      <w:proofErr w:type="spellStart"/>
      <w:r w:rsidRPr="004362EA">
        <w:rPr>
          <w:lang w:val="ru-RU"/>
        </w:rPr>
        <w:t>Організатор</w:t>
      </w:r>
      <w:proofErr w:type="spellEnd"/>
      <w:r w:rsidRPr="004362EA">
        <w:rPr>
          <w:lang w:val="ru-RU"/>
        </w:rPr>
        <w:t xml:space="preserve"> не </w:t>
      </w:r>
      <w:proofErr w:type="spellStart"/>
      <w:r w:rsidRPr="004362EA">
        <w:rPr>
          <w:lang w:val="ru-RU"/>
        </w:rPr>
        <w:t>зобов'язаний</w:t>
      </w:r>
      <w:proofErr w:type="spellEnd"/>
      <w:r w:rsidRPr="004362EA">
        <w:rPr>
          <w:lang w:val="ru-RU"/>
        </w:rPr>
        <w:t xml:space="preserve"> </w:t>
      </w:r>
      <w:proofErr w:type="spellStart"/>
      <w:r w:rsidRPr="004362EA">
        <w:rPr>
          <w:lang w:val="ru-RU"/>
        </w:rPr>
        <w:t>публічно</w:t>
      </w:r>
      <w:proofErr w:type="spellEnd"/>
      <w:r w:rsidRPr="004362EA">
        <w:rPr>
          <w:lang w:val="ru-RU"/>
        </w:rPr>
        <w:t xml:space="preserve"> </w:t>
      </w:r>
      <w:proofErr w:type="spellStart"/>
      <w:r w:rsidRPr="004362EA">
        <w:rPr>
          <w:lang w:val="ru-RU"/>
        </w:rPr>
        <w:t>розкривати</w:t>
      </w:r>
      <w:proofErr w:type="spellEnd"/>
      <w:r w:rsidRPr="004362EA">
        <w:rPr>
          <w:lang w:val="ru-RU"/>
        </w:rPr>
        <w:t xml:space="preserve"> </w:t>
      </w:r>
      <w:proofErr w:type="spellStart"/>
      <w:r w:rsidRPr="004362EA">
        <w:rPr>
          <w:lang w:val="ru-RU"/>
        </w:rPr>
        <w:t>алгоритми</w:t>
      </w:r>
      <w:proofErr w:type="spellEnd"/>
      <w:r w:rsidRPr="004362EA">
        <w:rPr>
          <w:lang w:val="ru-RU"/>
        </w:rPr>
        <w:t xml:space="preserve"> антифрод-</w:t>
      </w:r>
      <w:proofErr w:type="spellStart"/>
      <w:r w:rsidRPr="004362EA">
        <w:rPr>
          <w:lang w:val="ru-RU"/>
        </w:rPr>
        <w:t>системи</w:t>
      </w:r>
      <w:proofErr w:type="spellEnd"/>
      <w:r w:rsidRPr="004362EA">
        <w:rPr>
          <w:lang w:val="ru-RU"/>
        </w:rPr>
        <w:t xml:space="preserve">, </w:t>
      </w:r>
      <w:proofErr w:type="spellStart"/>
      <w:r w:rsidRPr="004362EA">
        <w:rPr>
          <w:lang w:val="ru-RU"/>
        </w:rPr>
        <w:t>технічні</w:t>
      </w:r>
      <w:proofErr w:type="spellEnd"/>
      <w:r w:rsidRPr="004362EA">
        <w:rPr>
          <w:lang w:val="ru-RU"/>
        </w:rPr>
        <w:t xml:space="preserve"> </w:t>
      </w:r>
      <w:proofErr w:type="spellStart"/>
      <w:r w:rsidRPr="004362EA">
        <w:rPr>
          <w:lang w:val="ru-RU"/>
        </w:rPr>
        <w:t>критерії</w:t>
      </w:r>
      <w:proofErr w:type="spellEnd"/>
      <w:r w:rsidRPr="004362EA">
        <w:rPr>
          <w:lang w:val="ru-RU"/>
        </w:rPr>
        <w:t xml:space="preserve"> </w:t>
      </w:r>
      <w:proofErr w:type="spellStart"/>
      <w:r w:rsidRPr="004362EA">
        <w:rPr>
          <w:lang w:val="ru-RU"/>
        </w:rPr>
        <w:t>ризику</w:t>
      </w:r>
      <w:proofErr w:type="spellEnd"/>
      <w:r w:rsidRPr="004362EA">
        <w:rPr>
          <w:lang w:val="ru-RU"/>
        </w:rPr>
        <w:t xml:space="preserve"> </w:t>
      </w:r>
      <w:proofErr w:type="spellStart"/>
      <w:r w:rsidRPr="004362EA">
        <w:rPr>
          <w:lang w:val="ru-RU"/>
        </w:rPr>
        <w:t>або</w:t>
      </w:r>
      <w:proofErr w:type="spellEnd"/>
      <w:r w:rsidRPr="004362EA">
        <w:rPr>
          <w:lang w:val="ru-RU"/>
        </w:rPr>
        <w:t xml:space="preserve"> </w:t>
      </w:r>
      <w:proofErr w:type="spellStart"/>
      <w:r w:rsidRPr="004362EA">
        <w:rPr>
          <w:lang w:val="ru-RU"/>
        </w:rPr>
        <w:t>відомості</w:t>
      </w:r>
      <w:proofErr w:type="spellEnd"/>
      <w:r w:rsidRPr="004362EA">
        <w:rPr>
          <w:lang w:val="ru-RU"/>
        </w:rPr>
        <w:t xml:space="preserve">, </w:t>
      </w:r>
      <w:proofErr w:type="spellStart"/>
      <w:r w:rsidRPr="004362EA">
        <w:rPr>
          <w:lang w:val="ru-RU"/>
        </w:rPr>
        <w:t>розкриття</w:t>
      </w:r>
      <w:proofErr w:type="spellEnd"/>
      <w:r w:rsidRPr="004362EA">
        <w:rPr>
          <w:lang w:val="ru-RU"/>
        </w:rPr>
        <w:t xml:space="preserve"> </w:t>
      </w:r>
      <w:proofErr w:type="spellStart"/>
      <w:r w:rsidRPr="004362EA">
        <w:rPr>
          <w:lang w:val="ru-RU"/>
        </w:rPr>
        <w:t>яких</w:t>
      </w:r>
      <w:proofErr w:type="spellEnd"/>
      <w:r w:rsidRPr="004362EA">
        <w:rPr>
          <w:lang w:val="ru-RU"/>
        </w:rPr>
        <w:t xml:space="preserve"> </w:t>
      </w:r>
      <w:proofErr w:type="spellStart"/>
      <w:r w:rsidRPr="004362EA">
        <w:rPr>
          <w:lang w:val="ru-RU"/>
        </w:rPr>
        <w:t>може</w:t>
      </w:r>
      <w:proofErr w:type="spellEnd"/>
      <w:r w:rsidRPr="004362EA">
        <w:rPr>
          <w:lang w:val="ru-RU"/>
        </w:rPr>
        <w:t xml:space="preserve"> </w:t>
      </w:r>
      <w:proofErr w:type="spellStart"/>
      <w:r w:rsidRPr="004362EA">
        <w:rPr>
          <w:lang w:val="ru-RU"/>
        </w:rPr>
        <w:t>сприяти</w:t>
      </w:r>
      <w:proofErr w:type="spellEnd"/>
      <w:r w:rsidRPr="004362EA">
        <w:rPr>
          <w:lang w:val="ru-RU"/>
        </w:rPr>
        <w:t xml:space="preserve"> обходу </w:t>
      </w:r>
      <w:proofErr w:type="spellStart"/>
      <w:r w:rsidRPr="004362EA">
        <w:rPr>
          <w:lang w:val="ru-RU"/>
        </w:rPr>
        <w:t>захисту</w:t>
      </w:r>
      <w:proofErr w:type="spellEnd"/>
      <w:r w:rsidRPr="004362EA">
        <w:rPr>
          <w:lang w:val="ru-RU"/>
        </w:rPr>
        <w:t>.</w:t>
      </w:r>
    </w:p>
    <w:p w14:paraId="0A1B1BCC" w14:textId="77777777" w:rsidR="00D97F10" w:rsidRDefault="00000000" w:rsidP="00A90C81">
      <w:pPr>
        <w:pStyle w:val="Heading1"/>
        <w:numPr>
          <w:ilvl w:val="0"/>
          <w:numId w:val="1"/>
        </w:numPr>
        <w:tabs>
          <w:tab w:val="left" w:pos="851"/>
        </w:tabs>
        <w:ind w:firstLine="66"/>
      </w:pPr>
      <w:r>
        <w:rPr>
          <w:rFonts w:ascii="Times New Roman" w:eastAsia="Times New Roman" w:hAnsi="Times New Roman" w:cs="Times New Roman"/>
        </w:rPr>
        <w:t>ВИЗНАЧЕННЯ ПЕРЕМОЖЦЯ ГОЛОСУВАННЯ</w:t>
      </w:r>
    </w:p>
    <w:p w14:paraId="4D0623F2" w14:textId="3A9EE3EA" w:rsidR="00D97F10" w:rsidRPr="00541039" w:rsidRDefault="00000000" w:rsidP="00A90C81">
      <w:pPr>
        <w:pStyle w:val="LegalClause"/>
        <w:numPr>
          <w:ilvl w:val="1"/>
          <w:numId w:val="1"/>
        </w:numPr>
        <w:tabs>
          <w:tab w:val="left" w:pos="851"/>
        </w:tabs>
        <w:rPr>
          <w:lang w:val="ru-RU"/>
        </w:rPr>
      </w:pPr>
      <w:proofErr w:type="spellStart"/>
      <w:r w:rsidRPr="00541039">
        <w:rPr>
          <w:lang w:val="ru-RU"/>
        </w:rPr>
        <w:t>Після</w:t>
      </w:r>
      <w:proofErr w:type="spellEnd"/>
      <w:r w:rsidRPr="00541039">
        <w:rPr>
          <w:lang w:val="ru-RU"/>
        </w:rPr>
        <w:t xml:space="preserve"> </w:t>
      </w:r>
      <w:proofErr w:type="spellStart"/>
      <w:r w:rsidRPr="00541039">
        <w:rPr>
          <w:lang w:val="ru-RU"/>
        </w:rPr>
        <w:t>завершення</w:t>
      </w:r>
      <w:proofErr w:type="spellEnd"/>
      <w:r w:rsidRPr="00541039">
        <w:rPr>
          <w:lang w:val="ru-RU"/>
        </w:rPr>
        <w:t xml:space="preserve"> </w:t>
      </w:r>
      <w:proofErr w:type="spellStart"/>
      <w:r w:rsidRPr="00541039">
        <w:rPr>
          <w:lang w:val="ru-RU"/>
        </w:rPr>
        <w:t>Голосування</w:t>
      </w:r>
      <w:proofErr w:type="spellEnd"/>
      <w:r w:rsidRPr="00541039">
        <w:rPr>
          <w:lang w:val="ru-RU"/>
        </w:rPr>
        <w:t xml:space="preserve"> та </w:t>
      </w:r>
      <w:proofErr w:type="spellStart"/>
      <w:r w:rsidRPr="00541039">
        <w:rPr>
          <w:lang w:val="ru-RU"/>
        </w:rPr>
        <w:t>фінальної</w:t>
      </w:r>
      <w:proofErr w:type="spellEnd"/>
      <w:r w:rsidRPr="00541039">
        <w:rPr>
          <w:lang w:val="ru-RU"/>
        </w:rPr>
        <w:t xml:space="preserve"> </w:t>
      </w:r>
      <w:proofErr w:type="spellStart"/>
      <w:r w:rsidRPr="00541039">
        <w:rPr>
          <w:lang w:val="ru-RU"/>
        </w:rPr>
        <w:t>перевірки</w:t>
      </w:r>
      <w:proofErr w:type="spellEnd"/>
      <w:r w:rsidRPr="00541039">
        <w:rPr>
          <w:lang w:val="ru-RU"/>
        </w:rPr>
        <w:t xml:space="preserve"> </w:t>
      </w:r>
      <w:proofErr w:type="spellStart"/>
      <w:r w:rsidRPr="00541039">
        <w:rPr>
          <w:lang w:val="ru-RU"/>
        </w:rPr>
        <w:t>Переможцем</w:t>
      </w:r>
      <w:proofErr w:type="spellEnd"/>
      <w:r w:rsidRPr="00541039">
        <w:rPr>
          <w:lang w:val="ru-RU"/>
        </w:rPr>
        <w:t xml:space="preserve"> </w:t>
      </w:r>
      <w:proofErr w:type="spellStart"/>
      <w:r w:rsidRPr="00541039">
        <w:rPr>
          <w:lang w:val="ru-RU"/>
        </w:rPr>
        <w:t>голосування</w:t>
      </w:r>
      <w:proofErr w:type="spellEnd"/>
      <w:r w:rsidRPr="00541039">
        <w:rPr>
          <w:lang w:val="ru-RU"/>
        </w:rPr>
        <w:t xml:space="preserve"> </w:t>
      </w:r>
      <w:proofErr w:type="spellStart"/>
      <w:r w:rsidRPr="00541039">
        <w:rPr>
          <w:lang w:val="ru-RU"/>
        </w:rPr>
        <w:t>визнається</w:t>
      </w:r>
      <w:proofErr w:type="spellEnd"/>
      <w:r w:rsidRPr="00541039">
        <w:rPr>
          <w:lang w:val="ru-RU"/>
        </w:rPr>
        <w:t xml:space="preserve"> допущений Кандидат</w:t>
      </w:r>
      <w:r w:rsidR="00A90C81">
        <w:rPr>
          <w:lang w:val="ru-RU"/>
        </w:rPr>
        <w:t xml:space="preserve"> до Проекту</w:t>
      </w:r>
      <w:r w:rsidRPr="00541039">
        <w:rPr>
          <w:lang w:val="ru-RU"/>
        </w:rPr>
        <w:t xml:space="preserve">, </w:t>
      </w:r>
      <w:proofErr w:type="spellStart"/>
      <w:r w:rsidRPr="00541039">
        <w:rPr>
          <w:lang w:val="ru-RU"/>
        </w:rPr>
        <w:t>який</w:t>
      </w:r>
      <w:proofErr w:type="spellEnd"/>
      <w:r w:rsidRPr="00541039">
        <w:rPr>
          <w:lang w:val="ru-RU"/>
        </w:rPr>
        <w:t xml:space="preserve"> </w:t>
      </w:r>
      <w:proofErr w:type="spellStart"/>
      <w:r w:rsidRPr="00541039">
        <w:rPr>
          <w:lang w:val="ru-RU"/>
        </w:rPr>
        <w:t>отримав</w:t>
      </w:r>
      <w:proofErr w:type="spellEnd"/>
      <w:r w:rsidRPr="00541039">
        <w:rPr>
          <w:lang w:val="ru-RU"/>
        </w:rPr>
        <w:t xml:space="preserve"> </w:t>
      </w:r>
      <w:proofErr w:type="spellStart"/>
      <w:r w:rsidRPr="00541039">
        <w:rPr>
          <w:lang w:val="ru-RU"/>
        </w:rPr>
        <w:t>найбільшу</w:t>
      </w:r>
      <w:proofErr w:type="spellEnd"/>
      <w:r w:rsidRPr="00541039">
        <w:rPr>
          <w:lang w:val="ru-RU"/>
        </w:rPr>
        <w:t xml:space="preserve"> </w:t>
      </w:r>
      <w:proofErr w:type="spellStart"/>
      <w:r w:rsidRPr="00541039">
        <w:rPr>
          <w:lang w:val="ru-RU"/>
        </w:rPr>
        <w:t>кількість</w:t>
      </w:r>
      <w:proofErr w:type="spellEnd"/>
      <w:r w:rsidRPr="00541039">
        <w:rPr>
          <w:lang w:val="ru-RU"/>
        </w:rPr>
        <w:t xml:space="preserve"> </w:t>
      </w:r>
      <w:proofErr w:type="spellStart"/>
      <w:r w:rsidRPr="00541039">
        <w:rPr>
          <w:lang w:val="ru-RU"/>
        </w:rPr>
        <w:t>Дійсних</w:t>
      </w:r>
      <w:proofErr w:type="spellEnd"/>
      <w:r w:rsidRPr="00541039">
        <w:rPr>
          <w:lang w:val="ru-RU"/>
        </w:rPr>
        <w:t xml:space="preserve"> </w:t>
      </w:r>
      <w:proofErr w:type="spellStart"/>
      <w:r w:rsidRPr="00541039">
        <w:rPr>
          <w:lang w:val="ru-RU"/>
        </w:rPr>
        <w:t>голосів</w:t>
      </w:r>
      <w:proofErr w:type="spellEnd"/>
      <w:r w:rsidRPr="00541039">
        <w:rPr>
          <w:lang w:val="ru-RU"/>
        </w:rPr>
        <w:t>.</w:t>
      </w:r>
    </w:p>
    <w:p w14:paraId="7F9DD5A6" w14:textId="77777777" w:rsidR="00D97F10" w:rsidRDefault="00000000" w:rsidP="00A90C81">
      <w:pPr>
        <w:pStyle w:val="LegalClause"/>
        <w:numPr>
          <w:ilvl w:val="1"/>
          <w:numId w:val="1"/>
        </w:numPr>
        <w:tabs>
          <w:tab w:val="left" w:pos="851"/>
        </w:tabs>
      </w:pPr>
      <w:proofErr w:type="spellStart"/>
      <w:r w:rsidRPr="00541039">
        <w:rPr>
          <w:lang w:val="ru-RU"/>
        </w:rPr>
        <w:t>Якщо</w:t>
      </w:r>
      <w:proofErr w:type="spellEnd"/>
      <w:r w:rsidRPr="00541039">
        <w:rPr>
          <w:lang w:val="ru-RU"/>
        </w:rPr>
        <w:t xml:space="preserve"> </w:t>
      </w:r>
      <w:proofErr w:type="spellStart"/>
      <w:r w:rsidRPr="00541039">
        <w:rPr>
          <w:lang w:val="ru-RU"/>
        </w:rPr>
        <w:t>двоє</w:t>
      </w:r>
      <w:proofErr w:type="spellEnd"/>
      <w:r w:rsidRPr="00541039">
        <w:rPr>
          <w:lang w:val="ru-RU"/>
        </w:rPr>
        <w:t xml:space="preserve"> </w:t>
      </w:r>
      <w:proofErr w:type="spellStart"/>
      <w:r w:rsidRPr="00541039">
        <w:rPr>
          <w:lang w:val="ru-RU"/>
        </w:rPr>
        <w:t>або</w:t>
      </w:r>
      <w:proofErr w:type="spellEnd"/>
      <w:r w:rsidRPr="00541039">
        <w:rPr>
          <w:lang w:val="ru-RU"/>
        </w:rPr>
        <w:t xml:space="preserve"> </w:t>
      </w:r>
      <w:proofErr w:type="spellStart"/>
      <w:r w:rsidRPr="00541039">
        <w:rPr>
          <w:lang w:val="ru-RU"/>
        </w:rPr>
        <w:t>більше</w:t>
      </w:r>
      <w:proofErr w:type="spellEnd"/>
      <w:r w:rsidRPr="00541039">
        <w:rPr>
          <w:lang w:val="ru-RU"/>
        </w:rPr>
        <w:t xml:space="preserve"> </w:t>
      </w:r>
      <w:proofErr w:type="spellStart"/>
      <w:r w:rsidRPr="00541039">
        <w:rPr>
          <w:lang w:val="ru-RU"/>
        </w:rPr>
        <w:t>Кандидатів</w:t>
      </w:r>
      <w:proofErr w:type="spellEnd"/>
      <w:r w:rsidRPr="00541039">
        <w:rPr>
          <w:lang w:val="ru-RU"/>
        </w:rPr>
        <w:t xml:space="preserve"> </w:t>
      </w:r>
      <w:proofErr w:type="spellStart"/>
      <w:r w:rsidRPr="00541039">
        <w:rPr>
          <w:lang w:val="ru-RU"/>
        </w:rPr>
        <w:t>мають</w:t>
      </w:r>
      <w:proofErr w:type="spellEnd"/>
      <w:r w:rsidRPr="00541039">
        <w:rPr>
          <w:lang w:val="ru-RU"/>
        </w:rPr>
        <w:t xml:space="preserve"> </w:t>
      </w:r>
      <w:proofErr w:type="spellStart"/>
      <w:r w:rsidRPr="00541039">
        <w:rPr>
          <w:lang w:val="ru-RU"/>
        </w:rPr>
        <w:t>однаковий</w:t>
      </w:r>
      <w:proofErr w:type="spellEnd"/>
      <w:r w:rsidRPr="00541039">
        <w:rPr>
          <w:lang w:val="ru-RU"/>
        </w:rPr>
        <w:t xml:space="preserve"> </w:t>
      </w:r>
      <w:proofErr w:type="spellStart"/>
      <w:r w:rsidRPr="00541039">
        <w:rPr>
          <w:lang w:val="ru-RU"/>
        </w:rPr>
        <w:t>фінальний</w:t>
      </w:r>
      <w:proofErr w:type="spellEnd"/>
      <w:r w:rsidRPr="00541039">
        <w:rPr>
          <w:lang w:val="ru-RU"/>
        </w:rPr>
        <w:t xml:space="preserve"> результат, </w:t>
      </w:r>
      <w:proofErr w:type="spellStart"/>
      <w:r w:rsidRPr="00541039">
        <w:rPr>
          <w:lang w:val="ru-RU"/>
        </w:rPr>
        <w:t>вищу</w:t>
      </w:r>
      <w:proofErr w:type="spellEnd"/>
      <w:r w:rsidRPr="00541039">
        <w:rPr>
          <w:lang w:val="ru-RU"/>
        </w:rPr>
        <w:t xml:space="preserve"> </w:t>
      </w:r>
      <w:proofErr w:type="spellStart"/>
      <w:r w:rsidRPr="00541039">
        <w:rPr>
          <w:lang w:val="ru-RU"/>
        </w:rPr>
        <w:t>позицію</w:t>
      </w:r>
      <w:proofErr w:type="spellEnd"/>
      <w:r w:rsidRPr="00541039">
        <w:rPr>
          <w:lang w:val="ru-RU"/>
        </w:rPr>
        <w:t xml:space="preserve"> </w:t>
      </w:r>
      <w:proofErr w:type="spellStart"/>
      <w:r w:rsidRPr="00541039">
        <w:rPr>
          <w:lang w:val="ru-RU"/>
        </w:rPr>
        <w:t>посідає</w:t>
      </w:r>
      <w:proofErr w:type="spellEnd"/>
      <w:r w:rsidRPr="00541039">
        <w:rPr>
          <w:lang w:val="ru-RU"/>
        </w:rPr>
        <w:t xml:space="preserve"> Кандидат, </w:t>
      </w:r>
      <w:proofErr w:type="spellStart"/>
      <w:r w:rsidRPr="00541039">
        <w:rPr>
          <w:lang w:val="ru-RU"/>
        </w:rPr>
        <w:t>який</w:t>
      </w:r>
      <w:proofErr w:type="spellEnd"/>
      <w:r w:rsidRPr="00541039">
        <w:rPr>
          <w:lang w:val="ru-RU"/>
        </w:rPr>
        <w:t xml:space="preserve"> </w:t>
      </w:r>
      <w:proofErr w:type="spellStart"/>
      <w:r w:rsidRPr="00541039">
        <w:rPr>
          <w:lang w:val="ru-RU"/>
        </w:rPr>
        <w:t>раніше</w:t>
      </w:r>
      <w:proofErr w:type="spellEnd"/>
      <w:r w:rsidRPr="00541039">
        <w:rPr>
          <w:lang w:val="ru-RU"/>
        </w:rPr>
        <w:t xml:space="preserve"> </w:t>
      </w:r>
      <w:proofErr w:type="spellStart"/>
      <w:r w:rsidRPr="00541039">
        <w:rPr>
          <w:lang w:val="ru-RU"/>
        </w:rPr>
        <w:t>отримав</w:t>
      </w:r>
      <w:proofErr w:type="spellEnd"/>
      <w:r w:rsidRPr="00541039">
        <w:rPr>
          <w:lang w:val="ru-RU"/>
        </w:rPr>
        <w:t xml:space="preserve"> </w:t>
      </w:r>
      <w:proofErr w:type="spellStart"/>
      <w:r w:rsidRPr="00541039">
        <w:rPr>
          <w:lang w:val="ru-RU"/>
        </w:rPr>
        <w:t>останній</w:t>
      </w:r>
      <w:proofErr w:type="spellEnd"/>
      <w:r w:rsidRPr="00541039">
        <w:rPr>
          <w:lang w:val="ru-RU"/>
        </w:rPr>
        <w:t xml:space="preserve"> </w:t>
      </w:r>
      <w:proofErr w:type="spellStart"/>
      <w:r w:rsidRPr="00541039">
        <w:rPr>
          <w:lang w:val="ru-RU"/>
        </w:rPr>
        <w:t>Дійсний</w:t>
      </w:r>
      <w:proofErr w:type="spellEnd"/>
      <w:r w:rsidRPr="00541039">
        <w:rPr>
          <w:lang w:val="ru-RU"/>
        </w:rPr>
        <w:t xml:space="preserve"> голос, </w:t>
      </w:r>
      <w:proofErr w:type="spellStart"/>
      <w:r w:rsidRPr="00541039">
        <w:rPr>
          <w:lang w:val="ru-RU"/>
        </w:rPr>
        <w:t>необхідний</w:t>
      </w:r>
      <w:proofErr w:type="spellEnd"/>
      <w:r w:rsidRPr="00541039">
        <w:rPr>
          <w:lang w:val="ru-RU"/>
        </w:rPr>
        <w:t xml:space="preserve"> для </w:t>
      </w:r>
      <w:proofErr w:type="spellStart"/>
      <w:r w:rsidRPr="00541039">
        <w:rPr>
          <w:lang w:val="ru-RU"/>
        </w:rPr>
        <w:t>досягнення</w:t>
      </w:r>
      <w:proofErr w:type="spellEnd"/>
      <w:r w:rsidRPr="00541039">
        <w:rPr>
          <w:lang w:val="ru-RU"/>
        </w:rPr>
        <w:t xml:space="preserve"> </w:t>
      </w:r>
      <w:proofErr w:type="spellStart"/>
      <w:r w:rsidRPr="00541039">
        <w:rPr>
          <w:lang w:val="ru-RU"/>
        </w:rPr>
        <w:t>відповідної</w:t>
      </w:r>
      <w:proofErr w:type="spellEnd"/>
      <w:r w:rsidRPr="00541039">
        <w:rPr>
          <w:lang w:val="ru-RU"/>
        </w:rPr>
        <w:t xml:space="preserve"> </w:t>
      </w:r>
      <w:proofErr w:type="spellStart"/>
      <w:r w:rsidRPr="00541039">
        <w:rPr>
          <w:lang w:val="ru-RU"/>
        </w:rPr>
        <w:t>однакової</w:t>
      </w:r>
      <w:proofErr w:type="spellEnd"/>
      <w:r w:rsidRPr="00541039">
        <w:rPr>
          <w:lang w:val="ru-RU"/>
        </w:rPr>
        <w:t xml:space="preserve"> </w:t>
      </w:r>
      <w:proofErr w:type="spellStart"/>
      <w:r w:rsidRPr="00541039">
        <w:rPr>
          <w:lang w:val="ru-RU"/>
        </w:rPr>
        <w:t>підсумкової</w:t>
      </w:r>
      <w:proofErr w:type="spellEnd"/>
      <w:r w:rsidRPr="00541039">
        <w:rPr>
          <w:lang w:val="ru-RU"/>
        </w:rPr>
        <w:t xml:space="preserve"> </w:t>
      </w:r>
      <w:proofErr w:type="spellStart"/>
      <w:r w:rsidRPr="00541039">
        <w:rPr>
          <w:lang w:val="ru-RU"/>
        </w:rPr>
        <w:t>кількості</w:t>
      </w:r>
      <w:proofErr w:type="spellEnd"/>
      <w:r w:rsidRPr="00541039">
        <w:rPr>
          <w:lang w:val="ru-RU"/>
        </w:rPr>
        <w:t xml:space="preserve">. </w:t>
      </w:r>
      <w:proofErr w:type="spellStart"/>
      <w:r>
        <w:t>Порівнюється</w:t>
      </w:r>
      <w:proofErr w:type="spellEnd"/>
      <w:r>
        <w:t xml:space="preserve"> </w:t>
      </w:r>
      <w:proofErr w:type="spellStart"/>
      <w:r>
        <w:t>час</w:t>
      </w:r>
      <w:proofErr w:type="spellEnd"/>
      <w:r>
        <w:t xml:space="preserve"> </w:t>
      </w:r>
      <w:proofErr w:type="spellStart"/>
      <w:r>
        <w:t>надходження</w:t>
      </w:r>
      <w:proofErr w:type="spellEnd"/>
      <w:r>
        <w:t xml:space="preserve"> </w:t>
      </w:r>
      <w:proofErr w:type="spellStart"/>
      <w:r>
        <w:t>такого</w:t>
      </w:r>
      <w:proofErr w:type="spellEnd"/>
      <w:r>
        <w:t xml:space="preserve"> Голосу за серверними записами.</w:t>
      </w:r>
    </w:p>
    <w:p w14:paraId="651A403B" w14:textId="77777777" w:rsidR="00D97F10" w:rsidRDefault="00000000" w:rsidP="00A90C81">
      <w:pPr>
        <w:pStyle w:val="LegalClause"/>
        <w:numPr>
          <w:ilvl w:val="1"/>
          <w:numId w:val="1"/>
        </w:numPr>
        <w:tabs>
          <w:tab w:val="left" w:pos="851"/>
        </w:tabs>
        <w:rPr>
          <w:lang w:val="ru-RU"/>
        </w:rPr>
      </w:pPr>
      <w:proofErr w:type="spellStart"/>
      <w:r w:rsidRPr="00541039">
        <w:rPr>
          <w:lang w:val="ru-RU"/>
        </w:rPr>
        <w:t>Якщо</w:t>
      </w:r>
      <w:proofErr w:type="spellEnd"/>
      <w:r w:rsidRPr="00541039">
        <w:rPr>
          <w:lang w:val="ru-RU"/>
        </w:rPr>
        <w:t xml:space="preserve"> </w:t>
      </w:r>
      <w:proofErr w:type="spellStart"/>
      <w:r w:rsidRPr="00541039">
        <w:rPr>
          <w:lang w:val="ru-RU"/>
        </w:rPr>
        <w:t>серверний</w:t>
      </w:r>
      <w:proofErr w:type="spellEnd"/>
      <w:r w:rsidRPr="00541039">
        <w:rPr>
          <w:lang w:val="ru-RU"/>
        </w:rPr>
        <w:t xml:space="preserve"> час </w:t>
      </w:r>
      <w:proofErr w:type="spellStart"/>
      <w:r w:rsidRPr="00541039">
        <w:rPr>
          <w:lang w:val="ru-RU"/>
        </w:rPr>
        <w:t>вирішальних</w:t>
      </w:r>
      <w:proofErr w:type="spellEnd"/>
      <w:r w:rsidRPr="00541039">
        <w:rPr>
          <w:lang w:val="ru-RU"/>
        </w:rPr>
        <w:t xml:space="preserve"> </w:t>
      </w:r>
      <w:proofErr w:type="spellStart"/>
      <w:r w:rsidRPr="00541039">
        <w:rPr>
          <w:lang w:val="ru-RU"/>
        </w:rPr>
        <w:t>Голосів</w:t>
      </w:r>
      <w:proofErr w:type="spellEnd"/>
      <w:r w:rsidRPr="00541039">
        <w:rPr>
          <w:lang w:val="ru-RU"/>
        </w:rPr>
        <w:t xml:space="preserve"> </w:t>
      </w:r>
      <w:proofErr w:type="spellStart"/>
      <w:r w:rsidRPr="00541039">
        <w:rPr>
          <w:lang w:val="ru-RU"/>
        </w:rPr>
        <w:t>збігається</w:t>
      </w:r>
      <w:proofErr w:type="spellEnd"/>
      <w:r w:rsidRPr="00541039">
        <w:rPr>
          <w:lang w:val="ru-RU"/>
        </w:rPr>
        <w:t xml:space="preserve"> до </w:t>
      </w:r>
      <w:proofErr w:type="spellStart"/>
      <w:r w:rsidRPr="00541039">
        <w:rPr>
          <w:lang w:val="ru-RU"/>
        </w:rPr>
        <w:t>наявної</w:t>
      </w:r>
      <w:proofErr w:type="spellEnd"/>
      <w:r w:rsidRPr="00541039">
        <w:rPr>
          <w:lang w:val="ru-RU"/>
        </w:rPr>
        <w:t xml:space="preserve"> </w:t>
      </w:r>
      <w:proofErr w:type="spellStart"/>
      <w:r w:rsidRPr="00541039">
        <w:rPr>
          <w:lang w:val="ru-RU"/>
        </w:rPr>
        <w:t>точності</w:t>
      </w:r>
      <w:proofErr w:type="spellEnd"/>
      <w:r w:rsidRPr="00541039">
        <w:rPr>
          <w:lang w:val="ru-RU"/>
        </w:rPr>
        <w:t xml:space="preserve">, </w:t>
      </w:r>
      <w:proofErr w:type="spellStart"/>
      <w:r w:rsidRPr="00541039">
        <w:rPr>
          <w:lang w:val="ru-RU"/>
        </w:rPr>
        <w:t>перевага</w:t>
      </w:r>
      <w:proofErr w:type="spellEnd"/>
      <w:r w:rsidRPr="00541039">
        <w:rPr>
          <w:lang w:val="ru-RU"/>
        </w:rPr>
        <w:t xml:space="preserve"> </w:t>
      </w:r>
      <w:proofErr w:type="spellStart"/>
      <w:r w:rsidRPr="00541039">
        <w:rPr>
          <w:lang w:val="ru-RU"/>
        </w:rPr>
        <w:t>надається</w:t>
      </w:r>
      <w:proofErr w:type="spellEnd"/>
      <w:r w:rsidRPr="00541039">
        <w:rPr>
          <w:lang w:val="ru-RU"/>
        </w:rPr>
        <w:t xml:space="preserve"> Голосу з </w:t>
      </w:r>
      <w:proofErr w:type="spellStart"/>
      <w:r w:rsidRPr="00541039">
        <w:rPr>
          <w:lang w:val="ru-RU"/>
        </w:rPr>
        <w:t>ранішим</w:t>
      </w:r>
      <w:proofErr w:type="spellEnd"/>
      <w:r w:rsidRPr="00541039">
        <w:rPr>
          <w:lang w:val="ru-RU"/>
        </w:rPr>
        <w:t xml:space="preserve"> </w:t>
      </w:r>
      <w:proofErr w:type="spellStart"/>
      <w:r w:rsidRPr="00541039">
        <w:rPr>
          <w:lang w:val="ru-RU"/>
        </w:rPr>
        <w:t>незмінним</w:t>
      </w:r>
      <w:proofErr w:type="spellEnd"/>
      <w:r w:rsidRPr="00541039">
        <w:rPr>
          <w:lang w:val="ru-RU"/>
        </w:rPr>
        <w:t xml:space="preserve"> </w:t>
      </w:r>
      <w:proofErr w:type="spellStart"/>
      <w:r w:rsidRPr="00541039">
        <w:rPr>
          <w:lang w:val="ru-RU"/>
        </w:rPr>
        <w:t>порядковим</w:t>
      </w:r>
      <w:proofErr w:type="spellEnd"/>
      <w:r w:rsidRPr="00541039">
        <w:rPr>
          <w:lang w:val="ru-RU"/>
        </w:rPr>
        <w:t xml:space="preserve"> </w:t>
      </w:r>
      <w:proofErr w:type="spellStart"/>
      <w:r w:rsidRPr="00541039">
        <w:rPr>
          <w:lang w:val="ru-RU"/>
        </w:rPr>
        <w:t>ідентифікатором</w:t>
      </w:r>
      <w:proofErr w:type="spellEnd"/>
      <w:r w:rsidRPr="00541039">
        <w:rPr>
          <w:lang w:val="ru-RU"/>
        </w:rPr>
        <w:t xml:space="preserve"> </w:t>
      </w:r>
      <w:proofErr w:type="spellStart"/>
      <w:r w:rsidRPr="00541039">
        <w:rPr>
          <w:lang w:val="ru-RU"/>
        </w:rPr>
        <w:t>події</w:t>
      </w:r>
      <w:proofErr w:type="spellEnd"/>
      <w:r w:rsidRPr="00541039">
        <w:rPr>
          <w:lang w:val="ru-RU"/>
        </w:rPr>
        <w:t xml:space="preserve"> в </w:t>
      </w:r>
      <w:proofErr w:type="spellStart"/>
      <w:r w:rsidRPr="00541039">
        <w:rPr>
          <w:lang w:val="ru-RU"/>
        </w:rPr>
        <w:t>журналі</w:t>
      </w:r>
      <w:proofErr w:type="spellEnd"/>
      <w:r w:rsidRPr="00541039">
        <w:rPr>
          <w:lang w:val="ru-RU"/>
        </w:rPr>
        <w:t xml:space="preserve"> </w:t>
      </w:r>
      <w:proofErr w:type="spellStart"/>
      <w:r w:rsidRPr="00541039">
        <w:rPr>
          <w:lang w:val="ru-RU"/>
        </w:rPr>
        <w:t>системи</w:t>
      </w:r>
      <w:proofErr w:type="spellEnd"/>
      <w:r w:rsidRPr="00541039">
        <w:rPr>
          <w:lang w:val="ru-RU"/>
        </w:rPr>
        <w:t xml:space="preserve"> </w:t>
      </w:r>
      <w:r>
        <w:t>SWEET</w:t>
      </w:r>
      <w:r w:rsidRPr="00541039">
        <w:rPr>
          <w:lang w:val="ru-RU"/>
        </w:rPr>
        <w:t>.</w:t>
      </w:r>
      <w:r>
        <w:t>TV</w:t>
      </w:r>
      <w:r w:rsidRPr="00541039">
        <w:rPr>
          <w:lang w:val="ru-RU"/>
        </w:rPr>
        <w:t>.</w:t>
      </w:r>
    </w:p>
    <w:p w14:paraId="0D1E7429" w14:textId="43D66E17" w:rsidR="00A90C81" w:rsidRPr="00A90C81" w:rsidRDefault="00000000" w:rsidP="00A90C81">
      <w:pPr>
        <w:pStyle w:val="LegalClause"/>
        <w:numPr>
          <w:ilvl w:val="1"/>
          <w:numId w:val="1"/>
        </w:numPr>
        <w:tabs>
          <w:tab w:val="left" w:pos="851"/>
        </w:tabs>
        <w:rPr>
          <w:lang w:val="ru-RU"/>
        </w:rPr>
      </w:pPr>
      <w:proofErr w:type="spellStart"/>
      <w:r w:rsidRPr="00A90C81">
        <w:rPr>
          <w:lang w:val="ru-RU"/>
        </w:rPr>
        <w:t>Переможець</w:t>
      </w:r>
      <w:proofErr w:type="spellEnd"/>
      <w:r w:rsidRPr="00A90C81">
        <w:rPr>
          <w:lang w:val="ru-RU"/>
        </w:rPr>
        <w:t xml:space="preserve"> </w:t>
      </w:r>
      <w:proofErr w:type="spellStart"/>
      <w:r w:rsidRPr="00A90C81">
        <w:rPr>
          <w:lang w:val="ru-RU"/>
        </w:rPr>
        <w:t>голосування</w:t>
      </w:r>
      <w:proofErr w:type="spellEnd"/>
      <w:r w:rsidRPr="00A90C81">
        <w:rPr>
          <w:lang w:val="ru-RU"/>
        </w:rPr>
        <w:t xml:space="preserve"> </w:t>
      </w:r>
      <w:proofErr w:type="spellStart"/>
      <w:r w:rsidRPr="00A90C81">
        <w:rPr>
          <w:lang w:val="ru-RU"/>
        </w:rPr>
        <w:t>набуває</w:t>
      </w:r>
      <w:proofErr w:type="spellEnd"/>
      <w:r w:rsidRPr="00A90C81">
        <w:rPr>
          <w:lang w:val="ru-RU"/>
        </w:rPr>
        <w:t xml:space="preserve"> право стати 12-м </w:t>
      </w:r>
      <w:proofErr w:type="spellStart"/>
      <w:r w:rsidRPr="00A90C81">
        <w:rPr>
          <w:lang w:val="ru-RU"/>
        </w:rPr>
        <w:t>учасником</w:t>
      </w:r>
      <w:proofErr w:type="spellEnd"/>
      <w:r w:rsidRPr="00A90C81">
        <w:rPr>
          <w:lang w:val="ru-RU"/>
        </w:rPr>
        <w:t xml:space="preserve"> основного сезону </w:t>
      </w:r>
      <w:r w:rsidR="00A90C81" w:rsidRPr="00A90C81">
        <w:rPr>
          <w:lang w:val="ru-RU"/>
        </w:rPr>
        <w:t>Проекту</w:t>
      </w:r>
      <w:r w:rsidRPr="00A90C81">
        <w:rPr>
          <w:lang w:val="ru-RU"/>
        </w:rPr>
        <w:t xml:space="preserve"> за </w:t>
      </w:r>
      <w:proofErr w:type="spellStart"/>
      <w:r w:rsidRPr="00A90C81">
        <w:rPr>
          <w:lang w:val="ru-RU"/>
        </w:rPr>
        <w:t>умови</w:t>
      </w:r>
      <w:proofErr w:type="spellEnd"/>
      <w:r w:rsidRPr="00A90C81">
        <w:rPr>
          <w:lang w:val="ru-RU"/>
        </w:rPr>
        <w:t xml:space="preserve"> </w:t>
      </w:r>
      <w:proofErr w:type="spellStart"/>
      <w:r w:rsidRPr="00A90C81">
        <w:rPr>
          <w:lang w:val="ru-RU"/>
        </w:rPr>
        <w:t>підтвердження</w:t>
      </w:r>
      <w:proofErr w:type="spellEnd"/>
      <w:r w:rsidRPr="00A90C81">
        <w:rPr>
          <w:lang w:val="ru-RU"/>
        </w:rPr>
        <w:t xml:space="preserve"> </w:t>
      </w:r>
      <w:proofErr w:type="spellStart"/>
      <w:r w:rsidRPr="00A90C81">
        <w:rPr>
          <w:lang w:val="ru-RU"/>
        </w:rPr>
        <w:t>готовності</w:t>
      </w:r>
      <w:proofErr w:type="spellEnd"/>
      <w:r w:rsidRPr="00A90C81">
        <w:rPr>
          <w:lang w:val="ru-RU"/>
        </w:rPr>
        <w:t xml:space="preserve"> та </w:t>
      </w:r>
      <w:proofErr w:type="spellStart"/>
      <w:r w:rsidRPr="00A90C81">
        <w:rPr>
          <w:lang w:val="ru-RU"/>
        </w:rPr>
        <w:t>можливості</w:t>
      </w:r>
      <w:proofErr w:type="spellEnd"/>
      <w:r w:rsidRPr="00A90C81">
        <w:rPr>
          <w:lang w:val="ru-RU"/>
        </w:rPr>
        <w:t xml:space="preserve"> </w:t>
      </w:r>
      <w:proofErr w:type="spellStart"/>
      <w:r w:rsidRPr="00A90C81">
        <w:rPr>
          <w:lang w:val="ru-RU"/>
        </w:rPr>
        <w:t>брати</w:t>
      </w:r>
      <w:proofErr w:type="spellEnd"/>
      <w:r w:rsidRPr="00A90C81">
        <w:rPr>
          <w:lang w:val="ru-RU"/>
        </w:rPr>
        <w:t xml:space="preserve"> участь у </w:t>
      </w:r>
      <w:proofErr w:type="spellStart"/>
      <w:r w:rsidRPr="00A90C81">
        <w:rPr>
          <w:lang w:val="ru-RU"/>
        </w:rPr>
        <w:t>Проєкті</w:t>
      </w:r>
      <w:proofErr w:type="spellEnd"/>
      <w:r w:rsidRPr="00A90C81">
        <w:rPr>
          <w:lang w:val="ru-RU"/>
        </w:rPr>
        <w:t xml:space="preserve"> і </w:t>
      </w:r>
      <w:proofErr w:type="spellStart"/>
      <w:r w:rsidR="00A90C81" w:rsidRPr="00A90C81">
        <w:rPr>
          <w:rStyle w:val="Strong"/>
          <w:b w:val="0"/>
          <w:bCs w:val="0"/>
          <w:lang w:val="ru-RU"/>
        </w:rPr>
        <w:t>виконання</w:t>
      </w:r>
      <w:proofErr w:type="spellEnd"/>
      <w:r w:rsidR="00A90C81" w:rsidRPr="00A90C81">
        <w:rPr>
          <w:rStyle w:val="Strong"/>
          <w:b w:val="0"/>
          <w:bCs w:val="0"/>
          <w:lang w:val="ru-RU"/>
        </w:rPr>
        <w:t xml:space="preserve"> </w:t>
      </w:r>
      <w:proofErr w:type="spellStart"/>
      <w:r w:rsidR="00A90C81" w:rsidRPr="00A90C81">
        <w:rPr>
          <w:rStyle w:val="Strong"/>
          <w:b w:val="0"/>
          <w:bCs w:val="0"/>
          <w:lang w:val="ru-RU"/>
        </w:rPr>
        <w:t>передбачених</w:t>
      </w:r>
      <w:proofErr w:type="spellEnd"/>
      <w:r w:rsidR="00A90C81" w:rsidRPr="00A90C81">
        <w:rPr>
          <w:rStyle w:val="Strong"/>
          <w:b w:val="0"/>
          <w:bCs w:val="0"/>
          <w:lang w:val="ru-RU"/>
        </w:rPr>
        <w:t xml:space="preserve"> Проектом </w:t>
      </w:r>
      <w:proofErr w:type="spellStart"/>
      <w:r w:rsidR="00A90C81" w:rsidRPr="00A90C81">
        <w:rPr>
          <w:rStyle w:val="Strong"/>
          <w:b w:val="0"/>
          <w:bCs w:val="0"/>
          <w:lang w:val="ru-RU"/>
        </w:rPr>
        <w:t>організаційних</w:t>
      </w:r>
      <w:proofErr w:type="spellEnd"/>
      <w:r w:rsidR="00A90C81" w:rsidRPr="00A90C81">
        <w:rPr>
          <w:rStyle w:val="Strong"/>
          <w:b w:val="0"/>
          <w:bCs w:val="0"/>
          <w:lang w:val="ru-RU"/>
        </w:rPr>
        <w:t xml:space="preserve">, </w:t>
      </w:r>
      <w:proofErr w:type="spellStart"/>
      <w:r w:rsidR="00A90C81" w:rsidRPr="00A90C81">
        <w:rPr>
          <w:rStyle w:val="Strong"/>
          <w:b w:val="0"/>
          <w:bCs w:val="0"/>
          <w:lang w:val="ru-RU"/>
        </w:rPr>
        <w:t>юридичних</w:t>
      </w:r>
      <w:proofErr w:type="spellEnd"/>
      <w:r w:rsidR="00A90C81" w:rsidRPr="00A90C81">
        <w:rPr>
          <w:rStyle w:val="Strong"/>
          <w:b w:val="0"/>
          <w:bCs w:val="0"/>
          <w:lang w:val="ru-RU"/>
        </w:rPr>
        <w:t xml:space="preserve"> та </w:t>
      </w:r>
      <w:proofErr w:type="spellStart"/>
      <w:r w:rsidR="00A90C81" w:rsidRPr="00A90C81">
        <w:rPr>
          <w:rStyle w:val="Strong"/>
          <w:b w:val="0"/>
          <w:bCs w:val="0"/>
          <w:lang w:val="ru-RU"/>
        </w:rPr>
        <w:t>виробничих</w:t>
      </w:r>
      <w:proofErr w:type="spellEnd"/>
      <w:r w:rsidR="00A90C81" w:rsidRPr="00A90C81">
        <w:rPr>
          <w:rStyle w:val="Strong"/>
          <w:b w:val="0"/>
          <w:bCs w:val="0"/>
          <w:lang w:val="ru-RU"/>
        </w:rPr>
        <w:t xml:space="preserve"> </w:t>
      </w:r>
      <w:proofErr w:type="spellStart"/>
      <w:r w:rsidR="00A90C81" w:rsidRPr="00A90C81">
        <w:rPr>
          <w:rStyle w:val="Strong"/>
          <w:b w:val="0"/>
          <w:bCs w:val="0"/>
          <w:lang w:val="ru-RU"/>
        </w:rPr>
        <w:t>вимог</w:t>
      </w:r>
      <w:proofErr w:type="spellEnd"/>
      <w:r w:rsidR="00A90C81" w:rsidRPr="00A90C81">
        <w:rPr>
          <w:rStyle w:val="Strong"/>
          <w:b w:val="0"/>
          <w:bCs w:val="0"/>
          <w:lang w:val="ru-RU"/>
        </w:rPr>
        <w:t>.</w:t>
      </w:r>
    </w:p>
    <w:p w14:paraId="3B1F0C19" w14:textId="2FAD5AD9" w:rsidR="00D97F10" w:rsidRPr="00541039" w:rsidRDefault="00D97F10" w:rsidP="00A90C81">
      <w:pPr>
        <w:pStyle w:val="LegalClause"/>
        <w:tabs>
          <w:tab w:val="left" w:pos="851"/>
        </w:tabs>
        <w:rPr>
          <w:lang w:val="ru-RU"/>
        </w:rPr>
      </w:pPr>
    </w:p>
    <w:p w14:paraId="311FEDCE" w14:textId="77777777" w:rsidR="00D97F10" w:rsidRPr="00541039" w:rsidRDefault="00000000" w:rsidP="00A90C81">
      <w:pPr>
        <w:pStyle w:val="LegalClause"/>
        <w:numPr>
          <w:ilvl w:val="1"/>
          <w:numId w:val="1"/>
        </w:numPr>
        <w:tabs>
          <w:tab w:val="left" w:pos="851"/>
        </w:tabs>
        <w:rPr>
          <w:lang w:val="ru-RU"/>
        </w:rPr>
      </w:pPr>
      <w:r w:rsidRPr="00541039">
        <w:rPr>
          <w:lang w:val="ru-RU"/>
        </w:rPr>
        <w:lastRenderedPageBreak/>
        <w:t xml:space="preserve">У </w:t>
      </w:r>
      <w:proofErr w:type="spellStart"/>
      <w:r w:rsidRPr="00541039">
        <w:rPr>
          <w:lang w:val="ru-RU"/>
        </w:rPr>
        <w:t>разі</w:t>
      </w:r>
      <w:proofErr w:type="spellEnd"/>
      <w:r w:rsidRPr="00541039">
        <w:rPr>
          <w:lang w:val="ru-RU"/>
        </w:rPr>
        <w:t xml:space="preserve"> </w:t>
      </w:r>
      <w:proofErr w:type="spellStart"/>
      <w:r w:rsidRPr="00541039">
        <w:rPr>
          <w:lang w:val="ru-RU"/>
        </w:rPr>
        <w:t>письмової</w:t>
      </w:r>
      <w:proofErr w:type="spellEnd"/>
      <w:r w:rsidRPr="00541039">
        <w:rPr>
          <w:lang w:val="ru-RU"/>
        </w:rPr>
        <w:t xml:space="preserve"> </w:t>
      </w:r>
      <w:proofErr w:type="spellStart"/>
      <w:r w:rsidRPr="00541039">
        <w:rPr>
          <w:lang w:val="ru-RU"/>
        </w:rPr>
        <w:t>або</w:t>
      </w:r>
      <w:proofErr w:type="spellEnd"/>
      <w:r w:rsidRPr="00541039">
        <w:rPr>
          <w:lang w:val="ru-RU"/>
        </w:rPr>
        <w:t xml:space="preserve"> </w:t>
      </w:r>
      <w:proofErr w:type="spellStart"/>
      <w:r w:rsidRPr="00541039">
        <w:rPr>
          <w:lang w:val="ru-RU"/>
        </w:rPr>
        <w:t>фактичної</w:t>
      </w:r>
      <w:proofErr w:type="spellEnd"/>
      <w:r w:rsidRPr="00541039">
        <w:rPr>
          <w:lang w:val="ru-RU"/>
        </w:rPr>
        <w:t xml:space="preserve"> </w:t>
      </w:r>
      <w:proofErr w:type="spellStart"/>
      <w:r w:rsidRPr="00541039">
        <w:rPr>
          <w:lang w:val="ru-RU"/>
        </w:rPr>
        <w:t>відмови</w:t>
      </w:r>
      <w:proofErr w:type="spellEnd"/>
      <w:r w:rsidRPr="00541039">
        <w:rPr>
          <w:lang w:val="ru-RU"/>
        </w:rPr>
        <w:t xml:space="preserve"> </w:t>
      </w:r>
      <w:proofErr w:type="spellStart"/>
      <w:r w:rsidRPr="00541039">
        <w:rPr>
          <w:lang w:val="ru-RU"/>
        </w:rPr>
        <w:t>Переможця</w:t>
      </w:r>
      <w:proofErr w:type="spellEnd"/>
      <w:r w:rsidRPr="00541039">
        <w:rPr>
          <w:lang w:val="ru-RU"/>
        </w:rPr>
        <w:t xml:space="preserve">, </w:t>
      </w:r>
      <w:proofErr w:type="spellStart"/>
      <w:r w:rsidRPr="00541039">
        <w:rPr>
          <w:lang w:val="ru-RU"/>
        </w:rPr>
        <w:t>неможливості</w:t>
      </w:r>
      <w:proofErr w:type="spellEnd"/>
      <w:r w:rsidRPr="00541039">
        <w:rPr>
          <w:lang w:val="ru-RU"/>
        </w:rPr>
        <w:t xml:space="preserve"> </w:t>
      </w:r>
      <w:proofErr w:type="spellStart"/>
      <w:r w:rsidRPr="00541039">
        <w:rPr>
          <w:lang w:val="ru-RU"/>
        </w:rPr>
        <w:t>його</w:t>
      </w:r>
      <w:proofErr w:type="spellEnd"/>
      <w:r w:rsidRPr="00541039">
        <w:rPr>
          <w:lang w:val="ru-RU"/>
        </w:rPr>
        <w:t xml:space="preserve"> </w:t>
      </w:r>
      <w:proofErr w:type="spellStart"/>
      <w:r w:rsidRPr="00541039">
        <w:rPr>
          <w:lang w:val="ru-RU"/>
        </w:rPr>
        <w:t>участі</w:t>
      </w:r>
      <w:proofErr w:type="spellEnd"/>
      <w:r w:rsidRPr="00541039">
        <w:rPr>
          <w:lang w:val="ru-RU"/>
        </w:rPr>
        <w:t xml:space="preserve"> </w:t>
      </w:r>
      <w:proofErr w:type="spellStart"/>
      <w:r w:rsidRPr="00541039">
        <w:rPr>
          <w:lang w:val="ru-RU"/>
        </w:rPr>
        <w:t>або</w:t>
      </w:r>
      <w:proofErr w:type="spellEnd"/>
      <w:r w:rsidRPr="00541039">
        <w:rPr>
          <w:lang w:val="ru-RU"/>
        </w:rPr>
        <w:t xml:space="preserve"> </w:t>
      </w:r>
      <w:proofErr w:type="spellStart"/>
      <w:r w:rsidRPr="00541039">
        <w:rPr>
          <w:lang w:val="ru-RU"/>
        </w:rPr>
        <w:t>невиконання</w:t>
      </w:r>
      <w:proofErr w:type="spellEnd"/>
      <w:r w:rsidRPr="00541039">
        <w:rPr>
          <w:lang w:val="ru-RU"/>
        </w:rPr>
        <w:t xml:space="preserve"> </w:t>
      </w:r>
      <w:proofErr w:type="spellStart"/>
      <w:r w:rsidRPr="00541039">
        <w:rPr>
          <w:lang w:val="ru-RU"/>
        </w:rPr>
        <w:t>необхідних</w:t>
      </w:r>
      <w:proofErr w:type="spellEnd"/>
      <w:r w:rsidRPr="00541039">
        <w:rPr>
          <w:lang w:val="ru-RU"/>
        </w:rPr>
        <w:t xml:space="preserve"> </w:t>
      </w:r>
      <w:proofErr w:type="spellStart"/>
      <w:r w:rsidRPr="00541039">
        <w:rPr>
          <w:lang w:val="ru-RU"/>
        </w:rPr>
        <w:t>організаційно-виробничих</w:t>
      </w:r>
      <w:proofErr w:type="spellEnd"/>
      <w:r w:rsidRPr="00541039">
        <w:rPr>
          <w:lang w:val="ru-RU"/>
        </w:rPr>
        <w:t xml:space="preserve"> формальностей право стати 12-м </w:t>
      </w:r>
      <w:proofErr w:type="spellStart"/>
      <w:r w:rsidRPr="00541039">
        <w:rPr>
          <w:lang w:val="ru-RU"/>
        </w:rPr>
        <w:t>учасником</w:t>
      </w:r>
      <w:proofErr w:type="spellEnd"/>
      <w:r w:rsidRPr="00541039">
        <w:rPr>
          <w:lang w:val="ru-RU"/>
        </w:rPr>
        <w:t xml:space="preserve"> переходить до Кандидата, </w:t>
      </w:r>
      <w:proofErr w:type="spellStart"/>
      <w:r w:rsidRPr="00541039">
        <w:rPr>
          <w:lang w:val="ru-RU"/>
        </w:rPr>
        <w:t>який</w:t>
      </w:r>
      <w:proofErr w:type="spellEnd"/>
      <w:r w:rsidRPr="00541039">
        <w:rPr>
          <w:lang w:val="ru-RU"/>
        </w:rPr>
        <w:t xml:space="preserve"> за </w:t>
      </w:r>
      <w:proofErr w:type="spellStart"/>
      <w:r w:rsidRPr="00541039">
        <w:rPr>
          <w:lang w:val="ru-RU"/>
        </w:rPr>
        <w:t>фінальними</w:t>
      </w:r>
      <w:proofErr w:type="spellEnd"/>
      <w:r w:rsidRPr="00541039">
        <w:rPr>
          <w:lang w:val="ru-RU"/>
        </w:rPr>
        <w:t xml:space="preserve"> результатами </w:t>
      </w:r>
      <w:proofErr w:type="spellStart"/>
      <w:r w:rsidRPr="00541039">
        <w:rPr>
          <w:lang w:val="ru-RU"/>
        </w:rPr>
        <w:t>посів</w:t>
      </w:r>
      <w:proofErr w:type="spellEnd"/>
      <w:r w:rsidRPr="00541039">
        <w:rPr>
          <w:lang w:val="ru-RU"/>
        </w:rPr>
        <w:t xml:space="preserve"> друге </w:t>
      </w:r>
      <w:proofErr w:type="spellStart"/>
      <w:r w:rsidRPr="00541039">
        <w:rPr>
          <w:lang w:val="ru-RU"/>
        </w:rPr>
        <w:t>місце</w:t>
      </w:r>
      <w:proofErr w:type="spellEnd"/>
      <w:r w:rsidRPr="00541039">
        <w:rPr>
          <w:lang w:val="ru-RU"/>
        </w:rPr>
        <w:t>.</w:t>
      </w:r>
    </w:p>
    <w:p w14:paraId="30F2BFB2" w14:textId="77777777" w:rsidR="00D97F10" w:rsidRDefault="00000000" w:rsidP="00A90C81">
      <w:pPr>
        <w:pStyle w:val="Heading1"/>
        <w:numPr>
          <w:ilvl w:val="0"/>
          <w:numId w:val="1"/>
        </w:numPr>
        <w:ind w:firstLine="66"/>
      </w:pPr>
      <w:r>
        <w:rPr>
          <w:rFonts w:ascii="Times New Roman" w:eastAsia="Times New Roman" w:hAnsi="Times New Roman" w:cs="Times New Roman"/>
        </w:rPr>
        <w:t>БЛАГОДІЙНА СКЛАДОВА</w:t>
      </w:r>
    </w:p>
    <w:p w14:paraId="6BB0CA8E" w14:textId="32DC259D" w:rsidR="00D97F10" w:rsidRPr="00541039" w:rsidRDefault="00000000" w:rsidP="00A90C81">
      <w:pPr>
        <w:pStyle w:val="LegalClause"/>
        <w:numPr>
          <w:ilvl w:val="1"/>
          <w:numId w:val="1"/>
        </w:numPr>
        <w:tabs>
          <w:tab w:val="left" w:pos="851"/>
          <w:tab w:val="left" w:pos="993"/>
        </w:tabs>
        <w:ind w:hanging="366"/>
        <w:rPr>
          <w:lang w:val="ru-RU"/>
        </w:rPr>
      </w:pPr>
      <w:r w:rsidRPr="00541039">
        <w:rPr>
          <w:lang w:val="ru-RU"/>
        </w:rPr>
        <w:t xml:space="preserve">За </w:t>
      </w:r>
      <w:proofErr w:type="spellStart"/>
      <w:r w:rsidRPr="00541039">
        <w:rPr>
          <w:lang w:val="ru-RU"/>
        </w:rPr>
        <w:t>кожний</w:t>
      </w:r>
      <w:proofErr w:type="spellEnd"/>
      <w:r w:rsidRPr="00541039">
        <w:rPr>
          <w:lang w:val="ru-RU"/>
        </w:rPr>
        <w:t xml:space="preserve"> </w:t>
      </w:r>
      <w:proofErr w:type="spellStart"/>
      <w:r w:rsidRPr="00541039">
        <w:rPr>
          <w:lang w:val="ru-RU"/>
        </w:rPr>
        <w:t>Дійсний</w:t>
      </w:r>
      <w:proofErr w:type="spellEnd"/>
      <w:r w:rsidRPr="00541039">
        <w:rPr>
          <w:lang w:val="ru-RU"/>
        </w:rPr>
        <w:t xml:space="preserve"> голос </w:t>
      </w:r>
      <w:proofErr w:type="spellStart"/>
      <w:r w:rsidRPr="00541039">
        <w:rPr>
          <w:lang w:val="ru-RU"/>
        </w:rPr>
        <w:t>Організатор</w:t>
      </w:r>
      <w:proofErr w:type="spellEnd"/>
      <w:r w:rsidRPr="00541039">
        <w:rPr>
          <w:lang w:val="ru-RU"/>
        </w:rPr>
        <w:t xml:space="preserve"> </w:t>
      </w:r>
      <w:proofErr w:type="spellStart"/>
      <w:r w:rsidRPr="00541039">
        <w:rPr>
          <w:lang w:val="ru-RU"/>
        </w:rPr>
        <w:t>зобов'язується</w:t>
      </w:r>
      <w:proofErr w:type="spellEnd"/>
      <w:r w:rsidRPr="00541039">
        <w:rPr>
          <w:lang w:val="ru-RU"/>
        </w:rPr>
        <w:t xml:space="preserve"> </w:t>
      </w:r>
      <w:proofErr w:type="spellStart"/>
      <w:r w:rsidRPr="00541039">
        <w:rPr>
          <w:lang w:val="ru-RU"/>
        </w:rPr>
        <w:t>спрямувати</w:t>
      </w:r>
      <w:proofErr w:type="spellEnd"/>
      <w:r w:rsidRPr="00541039">
        <w:rPr>
          <w:lang w:val="ru-RU"/>
        </w:rPr>
        <w:t xml:space="preserve"> 10,00 грн </w:t>
      </w:r>
      <w:proofErr w:type="spellStart"/>
      <w:r w:rsidRPr="00541039">
        <w:rPr>
          <w:lang w:val="ru-RU"/>
        </w:rPr>
        <w:t>власних</w:t>
      </w:r>
      <w:proofErr w:type="spellEnd"/>
      <w:r w:rsidRPr="00541039">
        <w:rPr>
          <w:lang w:val="ru-RU"/>
        </w:rPr>
        <w:t xml:space="preserve"> </w:t>
      </w:r>
      <w:proofErr w:type="spellStart"/>
      <w:r w:rsidRPr="00541039">
        <w:rPr>
          <w:lang w:val="ru-RU"/>
        </w:rPr>
        <w:t>коштів</w:t>
      </w:r>
      <w:proofErr w:type="spellEnd"/>
      <w:r w:rsidRPr="00541039">
        <w:rPr>
          <w:lang w:val="ru-RU"/>
        </w:rPr>
        <w:t xml:space="preserve"> на </w:t>
      </w:r>
      <w:proofErr w:type="spellStart"/>
      <w:r w:rsidRPr="00541039">
        <w:rPr>
          <w:lang w:val="ru-RU"/>
        </w:rPr>
        <w:t>користь</w:t>
      </w:r>
      <w:proofErr w:type="spellEnd"/>
      <w:r w:rsidRPr="00541039">
        <w:rPr>
          <w:lang w:val="ru-RU"/>
        </w:rPr>
        <w:t xml:space="preserve"> </w:t>
      </w:r>
      <w:proofErr w:type="spellStart"/>
      <w:r w:rsidRPr="00541039">
        <w:rPr>
          <w:lang w:val="ru-RU"/>
        </w:rPr>
        <w:t>реабілітаційного</w:t>
      </w:r>
      <w:proofErr w:type="spellEnd"/>
      <w:r w:rsidRPr="00541039">
        <w:rPr>
          <w:lang w:val="ru-RU"/>
        </w:rPr>
        <w:t xml:space="preserve"> центру </w:t>
      </w:r>
      <w:r>
        <w:t>Superhumans</w:t>
      </w:r>
      <w:r w:rsidRPr="00541039">
        <w:rPr>
          <w:lang w:val="ru-RU"/>
        </w:rPr>
        <w:t xml:space="preserve">. </w:t>
      </w:r>
      <w:proofErr w:type="spellStart"/>
      <w:r w:rsidRPr="00541039">
        <w:rPr>
          <w:lang w:val="ru-RU"/>
        </w:rPr>
        <w:t>Загальна</w:t>
      </w:r>
      <w:proofErr w:type="spellEnd"/>
      <w:r w:rsidRPr="00541039">
        <w:rPr>
          <w:lang w:val="ru-RU"/>
        </w:rPr>
        <w:t xml:space="preserve"> сума </w:t>
      </w:r>
      <w:proofErr w:type="spellStart"/>
      <w:r w:rsidRPr="00541039">
        <w:rPr>
          <w:lang w:val="ru-RU"/>
        </w:rPr>
        <w:t>визначається</w:t>
      </w:r>
      <w:proofErr w:type="spellEnd"/>
      <w:r w:rsidRPr="00541039">
        <w:rPr>
          <w:lang w:val="ru-RU"/>
        </w:rPr>
        <w:t xml:space="preserve"> за формулою: </w:t>
      </w:r>
      <w:proofErr w:type="spellStart"/>
      <w:r w:rsidRPr="00541039">
        <w:rPr>
          <w:lang w:val="ru-RU"/>
        </w:rPr>
        <w:t>кількість</w:t>
      </w:r>
      <w:proofErr w:type="spellEnd"/>
      <w:r w:rsidRPr="00541039">
        <w:rPr>
          <w:lang w:val="ru-RU"/>
        </w:rPr>
        <w:t xml:space="preserve"> </w:t>
      </w:r>
      <w:proofErr w:type="spellStart"/>
      <w:r w:rsidRPr="00541039">
        <w:rPr>
          <w:lang w:val="ru-RU"/>
        </w:rPr>
        <w:t>Дійсних</w:t>
      </w:r>
      <w:proofErr w:type="spellEnd"/>
      <w:r w:rsidRPr="00541039">
        <w:rPr>
          <w:lang w:val="ru-RU"/>
        </w:rPr>
        <w:t xml:space="preserve"> </w:t>
      </w:r>
      <w:proofErr w:type="spellStart"/>
      <w:r w:rsidRPr="00541039">
        <w:rPr>
          <w:lang w:val="ru-RU"/>
        </w:rPr>
        <w:t>голосів</w:t>
      </w:r>
      <w:proofErr w:type="spellEnd"/>
      <w:r w:rsidRPr="00541039">
        <w:rPr>
          <w:lang w:val="ru-RU"/>
        </w:rPr>
        <w:t xml:space="preserve">, за </w:t>
      </w:r>
      <w:proofErr w:type="spellStart"/>
      <w:r w:rsidRPr="00541039">
        <w:rPr>
          <w:lang w:val="ru-RU"/>
        </w:rPr>
        <w:t>якими</w:t>
      </w:r>
      <w:proofErr w:type="spellEnd"/>
      <w:r w:rsidRPr="00541039">
        <w:rPr>
          <w:lang w:val="ru-RU"/>
        </w:rPr>
        <w:t xml:space="preserve"> </w:t>
      </w:r>
      <w:proofErr w:type="spellStart"/>
      <w:r w:rsidRPr="00541039">
        <w:rPr>
          <w:lang w:val="ru-RU"/>
        </w:rPr>
        <w:t>успішно</w:t>
      </w:r>
      <w:proofErr w:type="spellEnd"/>
      <w:r w:rsidRPr="00541039">
        <w:rPr>
          <w:lang w:val="ru-RU"/>
        </w:rPr>
        <w:t xml:space="preserve"> </w:t>
      </w:r>
      <w:proofErr w:type="spellStart"/>
      <w:r w:rsidRPr="00541039">
        <w:rPr>
          <w:lang w:val="ru-RU"/>
        </w:rPr>
        <w:t>сплачено</w:t>
      </w:r>
      <w:proofErr w:type="spellEnd"/>
      <w:r w:rsidRPr="00541039">
        <w:rPr>
          <w:lang w:val="ru-RU"/>
        </w:rPr>
        <w:t xml:space="preserve"> 1,00 грн</w:t>
      </w:r>
      <w:r w:rsidR="00A90C81">
        <w:rPr>
          <w:lang w:val="ru-RU"/>
        </w:rPr>
        <w:t xml:space="preserve"> (одна гривня)</w:t>
      </w:r>
      <w:r w:rsidRPr="00541039">
        <w:rPr>
          <w:lang w:val="ru-RU"/>
        </w:rPr>
        <w:t>, помножена на 10,00</w:t>
      </w:r>
      <w:r w:rsidR="00A90C81">
        <w:rPr>
          <w:lang w:val="ru-RU"/>
        </w:rPr>
        <w:t xml:space="preserve"> грн.</w:t>
      </w:r>
      <w:r w:rsidRPr="00541039">
        <w:rPr>
          <w:lang w:val="ru-RU"/>
        </w:rPr>
        <w:t xml:space="preserve"> </w:t>
      </w:r>
      <w:r w:rsidR="00A90C81">
        <w:rPr>
          <w:lang w:val="ru-RU"/>
        </w:rPr>
        <w:t>(десять гривень)</w:t>
      </w:r>
      <w:r w:rsidRPr="00541039">
        <w:rPr>
          <w:lang w:val="ru-RU"/>
        </w:rPr>
        <w:t>.</w:t>
      </w:r>
    </w:p>
    <w:p w14:paraId="7857A0F2" w14:textId="3C9267FE" w:rsidR="00D97F10" w:rsidRPr="00541039" w:rsidRDefault="00000000" w:rsidP="00A90C81">
      <w:pPr>
        <w:pStyle w:val="LegalClause"/>
        <w:numPr>
          <w:ilvl w:val="1"/>
          <w:numId w:val="1"/>
        </w:numPr>
        <w:tabs>
          <w:tab w:val="left" w:pos="851"/>
          <w:tab w:val="left" w:pos="993"/>
        </w:tabs>
        <w:ind w:hanging="366"/>
        <w:rPr>
          <w:lang w:val="ru-RU"/>
        </w:rPr>
      </w:pPr>
      <w:proofErr w:type="spellStart"/>
      <w:r w:rsidRPr="00541039">
        <w:rPr>
          <w:lang w:val="ru-RU"/>
        </w:rPr>
        <w:t>Верифікаційний</w:t>
      </w:r>
      <w:proofErr w:type="spellEnd"/>
      <w:r w:rsidRPr="00541039">
        <w:rPr>
          <w:lang w:val="ru-RU"/>
        </w:rPr>
        <w:t xml:space="preserve"> </w:t>
      </w:r>
      <w:proofErr w:type="spellStart"/>
      <w:r w:rsidRPr="00541039">
        <w:rPr>
          <w:lang w:val="ru-RU"/>
        </w:rPr>
        <w:t>платіж</w:t>
      </w:r>
      <w:proofErr w:type="spellEnd"/>
      <w:r w:rsidRPr="00541039">
        <w:rPr>
          <w:lang w:val="ru-RU"/>
        </w:rPr>
        <w:t xml:space="preserve"> у </w:t>
      </w:r>
      <w:proofErr w:type="spellStart"/>
      <w:r w:rsidRPr="00541039">
        <w:rPr>
          <w:lang w:val="ru-RU"/>
        </w:rPr>
        <w:t>розмірі</w:t>
      </w:r>
      <w:proofErr w:type="spellEnd"/>
      <w:r w:rsidRPr="00541039">
        <w:rPr>
          <w:lang w:val="ru-RU"/>
        </w:rPr>
        <w:t xml:space="preserve"> 1,00 грн</w:t>
      </w:r>
      <w:r w:rsidR="00A90C81">
        <w:rPr>
          <w:lang w:val="ru-RU"/>
        </w:rPr>
        <w:t>.</w:t>
      </w:r>
      <w:r w:rsidRPr="00541039">
        <w:rPr>
          <w:lang w:val="ru-RU"/>
        </w:rPr>
        <w:t xml:space="preserve"> </w:t>
      </w:r>
      <w:r w:rsidR="00A90C81">
        <w:rPr>
          <w:lang w:val="ru-RU"/>
        </w:rPr>
        <w:t xml:space="preserve">(одна гривня) </w:t>
      </w:r>
      <w:proofErr w:type="spellStart"/>
      <w:r w:rsidRPr="00541039">
        <w:rPr>
          <w:lang w:val="ru-RU"/>
        </w:rPr>
        <w:t>отримується</w:t>
      </w:r>
      <w:proofErr w:type="spellEnd"/>
      <w:r w:rsidRPr="00541039">
        <w:rPr>
          <w:lang w:val="ru-RU"/>
        </w:rPr>
        <w:t xml:space="preserve"> </w:t>
      </w:r>
      <w:proofErr w:type="spellStart"/>
      <w:r w:rsidRPr="00541039">
        <w:rPr>
          <w:lang w:val="ru-RU"/>
        </w:rPr>
        <w:t>Організатором</w:t>
      </w:r>
      <w:proofErr w:type="spellEnd"/>
      <w:r w:rsidRPr="00541039">
        <w:rPr>
          <w:lang w:val="ru-RU"/>
        </w:rPr>
        <w:t xml:space="preserve"> як </w:t>
      </w:r>
      <w:proofErr w:type="spellStart"/>
      <w:r w:rsidRPr="00541039">
        <w:rPr>
          <w:lang w:val="ru-RU"/>
        </w:rPr>
        <w:t>елемент</w:t>
      </w:r>
      <w:proofErr w:type="spellEnd"/>
      <w:r w:rsidRPr="00541039">
        <w:rPr>
          <w:lang w:val="ru-RU"/>
        </w:rPr>
        <w:t xml:space="preserve"> </w:t>
      </w:r>
      <w:proofErr w:type="spellStart"/>
      <w:r w:rsidRPr="00541039">
        <w:rPr>
          <w:lang w:val="ru-RU"/>
        </w:rPr>
        <w:t>механіки</w:t>
      </w:r>
      <w:proofErr w:type="spellEnd"/>
      <w:r w:rsidRPr="00541039">
        <w:rPr>
          <w:lang w:val="ru-RU"/>
        </w:rPr>
        <w:t xml:space="preserve"> </w:t>
      </w:r>
      <w:proofErr w:type="spellStart"/>
      <w:r w:rsidRPr="00541039">
        <w:rPr>
          <w:lang w:val="ru-RU"/>
        </w:rPr>
        <w:t>верифікації</w:t>
      </w:r>
      <w:proofErr w:type="spellEnd"/>
      <w:r w:rsidRPr="00541039">
        <w:rPr>
          <w:lang w:val="ru-RU"/>
        </w:rPr>
        <w:t xml:space="preserve">. </w:t>
      </w:r>
      <w:proofErr w:type="spellStart"/>
      <w:r w:rsidRPr="00541039">
        <w:rPr>
          <w:lang w:val="ru-RU"/>
        </w:rPr>
        <w:t>Він</w:t>
      </w:r>
      <w:proofErr w:type="spellEnd"/>
      <w:r w:rsidRPr="00541039">
        <w:rPr>
          <w:lang w:val="ru-RU"/>
        </w:rPr>
        <w:t xml:space="preserve"> не </w:t>
      </w:r>
      <w:proofErr w:type="spellStart"/>
      <w:r w:rsidRPr="00541039">
        <w:rPr>
          <w:lang w:val="ru-RU"/>
        </w:rPr>
        <w:t>зменшує</w:t>
      </w:r>
      <w:proofErr w:type="spellEnd"/>
      <w:r w:rsidRPr="00541039">
        <w:rPr>
          <w:lang w:val="ru-RU"/>
        </w:rPr>
        <w:t xml:space="preserve"> </w:t>
      </w:r>
      <w:proofErr w:type="spellStart"/>
      <w:r w:rsidRPr="00541039">
        <w:rPr>
          <w:lang w:val="ru-RU"/>
        </w:rPr>
        <w:t>зобов'язання</w:t>
      </w:r>
      <w:proofErr w:type="spellEnd"/>
      <w:r w:rsidRPr="00541039">
        <w:rPr>
          <w:lang w:val="ru-RU"/>
        </w:rPr>
        <w:t xml:space="preserve"> </w:t>
      </w:r>
      <w:proofErr w:type="spellStart"/>
      <w:r w:rsidRPr="00541039">
        <w:rPr>
          <w:lang w:val="ru-RU"/>
        </w:rPr>
        <w:t>Організатора</w:t>
      </w:r>
      <w:proofErr w:type="spellEnd"/>
      <w:r w:rsidRPr="00541039">
        <w:rPr>
          <w:lang w:val="ru-RU"/>
        </w:rPr>
        <w:t xml:space="preserve">: за </w:t>
      </w:r>
      <w:proofErr w:type="spellStart"/>
      <w:r w:rsidRPr="00541039">
        <w:rPr>
          <w:lang w:val="ru-RU"/>
        </w:rPr>
        <w:t>кожний</w:t>
      </w:r>
      <w:proofErr w:type="spellEnd"/>
      <w:r w:rsidRPr="00541039">
        <w:rPr>
          <w:lang w:val="ru-RU"/>
        </w:rPr>
        <w:t xml:space="preserve"> </w:t>
      </w:r>
      <w:proofErr w:type="spellStart"/>
      <w:r w:rsidRPr="00541039">
        <w:rPr>
          <w:lang w:val="ru-RU"/>
        </w:rPr>
        <w:t>Дійсний</w:t>
      </w:r>
      <w:proofErr w:type="spellEnd"/>
      <w:r w:rsidRPr="00541039">
        <w:rPr>
          <w:lang w:val="ru-RU"/>
        </w:rPr>
        <w:t xml:space="preserve"> голос </w:t>
      </w:r>
      <w:proofErr w:type="spellStart"/>
      <w:r w:rsidRPr="00541039">
        <w:rPr>
          <w:lang w:val="ru-RU"/>
        </w:rPr>
        <w:t>Організатор</w:t>
      </w:r>
      <w:proofErr w:type="spellEnd"/>
      <w:r w:rsidRPr="00541039">
        <w:rPr>
          <w:lang w:val="ru-RU"/>
        </w:rPr>
        <w:t xml:space="preserve"> </w:t>
      </w:r>
      <w:proofErr w:type="spellStart"/>
      <w:r w:rsidRPr="00541039">
        <w:rPr>
          <w:lang w:val="ru-RU"/>
        </w:rPr>
        <w:t>окремо</w:t>
      </w:r>
      <w:proofErr w:type="spellEnd"/>
      <w:r w:rsidRPr="00541039">
        <w:rPr>
          <w:lang w:val="ru-RU"/>
        </w:rPr>
        <w:t xml:space="preserve"> </w:t>
      </w:r>
      <w:proofErr w:type="spellStart"/>
      <w:r w:rsidRPr="00541039">
        <w:rPr>
          <w:lang w:val="ru-RU"/>
        </w:rPr>
        <w:t>перераховує</w:t>
      </w:r>
      <w:proofErr w:type="spellEnd"/>
      <w:r w:rsidRPr="00541039">
        <w:rPr>
          <w:lang w:val="ru-RU"/>
        </w:rPr>
        <w:t xml:space="preserve"> </w:t>
      </w:r>
      <w:proofErr w:type="spellStart"/>
      <w:r w:rsidRPr="00541039">
        <w:rPr>
          <w:lang w:val="ru-RU"/>
        </w:rPr>
        <w:t>повні</w:t>
      </w:r>
      <w:proofErr w:type="spellEnd"/>
      <w:r w:rsidRPr="00541039">
        <w:rPr>
          <w:lang w:val="ru-RU"/>
        </w:rPr>
        <w:t xml:space="preserve"> 10,00 грн</w:t>
      </w:r>
      <w:r w:rsidR="00A90C81">
        <w:rPr>
          <w:lang w:val="ru-RU"/>
        </w:rPr>
        <w:t>.</w:t>
      </w:r>
      <w:r w:rsidRPr="00541039">
        <w:rPr>
          <w:lang w:val="ru-RU"/>
        </w:rPr>
        <w:t xml:space="preserve"> </w:t>
      </w:r>
      <w:r w:rsidR="00A90C81">
        <w:rPr>
          <w:lang w:val="ru-RU"/>
        </w:rPr>
        <w:t xml:space="preserve">(десять гривень) </w:t>
      </w:r>
      <w:proofErr w:type="spellStart"/>
      <w:r w:rsidRPr="00541039">
        <w:rPr>
          <w:lang w:val="ru-RU"/>
        </w:rPr>
        <w:t>власних</w:t>
      </w:r>
      <w:proofErr w:type="spellEnd"/>
      <w:r w:rsidRPr="00541039">
        <w:rPr>
          <w:lang w:val="ru-RU"/>
        </w:rPr>
        <w:t xml:space="preserve"> </w:t>
      </w:r>
      <w:proofErr w:type="spellStart"/>
      <w:r w:rsidRPr="00541039">
        <w:rPr>
          <w:lang w:val="ru-RU"/>
        </w:rPr>
        <w:t>коштів</w:t>
      </w:r>
      <w:proofErr w:type="spellEnd"/>
      <w:r w:rsidRPr="00541039">
        <w:rPr>
          <w:lang w:val="ru-RU"/>
        </w:rPr>
        <w:t>.</w:t>
      </w:r>
    </w:p>
    <w:p w14:paraId="54C64B64" w14:textId="77777777" w:rsidR="00D97F10" w:rsidRPr="00541039" w:rsidRDefault="00000000" w:rsidP="00A90C81">
      <w:pPr>
        <w:pStyle w:val="LegalClause"/>
        <w:numPr>
          <w:ilvl w:val="1"/>
          <w:numId w:val="1"/>
        </w:numPr>
        <w:tabs>
          <w:tab w:val="left" w:pos="851"/>
          <w:tab w:val="left" w:pos="993"/>
        </w:tabs>
        <w:ind w:hanging="366"/>
        <w:rPr>
          <w:lang w:val="ru-RU"/>
        </w:rPr>
      </w:pPr>
      <w:proofErr w:type="spellStart"/>
      <w:r w:rsidRPr="00541039">
        <w:rPr>
          <w:lang w:val="ru-RU"/>
        </w:rPr>
        <w:t>Мінімальна</w:t>
      </w:r>
      <w:proofErr w:type="spellEnd"/>
      <w:r w:rsidRPr="00541039">
        <w:rPr>
          <w:lang w:val="ru-RU"/>
        </w:rPr>
        <w:t xml:space="preserve"> та максимальна </w:t>
      </w:r>
      <w:proofErr w:type="spellStart"/>
      <w:r w:rsidRPr="00541039">
        <w:rPr>
          <w:lang w:val="ru-RU"/>
        </w:rPr>
        <w:t>загальна</w:t>
      </w:r>
      <w:proofErr w:type="spellEnd"/>
      <w:r w:rsidRPr="00541039">
        <w:rPr>
          <w:lang w:val="ru-RU"/>
        </w:rPr>
        <w:t xml:space="preserve"> сума </w:t>
      </w:r>
      <w:proofErr w:type="spellStart"/>
      <w:r w:rsidRPr="00541039">
        <w:rPr>
          <w:lang w:val="ru-RU"/>
        </w:rPr>
        <w:t>Благодійної</w:t>
      </w:r>
      <w:proofErr w:type="spellEnd"/>
      <w:r w:rsidRPr="00541039">
        <w:rPr>
          <w:lang w:val="ru-RU"/>
        </w:rPr>
        <w:t xml:space="preserve"> </w:t>
      </w:r>
      <w:proofErr w:type="spellStart"/>
      <w:r w:rsidRPr="00541039">
        <w:rPr>
          <w:lang w:val="ru-RU"/>
        </w:rPr>
        <w:t>складової</w:t>
      </w:r>
      <w:proofErr w:type="spellEnd"/>
      <w:r w:rsidRPr="00541039">
        <w:rPr>
          <w:lang w:val="ru-RU"/>
        </w:rPr>
        <w:t xml:space="preserve"> не </w:t>
      </w:r>
      <w:proofErr w:type="spellStart"/>
      <w:r w:rsidRPr="00541039">
        <w:rPr>
          <w:lang w:val="ru-RU"/>
        </w:rPr>
        <w:t>встановлюються</w:t>
      </w:r>
      <w:proofErr w:type="spellEnd"/>
      <w:r w:rsidRPr="00541039">
        <w:rPr>
          <w:lang w:val="ru-RU"/>
        </w:rPr>
        <w:t xml:space="preserve">. </w:t>
      </w:r>
      <w:proofErr w:type="spellStart"/>
      <w:r w:rsidRPr="00541039">
        <w:rPr>
          <w:lang w:val="ru-RU"/>
        </w:rPr>
        <w:t>Підсумкова</w:t>
      </w:r>
      <w:proofErr w:type="spellEnd"/>
      <w:r w:rsidRPr="00541039">
        <w:rPr>
          <w:lang w:val="ru-RU"/>
        </w:rPr>
        <w:t xml:space="preserve"> сума прямо </w:t>
      </w:r>
      <w:proofErr w:type="spellStart"/>
      <w:r w:rsidRPr="00541039">
        <w:rPr>
          <w:lang w:val="ru-RU"/>
        </w:rPr>
        <w:t>залежить</w:t>
      </w:r>
      <w:proofErr w:type="spellEnd"/>
      <w:r w:rsidRPr="00541039">
        <w:rPr>
          <w:lang w:val="ru-RU"/>
        </w:rPr>
        <w:t xml:space="preserve"> </w:t>
      </w:r>
      <w:proofErr w:type="spellStart"/>
      <w:r w:rsidRPr="00541039">
        <w:rPr>
          <w:lang w:val="ru-RU"/>
        </w:rPr>
        <w:t>від</w:t>
      </w:r>
      <w:proofErr w:type="spellEnd"/>
      <w:r w:rsidRPr="00541039">
        <w:rPr>
          <w:lang w:val="ru-RU"/>
        </w:rPr>
        <w:t xml:space="preserve"> </w:t>
      </w:r>
      <w:proofErr w:type="spellStart"/>
      <w:r w:rsidRPr="00541039">
        <w:rPr>
          <w:lang w:val="ru-RU"/>
        </w:rPr>
        <w:t>фактичної</w:t>
      </w:r>
      <w:proofErr w:type="spellEnd"/>
      <w:r w:rsidRPr="00541039">
        <w:rPr>
          <w:lang w:val="ru-RU"/>
        </w:rPr>
        <w:t xml:space="preserve"> </w:t>
      </w:r>
      <w:proofErr w:type="spellStart"/>
      <w:r w:rsidRPr="00541039">
        <w:rPr>
          <w:lang w:val="ru-RU"/>
        </w:rPr>
        <w:t>кількості</w:t>
      </w:r>
      <w:proofErr w:type="spellEnd"/>
      <w:r w:rsidRPr="00541039">
        <w:rPr>
          <w:lang w:val="ru-RU"/>
        </w:rPr>
        <w:t xml:space="preserve"> </w:t>
      </w:r>
      <w:proofErr w:type="spellStart"/>
      <w:r w:rsidRPr="00541039">
        <w:rPr>
          <w:lang w:val="ru-RU"/>
        </w:rPr>
        <w:t>Дійсних</w:t>
      </w:r>
      <w:proofErr w:type="spellEnd"/>
      <w:r w:rsidRPr="00541039">
        <w:rPr>
          <w:lang w:val="ru-RU"/>
        </w:rPr>
        <w:t xml:space="preserve"> </w:t>
      </w:r>
      <w:proofErr w:type="spellStart"/>
      <w:r w:rsidRPr="00541039">
        <w:rPr>
          <w:lang w:val="ru-RU"/>
        </w:rPr>
        <w:t>голосів</w:t>
      </w:r>
      <w:proofErr w:type="spellEnd"/>
      <w:r w:rsidRPr="00541039">
        <w:rPr>
          <w:lang w:val="ru-RU"/>
        </w:rPr>
        <w:t xml:space="preserve"> </w:t>
      </w:r>
      <w:proofErr w:type="spellStart"/>
      <w:r w:rsidRPr="00541039">
        <w:rPr>
          <w:lang w:val="ru-RU"/>
        </w:rPr>
        <w:t>після</w:t>
      </w:r>
      <w:proofErr w:type="spellEnd"/>
      <w:r w:rsidRPr="00541039">
        <w:rPr>
          <w:lang w:val="ru-RU"/>
        </w:rPr>
        <w:t xml:space="preserve"> </w:t>
      </w:r>
      <w:proofErr w:type="spellStart"/>
      <w:r w:rsidRPr="00541039">
        <w:rPr>
          <w:lang w:val="ru-RU"/>
        </w:rPr>
        <w:t>фінальної</w:t>
      </w:r>
      <w:proofErr w:type="spellEnd"/>
      <w:r w:rsidRPr="00541039">
        <w:rPr>
          <w:lang w:val="ru-RU"/>
        </w:rPr>
        <w:t xml:space="preserve"> </w:t>
      </w:r>
      <w:proofErr w:type="spellStart"/>
      <w:r w:rsidRPr="00541039">
        <w:rPr>
          <w:lang w:val="ru-RU"/>
        </w:rPr>
        <w:t>звірки</w:t>
      </w:r>
      <w:proofErr w:type="spellEnd"/>
      <w:r w:rsidRPr="00541039">
        <w:rPr>
          <w:lang w:val="ru-RU"/>
        </w:rPr>
        <w:t>.</w:t>
      </w:r>
    </w:p>
    <w:p w14:paraId="56470F52" w14:textId="140F1B24" w:rsidR="00D97F10" w:rsidRPr="00541039" w:rsidRDefault="00000000" w:rsidP="00A90C81">
      <w:pPr>
        <w:pStyle w:val="LegalClause"/>
        <w:numPr>
          <w:ilvl w:val="1"/>
          <w:numId w:val="1"/>
        </w:numPr>
        <w:tabs>
          <w:tab w:val="left" w:pos="851"/>
          <w:tab w:val="left" w:pos="993"/>
        </w:tabs>
        <w:ind w:hanging="366"/>
        <w:rPr>
          <w:lang w:val="ru-RU"/>
        </w:rPr>
      </w:pPr>
      <w:proofErr w:type="spellStart"/>
      <w:r w:rsidRPr="00541039">
        <w:rPr>
          <w:b/>
          <w:lang w:val="ru-RU"/>
        </w:rPr>
        <w:t>Отримувач</w:t>
      </w:r>
      <w:proofErr w:type="spellEnd"/>
      <w:r w:rsidRPr="00541039">
        <w:rPr>
          <w:b/>
          <w:lang w:val="ru-RU"/>
        </w:rPr>
        <w:t xml:space="preserve"> </w:t>
      </w:r>
      <w:proofErr w:type="spellStart"/>
      <w:r w:rsidRPr="00541039">
        <w:rPr>
          <w:b/>
          <w:lang w:val="ru-RU"/>
        </w:rPr>
        <w:t>благодійної</w:t>
      </w:r>
      <w:proofErr w:type="spellEnd"/>
      <w:r w:rsidRPr="00541039">
        <w:rPr>
          <w:b/>
          <w:lang w:val="ru-RU"/>
        </w:rPr>
        <w:t xml:space="preserve"> </w:t>
      </w:r>
      <w:proofErr w:type="spellStart"/>
      <w:r w:rsidRPr="003F1764">
        <w:rPr>
          <w:b/>
          <w:lang w:val="ru-RU"/>
        </w:rPr>
        <w:t>допомоги</w:t>
      </w:r>
      <w:proofErr w:type="spellEnd"/>
      <w:r w:rsidRPr="003F1764">
        <w:rPr>
          <w:b/>
          <w:lang w:val="ru-RU"/>
        </w:rPr>
        <w:t>:</w:t>
      </w:r>
      <w:r w:rsidR="003F1764" w:rsidRPr="003F1764">
        <w:rPr>
          <w:b/>
          <w:lang w:val="ru-RU"/>
        </w:rPr>
        <w:t xml:space="preserve"> </w:t>
      </w:r>
      <w:r w:rsidR="003F1764" w:rsidRPr="003F1764">
        <w:rPr>
          <w:color w:val="1F1F1F"/>
          <w:shd w:val="clear" w:color="auto" w:fill="FFFFFF"/>
          <w:lang w:val="ru-RU"/>
        </w:rPr>
        <w:t>БО БФ Суперлюди</w:t>
      </w:r>
      <w:r w:rsidR="003F1764" w:rsidRPr="003F1764">
        <w:rPr>
          <w:color w:val="1F1F1F"/>
          <w:shd w:val="clear" w:color="auto" w:fill="FFFFFF"/>
          <w:lang w:val="ru-RU"/>
        </w:rPr>
        <w:t xml:space="preserve">, </w:t>
      </w:r>
      <w:r w:rsidR="003F1764" w:rsidRPr="003F1764">
        <w:rPr>
          <w:color w:val="1F1F1F"/>
          <w:shd w:val="clear" w:color="auto" w:fill="FFFFFF"/>
          <w:lang w:val="ru-RU"/>
        </w:rPr>
        <w:t>Код ЄДРПОУ</w:t>
      </w:r>
      <w:r w:rsidR="003F1764" w:rsidRPr="003F1764">
        <w:rPr>
          <w:color w:val="1F1F1F"/>
          <w:shd w:val="clear" w:color="auto" w:fill="FFFFFF"/>
          <w:lang w:val="ru-RU"/>
        </w:rPr>
        <w:t xml:space="preserve"> </w:t>
      </w:r>
      <w:r w:rsidR="003F1764" w:rsidRPr="003F1764">
        <w:rPr>
          <w:color w:val="1F1F1F"/>
          <w:shd w:val="clear" w:color="auto" w:fill="FFFFFF"/>
          <w:lang w:val="ru-RU"/>
        </w:rPr>
        <w:t>44803597</w:t>
      </w:r>
      <w:r w:rsidRPr="00541039">
        <w:rPr>
          <w:b/>
          <w:lang w:val="ru-RU"/>
        </w:rPr>
        <w:t xml:space="preserve"> </w:t>
      </w:r>
    </w:p>
    <w:p w14:paraId="7F23AE60" w14:textId="77777777" w:rsidR="00D97F10" w:rsidRPr="00541039" w:rsidRDefault="00000000" w:rsidP="00A90C81">
      <w:pPr>
        <w:pStyle w:val="LegalClause"/>
        <w:numPr>
          <w:ilvl w:val="1"/>
          <w:numId w:val="1"/>
        </w:numPr>
        <w:tabs>
          <w:tab w:val="left" w:pos="851"/>
          <w:tab w:val="left" w:pos="993"/>
        </w:tabs>
        <w:ind w:hanging="366"/>
        <w:rPr>
          <w:lang w:val="ru-RU"/>
        </w:rPr>
      </w:pPr>
      <w:proofErr w:type="spellStart"/>
      <w:r w:rsidRPr="00541039">
        <w:rPr>
          <w:lang w:val="ru-RU"/>
        </w:rPr>
        <w:t>Організатор</w:t>
      </w:r>
      <w:proofErr w:type="spellEnd"/>
      <w:r w:rsidRPr="00541039">
        <w:rPr>
          <w:lang w:val="ru-RU"/>
        </w:rPr>
        <w:t xml:space="preserve"> </w:t>
      </w:r>
      <w:proofErr w:type="spellStart"/>
      <w:r w:rsidRPr="00541039">
        <w:rPr>
          <w:lang w:val="ru-RU"/>
        </w:rPr>
        <w:t>здійснює</w:t>
      </w:r>
      <w:proofErr w:type="spellEnd"/>
      <w:r w:rsidRPr="00541039">
        <w:rPr>
          <w:lang w:val="ru-RU"/>
        </w:rPr>
        <w:t xml:space="preserve"> </w:t>
      </w:r>
      <w:proofErr w:type="spellStart"/>
      <w:r w:rsidRPr="00541039">
        <w:rPr>
          <w:lang w:val="ru-RU"/>
        </w:rPr>
        <w:t>благодійний</w:t>
      </w:r>
      <w:proofErr w:type="spellEnd"/>
      <w:r w:rsidRPr="00541039">
        <w:rPr>
          <w:lang w:val="ru-RU"/>
        </w:rPr>
        <w:t xml:space="preserve"> </w:t>
      </w:r>
      <w:proofErr w:type="spellStart"/>
      <w:r w:rsidRPr="00541039">
        <w:rPr>
          <w:lang w:val="ru-RU"/>
        </w:rPr>
        <w:t>переказ</w:t>
      </w:r>
      <w:proofErr w:type="spellEnd"/>
      <w:r w:rsidRPr="00541039">
        <w:rPr>
          <w:lang w:val="ru-RU"/>
        </w:rPr>
        <w:t xml:space="preserve"> не </w:t>
      </w:r>
      <w:proofErr w:type="spellStart"/>
      <w:r w:rsidRPr="00541039">
        <w:rPr>
          <w:lang w:val="ru-RU"/>
        </w:rPr>
        <w:t>пізніше</w:t>
      </w:r>
      <w:proofErr w:type="spellEnd"/>
      <w:r w:rsidRPr="00541039">
        <w:rPr>
          <w:lang w:val="ru-RU"/>
        </w:rPr>
        <w:t xml:space="preserve"> 2 </w:t>
      </w:r>
      <w:proofErr w:type="spellStart"/>
      <w:r w:rsidRPr="00541039">
        <w:rPr>
          <w:lang w:val="ru-RU"/>
        </w:rPr>
        <w:t>жовтня</w:t>
      </w:r>
      <w:proofErr w:type="spellEnd"/>
      <w:r w:rsidRPr="00541039">
        <w:rPr>
          <w:lang w:val="ru-RU"/>
        </w:rPr>
        <w:t xml:space="preserve"> 2026 року, </w:t>
      </w:r>
      <w:proofErr w:type="spellStart"/>
      <w:r w:rsidRPr="00541039">
        <w:rPr>
          <w:lang w:val="ru-RU"/>
        </w:rPr>
        <w:t>якщо</w:t>
      </w:r>
      <w:proofErr w:type="spellEnd"/>
      <w:r w:rsidRPr="00541039">
        <w:rPr>
          <w:lang w:val="ru-RU"/>
        </w:rPr>
        <w:t xml:space="preserve"> </w:t>
      </w:r>
      <w:proofErr w:type="spellStart"/>
      <w:r w:rsidRPr="00541039">
        <w:rPr>
          <w:lang w:val="ru-RU"/>
        </w:rPr>
        <w:t>інший</w:t>
      </w:r>
      <w:proofErr w:type="spellEnd"/>
      <w:r w:rsidRPr="00541039">
        <w:rPr>
          <w:lang w:val="ru-RU"/>
        </w:rPr>
        <w:t xml:space="preserve"> строк не є </w:t>
      </w:r>
      <w:proofErr w:type="spellStart"/>
      <w:r w:rsidRPr="00541039">
        <w:rPr>
          <w:lang w:val="ru-RU"/>
        </w:rPr>
        <w:t>обов'язковим</w:t>
      </w:r>
      <w:proofErr w:type="spellEnd"/>
      <w:r w:rsidRPr="00541039">
        <w:rPr>
          <w:lang w:val="ru-RU"/>
        </w:rPr>
        <w:t xml:space="preserve"> через </w:t>
      </w:r>
      <w:proofErr w:type="spellStart"/>
      <w:r w:rsidRPr="00541039">
        <w:rPr>
          <w:lang w:val="ru-RU"/>
        </w:rPr>
        <w:t>обставини</w:t>
      </w:r>
      <w:proofErr w:type="spellEnd"/>
      <w:r w:rsidRPr="00541039">
        <w:rPr>
          <w:lang w:val="ru-RU"/>
        </w:rPr>
        <w:t xml:space="preserve"> </w:t>
      </w:r>
      <w:proofErr w:type="spellStart"/>
      <w:r w:rsidRPr="00541039">
        <w:rPr>
          <w:lang w:val="ru-RU"/>
        </w:rPr>
        <w:t>непереборної</w:t>
      </w:r>
      <w:proofErr w:type="spellEnd"/>
      <w:r w:rsidRPr="00541039">
        <w:rPr>
          <w:lang w:val="ru-RU"/>
        </w:rPr>
        <w:t xml:space="preserve"> сили, </w:t>
      </w:r>
      <w:proofErr w:type="spellStart"/>
      <w:r w:rsidRPr="00541039">
        <w:rPr>
          <w:lang w:val="ru-RU"/>
        </w:rPr>
        <w:t>банківські</w:t>
      </w:r>
      <w:proofErr w:type="spellEnd"/>
      <w:r w:rsidRPr="00541039">
        <w:rPr>
          <w:lang w:val="ru-RU"/>
        </w:rPr>
        <w:t xml:space="preserve"> </w:t>
      </w:r>
      <w:proofErr w:type="spellStart"/>
      <w:r w:rsidRPr="00541039">
        <w:rPr>
          <w:lang w:val="ru-RU"/>
        </w:rPr>
        <w:t>обмеження</w:t>
      </w:r>
      <w:proofErr w:type="spellEnd"/>
      <w:r w:rsidRPr="00541039">
        <w:rPr>
          <w:lang w:val="ru-RU"/>
        </w:rPr>
        <w:t xml:space="preserve"> </w:t>
      </w:r>
      <w:proofErr w:type="spellStart"/>
      <w:r w:rsidRPr="00541039">
        <w:rPr>
          <w:lang w:val="ru-RU"/>
        </w:rPr>
        <w:t>або</w:t>
      </w:r>
      <w:proofErr w:type="spellEnd"/>
      <w:r w:rsidRPr="00541039">
        <w:rPr>
          <w:lang w:val="ru-RU"/>
        </w:rPr>
        <w:t xml:space="preserve"> </w:t>
      </w:r>
      <w:proofErr w:type="spellStart"/>
      <w:r w:rsidRPr="00541039">
        <w:rPr>
          <w:lang w:val="ru-RU"/>
        </w:rPr>
        <w:t>законодавчу</w:t>
      </w:r>
      <w:proofErr w:type="spellEnd"/>
      <w:r w:rsidRPr="00541039">
        <w:rPr>
          <w:lang w:val="ru-RU"/>
        </w:rPr>
        <w:t xml:space="preserve"> </w:t>
      </w:r>
      <w:proofErr w:type="spellStart"/>
      <w:r w:rsidRPr="00541039">
        <w:rPr>
          <w:lang w:val="ru-RU"/>
        </w:rPr>
        <w:t>заборону</w:t>
      </w:r>
      <w:proofErr w:type="spellEnd"/>
      <w:r w:rsidRPr="00541039">
        <w:rPr>
          <w:lang w:val="ru-RU"/>
        </w:rPr>
        <w:t xml:space="preserve">. У такому </w:t>
      </w:r>
      <w:proofErr w:type="spellStart"/>
      <w:r w:rsidRPr="00541039">
        <w:rPr>
          <w:lang w:val="ru-RU"/>
        </w:rPr>
        <w:t>випадку</w:t>
      </w:r>
      <w:proofErr w:type="spellEnd"/>
      <w:r w:rsidRPr="00541039">
        <w:rPr>
          <w:lang w:val="ru-RU"/>
        </w:rPr>
        <w:t xml:space="preserve"> </w:t>
      </w:r>
      <w:proofErr w:type="spellStart"/>
      <w:r w:rsidRPr="00541039">
        <w:rPr>
          <w:lang w:val="ru-RU"/>
        </w:rPr>
        <w:t>переказ</w:t>
      </w:r>
      <w:proofErr w:type="spellEnd"/>
      <w:r w:rsidRPr="00541039">
        <w:rPr>
          <w:lang w:val="ru-RU"/>
        </w:rPr>
        <w:t xml:space="preserve"> </w:t>
      </w:r>
      <w:proofErr w:type="spellStart"/>
      <w:r w:rsidRPr="00541039">
        <w:rPr>
          <w:lang w:val="ru-RU"/>
        </w:rPr>
        <w:t>здійснюється</w:t>
      </w:r>
      <w:proofErr w:type="spellEnd"/>
      <w:r w:rsidRPr="00541039">
        <w:rPr>
          <w:lang w:val="ru-RU"/>
        </w:rPr>
        <w:t xml:space="preserve"> у </w:t>
      </w:r>
      <w:proofErr w:type="spellStart"/>
      <w:r w:rsidRPr="00541039">
        <w:rPr>
          <w:lang w:val="ru-RU"/>
        </w:rPr>
        <w:t>найкоротший</w:t>
      </w:r>
      <w:proofErr w:type="spellEnd"/>
      <w:r w:rsidRPr="00541039">
        <w:rPr>
          <w:lang w:val="ru-RU"/>
        </w:rPr>
        <w:t xml:space="preserve"> </w:t>
      </w:r>
      <w:proofErr w:type="spellStart"/>
      <w:r w:rsidRPr="00541039">
        <w:rPr>
          <w:lang w:val="ru-RU"/>
        </w:rPr>
        <w:t>об'єктивно</w:t>
      </w:r>
      <w:proofErr w:type="spellEnd"/>
      <w:r w:rsidRPr="00541039">
        <w:rPr>
          <w:lang w:val="ru-RU"/>
        </w:rPr>
        <w:t xml:space="preserve"> </w:t>
      </w:r>
      <w:proofErr w:type="spellStart"/>
      <w:r w:rsidRPr="00541039">
        <w:rPr>
          <w:lang w:val="ru-RU"/>
        </w:rPr>
        <w:t>можливий</w:t>
      </w:r>
      <w:proofErr w:type="spellEnd"/>
      <w:r w:rsidRPr="00541039">
        <w:rPr>
          <w:lang w:val="ru-RU"/>
        </w:rPr>
        <w:t xml:space="preserve"> строк </w:t>
      </w:r>
      <w:proofErr w:type="spellStart"/>
      <w:r w:rsidRPr="00541039">
        <w:rPr>
          <w:lang w:val="ru-RU"/>
        </w:rPr>
        <w:t>після</w:t>
      </w:r>
      <w:proofErr w:type="spellEnd"/>
      <w:r w:rsidRPr="00541039">
        <w:rPr>
          <w:lang w:val="ru-RU"/>
        </w:rPr>
        <w:t xml:space="preserve"> </w:t>
      </w:r>
      <w:proofErr w:type="spellStart"/>
      <w:r w:rsidRPr="00541039">
        <w:rPr>
          <w:lang w:val="ru-RU"/>
        </w:rPr>
        <w:t>припинення</w:t>
      </w:r>
      <w:proofErr w:type="spellEnd"/>
      <w:r w:rsidRPr="00541039">
        <w:rPr>
          <w:lang w:val="ru-RU"/>
        </w:rPr>
        <w:t xml:space="preserve"> </w:t>
      </w:r>
      <w:proofErr w:type="spellStart"/>
      <w:r w:rsidRPr="00541039">
        <w:rPr>
          <w:lang w:val="ru-RU"/>
        </w:rPr>
        <w:t>відповідної</w:t>
      </w:r>
      <w:proofErr w:type="spellEnd"/>
      <w:r w:rsidRPr="00541039">
        <w:rPr>
          <w:lang w:val="ru-RU"/>
        </w:rPr>
        <w:t xml:space="preserve"> </w:t>
      </w:r>
      <w:proofErr w:type="spellStart"/>
      <w:r w:rsidRPr="00541039">
        <w:rPr>
          <w:lang w:val="ru-RU"/>
        </w:rPr>
        <w:t>перешкоди</w:t>
      </w:r>
      <w:proofErr w:type="spellEnd"/>
      <w:r w:rsidRPr="00541039">
        <w:rPr>
          <w:lang w:val="ru-RU"/>
        </w:rPr>
        <w:t>.</w:t>
      </w:r>
    </w:p>
    <w:p w14:paraId="16E5A72B" w14:textId="77777777" w:rsidR="00D97F10" w:rsidRPr="00541039" w:rsidRDefault="00000000" w:rsidP="00A90C81">
      <w:pPr>
        <w:pStyle w:val="LegalClause"/>
        <w:numPr>
          <w:ilvl w:val="1"/>
          <w:numId w:val="1"/>
        </w:numPr>
        <w:tabs>
          <w:tab w:val="left" w:pos="851"/>
          <w:tab w:val="left" w:pos="993"/>
        </w:tabs>
        <w:ind w:hanging="366"/>
        <w:rPr>
          <w:lang w:val="ru-RU"/>
        </w:rPr>
      </w:pPr>
      <w:proofErr w:type="spellStart"/>
      <w:r w:rsidRPr="00541039">
        <w:rPr>
          <w:lang w:val="ru-RU"/>
        </w:rPr>
        <w:t>Підтвердження</w:t>
      </w:r>
      <w:proofErr w:type="spellEnd"/>
      <w:r w:rsidRPr="00541039">
        <w:rPr>
          <w:lang w:val="ru-RU"/>
        </w:rPr>
        <w:t xml:space="preserve"> факту та </w:t>
      </w:r>
      <w:proofErr w:type="spellStart"/>
      <w:r w:rsidRPr="00541039">
        <w:rPr>
          <w:lang w:val="ru-RU"/>
        </w:rPr>
        <w:t>суми</w:t>
      </w:r>
      <w:proofErr w:type="spellEnd"/>
      <w:r w:rsidRPr="00541039">
        <w:rPr>
          <w:lang w:val="ru-RU"/>
        </w:rPr>
        <w:t xml:space="preserve"> </w:t>
      </w:r>
      <w:proofErr w:type="spellStart"/>
      <w:r w:rsidRPr="00541039">
        <w:rPr>
          <w:lang w:val="ru-RU"/>
        </w:rPr>
        <w:t>переказу</w:t>
      </w:r>
      <w:proofErr w:type="spellEnd"/>
      <w:r w:rsidRPr="00541039">
        <w:rPr>
          <w:lang w:val="ru-RU"/>
        </w:rPr>
        <w:t xml:space="preserve"> </w:t>
      </w:r>
      <w:proofErr w:type="spellStart"/>
      <w:r w:rsidRPr="00541039">
        <w:rPr>
          <w:lang w:val="ru-RU"/>
        </w:rPr>
        <w:t>оприлюднюється</w:t>
      </w:r>
      <w:proofErr w:type="spellEnd"/>
      <w:r w:rsidRPr="00541039">
        <w:rPr>
          <w:lang w:val="ru-RU"/>
        </w:rPr>
        <w:t xml:space="preserve"> на </w:t>
      </w:r>
      <w:proofErr w:type="spellStart"/>
      <w:r w:rsidRPr="00541039">
        <w:rPr>
          <w:lang w:val="ru-RU"/>
        </w:rPr>
        <w:t>Сторінці</w:t>
      </w:r>
      <w:proofErr w:type="spellEnd"/>
      <w:r w:rsidRPr="00541039">
        <w:rPr>
          <w:lang w:val="ru-RU"/>
        </w:rPr>
        <w:t xml:space="preserve"> </w:t>
      </w:r>
      <w:proofErr w:type="spellStart"/>
      <w:r w:rsidRPr="00541039">
        <w:rPr>
          <w:lang w:val="ru-RU"/>
        </w:rPr>
        <w:t>голосування</w:t>
      </w:r>
      <w:proofErr w:type="spellEnd"/>
      <w:r w:rsidRPr="00541039">
        <w:rPr>
          <w:lang w:val="ru-RU"/>
        </w:rPr>
        <w:t xml:space="preserve">, в </w:t>
      </w:r>
      <w:proofErr w:type="spellStart"/>
      <w:r w:rsidRPr="00541039">
        <w:rPr>
          <w:lang w:val="ru-RU"/>
        </w:rPr>
        <w:t>офіційних</w:t>
      </w:r>
      <w:proofErr w:type="spellEnd"/>
      <w:r w:rsidRPr="00541039">
        <w:rPr>
          <w:lang w:val="ru-RU"/>
        </w:rPr>
        <w:t xml:space="preserve"> </w:t>
      </w:r>
      <w:proofErr w:type="spellStart"/>
      <w:r w:rsidRPr="00541039">
        <w:rPr>
          <w:lang w:val="ru-RU"/>
        </w:rPr>
        <w:t>соціальних</w:t>
      </w:r>
      <w:proofErr w:type="spellEnd"/>
      <w:r w:rsidRPr="00541039">
        <w:rPr>
          <w:lang w:val="ru-RU"/>
        </w:rPr>
        <w:t xml:space="preserve"> мережах </w:t>
      </w:r>
      <w:proofErr w:type="spellStart"/>
      <w:r w:rsidRPr="00541039">
        <w:rPr>
          <w:lang w:val="ru-RU"/>
        </w:rPr>
        <w:t>Проєкту</w:t>
      </w:r>
      <w:proofErr w:type="spellEnd"/>
      <w:r w:rsidRPr="00541039">
        <w:rPr>
          <w:lang w:val="ru-RU"/>
        </w:rPr>
        <w:t xml:space="preserve"> «Фабрика </w:t>
      </w:r>
      <w:proofErr w:type="spellStart"/>
      <w:r w:rsidRPr="00541039">
        <w:rPr>
          <w:lang w:val="ru-RU"/>
        </w:rPr>
        <w:t>Зірок</w:t>
      </w:r>
      <w:proofErr w:type="spellEnd"/>
      <w:r w:rsidRPr="00541039">
        <w:rPr>
          <w:lang w:val="ru-RU"/>
        </w:rPr>
        <w:t xml:space="preserve">» і </w:t>
      </w:r>
      <w:r>
        <w:t>SWEET</w:t>
      </w:r>
      <w:r w:rsidRPr="00541039">
        <w:rPr>
          <w:lang w:val="ru-RU"/>
        </w:rPr>
        <w:t>.</w:t>
      </w:r>
      <w:r>
        <w:t>TV</w:t>
      </w:r>
      <w:r w:rsidRPr="00541039">
        <w:rPr>
          <w:lang w:val="ru-RU"/>
        </w:rPr>
        <w:t xml:space="preserve">. </w:t>
      </w:r>
      <w:proofErr w:type="spellStart"/>
      <w:r w:rsidRPr="00541039">
        <w:rPr>
          <w:lang w:val="ru-RU"/>
        </w:rPr>
        <w:t>Персональні</w:t>
      </w:r>
      <w:proofErr w:type="spellEnd"/>
      <w:r w:rsidRPr="00541039">
        <w:rPr>
          <w:lang w:val="ru-RU"/>
        </w:rPr>
        <w:t xml:space="preserve"> </w:t>
      </w:r>
      <w:proofErr w:type="spellStart"/>
      <w:r w:rsidRPr="00541039">
        <w:rPr>
          <w:lang w:val="ru-RU"/>
        </w:rPr>
        <w:t>дані</w:t>
      </w:r>
      <w:proofErr w:type="spellEnd"/>
      <w:r w:rsidRPr="00541039">
        <w:rPr>
          <w:lang w:val="ru-RU"/>
        </w:rPr>
        <w:t xml:space="preserve"> </w:t>
      </w:r>
      <w:proofErr w:type="spellStart"/>
      <w:r w:rsidRPr="00541039">
        <w:rPr>
          <w:lang w:val="ru-RU"/>
        </w:rPr>
        <w:t>Учасників</w:t>
      </w:r>
      <w:proofErr w:type="spellEnd"/>
      <w:r w:rsidRPr="00541039">
        <w:rPr>
          <w:lang w:val="ru-RU"/>
        </w:rPr>
        <w:t xml:space="preserve"> </w:t>
      </w:r>
      <w:proofErr w:type="spellStart"/>
      <w:r w:rsidRPr="00541039">
        <w:rPr>
          <w:lang w:val="ru-RU"/>
        </w:rPr>
        <w:t>отримувачу</w:t>
      </w:r>
      <w:proofErr w:type="spellEnd"/>
      <w:r w:rsidRPr="00541039">
        <w:rPr>
          <w:lang w:val="ru-RU"/>
        </w:rPr>
        <w:t xml:space="preserve"> </w:t>
      </w:r>
      <w:proofErr w:type="spellStart"/>
      <w:r w:rsidRPr="00541039">
        <w:rPr>
          <w:lang w:val="ru-RU"/>
        </w:rPr>
        <w:t>допомоги</w:t>
      </w:r>
      <w:proofErr w:type="spellEnd"/>
      <w:r w:rsidRPr="00541039">
        <w:rPr>
          <w:lang w:val="ru-RU"/>
        </w:rPr>
        <w:t xml:space="preserve"> не </w:t>
      </w:r>
      <w:proofErr w:type="spellStart"/>
      <w:r w:rsidRPr="00541039">
        <w:rPr>
          <w:lang w:val="ru-RU"/>
        </w:rPr>
        <w:t>передаються</w:t>
      </w:r>
      <w:proofErr w:type="spellEnd"/>
      <w:r w:rsidRPr="00541039">
        <w:rPr>
          <w:lang w:val="ru-RU"/>
        </w:rPr>
        <w:t xml:space="preserve">; </w:t>
      </w:r>
      <w:proofErr w:type="spellStart"/>
      <w:r w:rsidRPr="00541039">
        <w:rPr>
          <w:lang w:val="ru-RU"/>
        </w:rPr>
        <w:t>звітність</w:t>
      </w:r>
      <w:proofErr w:type="spellEnd"/>
      <w:r w:rsidRPr="00541039">
        <w:rPr>
          <w:lang w:val="ru-RU"/>
        </w:rPr>
        <w:t xml:space="preserve"> </w:t>
      </w:r>
      <w:proofErr w:type="spellStart"/>
      <w:r w:rsidRPr="00541039">
        <w:rPr>
          <w:lang w:val="ru-RU"/>
        </w:rPr>
        <w:t>формується</w:t>
      </w:r>
      <w:proofErr w:type="spellEnd"/>
      <w:r w:rsidRPr="00541039">
        <w:rPr>
          <w:lang w:val="ru-RU"/>
        </w:rPr>
        <w:t xml:space="preserve"> в </w:t>
      </w:r>
      <w:proofErr w:type="spellStart"/>
      <w:r w:rsidRPr="00541039">
        <w:rPr>
          <w:lang w:val="ru-RU"/>
        </w:rPr>
        <w:t>агрегованому</w:t>
      </w:r>
      <w:proofErr w:type="spellEnd"/>
      <w:r w:rsidRPr="00541039">
        <w:rPr>
          <w:lang w:val="ru-RU"/>
        </w:rPr>
        <w:t xml:space="preserve"> </w:t>
      </w:r>
      <w:proofErr w:type="spellStart"/>
      <w:r w:rsidRPr="00541039">
        <w:rPr>
          <w:lang w:val="ru-RU"/>
        </w:rPr>
        <w:t>вигляді</w:t>
      </w:r>
      <w:proofErr w:type="spellEnd"/>
      <w:r w:rsidRPr="00541039">
        <w:rPr>
          <w:lang w:val="ru-RU"/>
        </w:rPr>
        <w:t>.</w:t>
      </w:r>
    </w:p>
    <w:p w14:paraId="034ACDB4" w14:textId="77777777" w:rsidR="00D97F10" w:rsidRDefault="00000000" w:rsidP="005A0AE7">
      <w:pPr>
        <w:pStyle w:val="Heading1"/>
        <w:numPr>
          <w:ilvl w:val="0"/>
          <w:numId w:val="1"/>
        </w:numPr>
        <w:tabs>
          <w:tab w:val="left" w:pos="851"/>
          <w:tab w:val="left" w:pos="993"/>
        </w:tabs>
        <w:ind w:firstLine="66"/>
      </w:pPr>
      <w:r>
        <w:rPr>
          <w:rFonts w:ascii="Times New Roman" w:eastAsia="Times New Roman" w:hAnsi="Times New Roman" w:cs="Times New Roman"/>
        </w:rPr>
        <w:t>ПОДАРУНКОВИЙ ДОСТУП ДО SWEET.TV</w:t>
      </w:r>
    </w:p>
    <w:p w14:paraId="67C224E4" w14:textId="77777777" w:rsidR="00D97F10" w:rsidRPr="00541039" w:rsidRDefault="00000000" w:rsidP="00A90C81">
      <w:pPr>
        <w:pStyle w:val="LegalClause"/>
        <w:numPr>
          <w:ilvl w:val="1"/>
          <w:numId w:val="1"/>
        </w:numPr>
        <w:tabs>
          <w:tab w:val="left" w:pos="851"/>
          <w:tab w:val="left" w:pos="993"/>
        </w:tabs>
        <w:ind w:hanging="366"/>
        <w:rPr>
          <w:lang w:val="ru-RU"/>
        </w:rPr>
      </w:pPr>
      <w:r w:rsidRPr="00541039">
        <w:rPr>
          <w:lang w:val="ru-RU"/>
        </w:rPr>
        <w:t xml:space="preserve">Право на </w:t>
      </w:r>
      <w:proofErr w:type="spellStart"/>
      <w:r w:rsidRPr="00541039">
        <w:rPr>
          <w:lang w:val="ru-RU"/>
        </w:rPr>
        <w:t>Подарунковий</w:t>
      </w:r>
      <w:proofErr w:type="spellEnd"/>
      <w:r w:rsidRPr="00541039">
        <w:rPr>
          <w:lang w:val="ru-RU"/>
        </w:rPr>
        <w:t xml:space="preserve"> доступ </w:t>
      </w:r>
      <w:proofErr w:type="spellStart"/>
      <w:r w:rsidRPr="00541039">
        <w:rPr>
          <w:lang w:val="ru-RU"/>
        </w:rPr>
        <w:t>має</w:t>
      </w:r>
      <w:proofErr w:type="spellEnd"/>
      <w:r w:rsidRPr="00541039">
        <w:rPr>
          <w:lang w:val="ru-RU"/>
        </w:rPr>
        <w:t xml:space="preserve"> </w:t>
      </w:r>
      <w:proofErr w:type="spellStart"/>
      <w:r w:rsidRPr="00541039">
        <w:rPr>
          <w:lang w:val="ru-RU"/>
        </w:rPr>
        <w:t>Учасник</w:t>
      </w:r>
      <w:proofErr w:type="spellEnd"/>
      <w:r w:rsidRPr="00541039">
        <w:rPr>
          <w:lang w:val="ru-RU"/>
        </w:rPr>
        <w:t xml:space="preserve">, у </w:t>
      </w:r>
      <w:proofErr w:type="spellStart"/>
      <w:r w:rsidRPr="00541039">
        <w:rPr>
          <w:lang w:val="ru-RU"/>
        </w:rPr>
        <w:t>якого</w:t>
      </w:r>
      <w:proofErr w:type="spellEnd"/>
      <w:r w:rsidRPr="00541039">
        <w:rPr>
          <w:lang w:val="ru-RU"/>
        </w:rPr>
        <w:t xml:space="preserve"> на момент </w:t>
      </w:r>
      <w:proofErr w:type="spellStart"/>
      <w:r w:rsidRPr="00541039">
        <w:rPr>
          <w:lang w:val="ru-RU"/>
        </w:rPr>
        <w:t>успішного</w:t>
      </w:r>
      <w:proofErr w:type="spellEnd"/>
      <w:r w:rsidRPr="00541039">
        <w:rPr>
          <w:lang w:val="ru-RU"/>
        </w:rPr>
        <w:t xml:space="preserve"> </w:t>
      </w:r>
      <w:proofErr w:type="spellStart"/>
      <w:r w:rsidRPr="00541039">
        <w:rPr>
          <w:lang w:val="ru-RU"/>
        </w:rPr>
        <w:t>Верифікаційного</w:t>
      </w:r>
      <w:proofErr w:type="spellEnd"/>
      <w:r w:rsidRPr="00541039">
        <w:rPr>
          <w:lang w:val="ru-RU"/>
        </w:rPr>
        <w:t xml:space="preserve"> платежу </w:t>
      </w:r>
      <w:proofErr w:type="spellStart"/>
      <w:r w:rsidRPr="00541039">
        <w:rPr>
          <w:lang w:val="ru-RU"/>
        </w:rPr>
        <w:t>немає</w:t>
      </w:r>
      <w:proofErr w:type="spellEnd"/>
      <w:r w:rsidRPr="00541039">
        <w:rPr>
          <w:lang w:val="ru-RU"/>
        </w:rPr>
        <w:t xml:space="preserve"> </w:t>
      </w:r>
      <w:proofErr w:type="spellStart"/>
      <w:r w:rsidRPr="00541039">
        <w:rPr>
          <w:lang w:val="ru-RU"/>
        </w:rPr>
        <w:t>активної</w:t>
      </w:r>
      <w:proofErr w:type="spellEnd"/>
      <w:r w:rsidRPr="00541039">
        <w:rPr>
          <w:lang w:val="ru-RU"/>
        </w:rPr>
        <w:t xml:space="preserve"> </w:t>
      </w:r>
      <w:proofErr w:type="spellStart"/>
      <w:r w:rsidRPr="00541039">
        <w:rPr>
          <w:lang w:val="ru-RU"/>
        </w:rPr>
        <w:t>платної</w:t>
      </w:r>
      <w:proofErr w:type="spellEnd"/>
      <w:r w:rsidRPr="00541039">
        <w:rPr>
          <w:lang w:val="ru-RU"/>
        </w:rPr>
        <w:t xml:space="preserve"> </w:t>
      </w:r>
      <w:proofErr w:type="spellStart"/>
      <w:r w:rsidRPr="00541039">
        <w:rPr>
          <w:lang w:val="ru-RU"/>
        </w:rPr>
        <w:t>підписки</w:t>
      </w:r>
      <w:proofErr w:type="spellEnd"/>
      <w:r w:rsidRPr="00541039">
        <w:rPr>
          <w:lang w:val="ru-RU"/>
        </w:rPr>
        <w:t xml:space="preserve"> </w:t>
      </w:r>
      <w:r>
        <w:t>SWEET</w:t>
      </w:r>
      <w:r w:rsidRPr="00541039">
        <w:rPr>
          <w:lang w:val="ru-RU"/>
        </w:rPr>
        <w:t>.</w:t>
      </w:r>
      <w:r>
        <w:t>TV</w:t>
      </w:r>
      <w:r w:rsidRPr="00541039">
        <w:rPr>
          <w:lang w:val="ru-RU"/>
        </w:rPr>
        <w:t>.</w:t>
      </w:r>
    </w:p>
    <w:p w14:paraId="1E0E2902" w14:textId="3E6636F6" w:rsidR="00D97F10" w:rsidRPr="00541039" w:rsidRDefault="00000000" w:rsidP="00A90C81">
      <w:pPr>
        <w:pStyle w:val="LegalClause"/>
        <w:numPr>
          <w:ilvl w:val="1"/>
          <w:numId w:val="1"/>
        </w:numPr>
        <w:tabs>
          <w:tab w:val="left" w:pos="851"/>
          <w:tab w:val="left" w:pos="993"/>
        </w:tabs>
        <w:ind w:hanging="366"/>
        <w:rPr>
          <w:lang w:val="ru-RU"/>
        </w:rPr>
      </w:pPr>
      <w:proofErr w:type="spellStart"/>
      <w:r w:rsidRPr="00541039">
        <w:rPr>
          <w:lang w:val="ru-RU"/>
        </w:rPr>
        <w:t>Подарунковий</w:t>
      </w:r>
      <w:proofErr w:type="spellEnd"/>
      <w:r w:rsidRPr="00541039">
        <w:rPr>
          <w:lang w:val="ru-RU"/>
        </w:rPr>
        <w:t xml:space="preserve"> доступ </w:t>
      </w:r>
      <w:proofErr w:type="spellStart"/>
      <w:r w:rsidRPr="00541039">
        <w:rPr>
          <w:lang w:val="ru-RU"/>
        </w:rPr>
        <w:t>надається</w:t>
      </w:r>
      <w:proofErr w:type="spellEnd"/>
      <w:r w:rsidRPr="00541039">
        <w:rPr>
          <w:lang w:val="ru-RU"/>
        </w:rPr>
        <w:t xml:space="preserve"> до </w:t>
      </w:r>
      <w:proofErr w:type="spellStart"/>
      <w:r w:rsidR="005A0AE7" w:rsidRPr="005A0AE7">
        <w:rPr>
          <w:lang w:val="ru-RU"/>
        </w:rPr>
        <w:t>підписк</w:t>
      </w:r>
      <w:r w:rsidR="005A0AE7">
        <w:rPr>
          <w:lang w:val="ru-RU"/>
        </w:rPr>
        <w:t>и</w:t>
      </w:r>
      <w:proofErr w:type="spellEnd"/>
      <w:r w:rsidR="005A0AE7" w:rsidRPr="005A0AE7">
        <w:rPr>
          <w:lang w:val="ru-RU"/>
        </w:rPr>
        <w:t xml:space="preserve"> на паке</w:t>
      </w:r>
      <w:r w:rsidR="005A0AE7">
        <w:rPr>
          <w:lang w:val="ru-RU"/>
        </w:rPr>
        <w:t>т</w:t>
      </w:r>
      <w:r w:rsidRPr="00541039">
        <w:rPr>
          <w:lang w:val="ru-RU"/>
        </w:rPr>
        <w:t xml:space="preserve"> «М» на 30 </w:t>
      </w:r>
      <w:proofErr w:type="spellStart"/>
      <w:r w:rsidRPr="00541039">
        <w:rPr>
          <w:lang w:val="ru-RU"/>
        </w:rPr>
        <w:t>діб</w:t>
      </w:r>
      <w:proofErr w:type="spellEnd"/>
      <w:r w:rsidRPr="00541039">
        <w:rPr>
          <w:lang w:val="ru-RU"/>
        </w:rPr>
        <w:t xml:space="preserve">, </w:t>
      </w:r>
      <w:proofErr w:type="spellStart"/>
      <w:r w:rsidRPr="00541039">
        <w:rPr>
          <w:lang w:val="ru-RU"/>
        </w:rPr>
        <w:t>що</w:t>
      </w:r>
      <w:proofErr w:type="spellEnd"/>
      <w:r w:rsidRPr="00541039">
        <w:rPr>
          <w:lang w:val="ru-RU"/>
        </w:rPr>
        <w:t xml:space="preserve"> </w:t>
      </w:r>
      <w:proofErr w:type="spellStart"/>
      <w:r w:rsidRPr="00541039">
        <w:rPr>
          <w:lang w:val="ru-RU"/>
        </w:rPr>
        <w:t>обчислюються</w:t>
      </w:r>
      <w:proofErr w:type="spellEnd"/>
      <w:r w:rsidRPr="00541039">
        <w:rPr>
          <w:lang w:val="ru-RU"/>
        </w:rPr>
        <w:t xml:space="preserve"> з точного моменту </w:t>
      </w:r>
      <w:proofErr w:type="spellStart"/>
      <w:r w:rsidRPr="00541039">
        <w:rPr>
          <w:lang w:val="ru-RU"/>
        </w:rPr>
        <w:t>успішного</w:t>
      </w:r>
      <w:proofErr w:type="spellEnd"/>
      <w:r w:rsidRPr="00541039">
        <w:rPr>
          <w:lang w:val="ru-RU"/>
        </w:rPr>
        <w:t xml:space="preserve"> </w:t>
      </w:r>
      <w:proofErr w:type="spellStart"/>
      <w:r w:rsidRPr="00541039">
        <w:rPr>
          <w:lang w:val="ru-RU"/>
        </w:rPr>
        <w:t>Верифікаційного</w:t>
      </w:r>
      <w:proofErr w:type="spellEnd"/>
      <w:r w:rsidRPr="00541039">
        <w:rPr>
          <w:lang w:val="ru-RU"/>
        </w:rPr>
        <w:t xml:space="preserve"> платежу та </w:t>
      </w:r>
      <w:proofErr w:type="spellStart"/>
      <w:r w:rsidRPr="00541039">
        <w:rPr>
          <w:lang w:val="ru-RU"/>
        </w:rPr>
        <w:t>активації</w:t>
      </w:r>
      <w:proofErr w:type="spellEnd"/>
      <w:r w:rsidRPr="00541039">
        <w:rPr>
          <w:lang w:val="ru-RU"/>
        </w:rPr>
        <w:t xml:space="preserve"> доступу.</w:t>
      </w:r>
    </w:p>
    <w:p w14:paraId="2047E49B" w14:textId="77777777" w:rsidR="00D97F10" w:rsidRPr="00541039" w:rsidRDefault="00000000" w:rsidP="00A90C81">
      <w:pPr>
        <w:pStyle w:val="LegalClause"/>
        <w:numPr>
          <w:ilvl w:val="1"/>
          <w:numId w:val="1"/>
        </w:numPr>
        <w:tabs>
          <w:tab w:val="left" w:pos="851"/>
          <w:tab w:val="left" w:pos="993"/>
        </w:tabs>
        <w:ind w:hanging="366"/>
        <w:rPr>
          <w:lang w:val="ru-RU"/>
        </w:rPr>
      </w:pPr>
      <w:proofErr w:type="spellStart"/>
      <w:r w:rsidRPr="00541039">
        <w:rPr>
          <w:lang w:val="ru-RU"/>
        </w:rPr>
        <w:t>Якщо</w:t>
      </w:r>
      <w:proofErr w:type="spellEnd"/>
      <w:r w:rsidRPr="00541039">
        <w:rPr>
          <w:lang w:val="ru-RU"/>
        </w:rPr>
        <w:t xml:space="preserve"> </w:t>
      </w:r>
      <w:proofErr w:type="spellStart"/>
      <w:r w:rsidRPr="00541039">
        <w:rPr>
          <w:lang w:val="ru-RU"/>
        </w:rPr>
        <w:t>Учасник</w:t>
      </w:r>
      <w:proofErr w:type="spellEnd"/>
      <w:r w:rsidRPr="00541039">
        <w:rPr>
          <w:lang w:val="ru-RU"/>
        </w:rPr>
        <w:t xml:space="preserve"> на момент </w:t>
      </w:r>
      <w:proofErr w:type="spellStart"/>
      <w:r w:rsidRPr="00541039">
        <w:rPr>
          <w:lang w:val="ru-RU"/>
        </w:rPr>
        <w:t>голосування</w:t>
      </w:r>
      <w:proofErr w:type="spellEnd"/>
      <w:r w:rsidRPr="00541039">
        <w:rPr>
          <w:lang w:val="ru-RU"/>
        </w:rPr>
        <w:t xml:space="preserve"> </w:t>
      </w:r>
      <w:proofErr w:type="spellStart"/>
      <w:r w:rsidRPr="00541039">
        <w:rPr>
          <w:lang w:val="ru-RU"/>
        </w:rPr>
        <w:t>користується</w:t>
      </w:r>
      <w:proofErr w:type="spellEnd"/>
      <w:r w:rsidRPr="00541039">
        <w:rPr>
          <w:lang w:val="ru-RU"/>
        </w:rPr>
        <w:t xml:space="preserve"> </w:t>
      </w:r>
      <w:proofErr w:type="spellStart"/>
      <w:r w:rsidRPr="00541039">
        <w:rPr>
          <w:lang w:val="ru-RU"/>
        </w:rPr>
        <w:t>безоплатним</w:t>
      </w:r>
      <w:proofErr w:type="spellEnd"/>
      <w:r w:rsidRPr="00541039">
        <w:rPr>
          <w:lang w:val="ru-RU"/>
        </w:rPr>
        <w:t xml:space="preserve"> </w:t>
      </w:r>
      <w:proofErr w:type="spellStart"/>
      <w:r w:rsidRPr="00541039">
        <w:rPr>
          <w:lang w:val="ru-RU"/>
        </w:rPr>
        <w:t>промоперіодом</w:t>
      </w:r>
      <w:proofErr w:type="spellEnd"/>
      <w:r w:rsidRPr="00541039">
        <w:rPr>
          <w:lang w:val="ru-RU"/>
        </w:rPr>
        <w:t xml:space="preserve"> </w:t>
      </w:r>
      <w:proofErr w:type="spellStart"/>
      <w:r w:rsidRPr="00541039">
        <w:rPr>
          <w:lang w:val="ru-RU"/>
        </w:rPr>
        <w:t>або</w:t>
      </w:r>
      <w:proofErr w:type="spellEnd"/>
      <w:r w:rsidRPr="00541039">
        <w:rPr>
          <w:lang w:val="ru-RU"/>
        </w:rPr>
        <w:t xml:space="preserve"> </w:t>
      </w:r>
      <w:proofErr w:type="spellStart"/>
      <w:r w:rsidRPr="00541039">
        <w:rPr>
          <w:lang w:val="ru-RU"/>
        </w:rPr>
        <w:t>пробним</w:t>
      </w:r>
      <w:proofErr w:type="spellEnd"/>
      <w:r w:rsidRPr="00541039">
        <w:rPr>
          <w:lang w:val="ru-RU"/>
        </w:rPr>
        <w:t xml:space="preserve"> доступом, 30-денний </w:t>
      </w:r>
      <w:proofErr w:type="spellStart"/>
      <w:r w:rsidRPr="00541039">
        <w:rPr>
          <w:lang w:val="ru-RU"/>
        </w:rPr>
        <w:t>Подарунковий</w:t>
      </w:r>
      <w:proofErr w:type="spellEnd"/>
      <w:r w:rsidRPr="00541039">
        <w:rPr>
          <w:lang w:val="ru-RU"/>
        </w:rPr>
        <w:t xml:space="preserve"> доступ </w:t>
      </w:r>
      <w:proofErr w:type="spellStart"/>
      <w:r w:rsidRPr="00541039">
        <w:rPr>
          <w:lang w:val="ru-RU"/>
        </w:rPr>
        <w:t>активується</w:t>
      </w:r>
      <w:proofErr w:type="spellEnd"/>
      <w:r w:rsidRPr="00541039">
        <w:rPr>
          <w:lang w:val="ru-RU"/>
        </w:rPr>
        <w:t xml:space="preserve"> </w:t>
      </w:r>
      <w:proofErr w:type="spellStart"/>
      <w:r w:rsidRPr="00541039">
        <w:rPr>
          <w:lang w:val="ru-RU"/>
        </w:rPr>
        <w:t>негайно</w:t>
      </w:r>
      <w:proofErr w:type="spellEnd"/>
      <w:r w:rsidRPr="00541039">
        <w:rPr>
          <w:lang w:val="ru-RU"/>
        </w:rPr>
        <w:t xml:space="preserve">. </w:t>
      </w:r>
      <w:proofErr w:type="spellStart"/>
      <w:r w:rsidRPr="00541039">
        <w:rPr>
          <w:lang w:val="ru-RU"/>
        </w:rPr>
        <w:t>Невикористаний</w:t>
      </w:r>
      <w:proofErr w:type="spellEnd"/>
      <w:r w:rsidRPr="00541039">
        <w:rPr>
          <w:lang w:val="ru-RU"/>
        </w:rPr>
        <w:t xml:space="preserve"> </w:t>
      </w:r>
      <w:proofErr w:type="spellStart"/>
      <w:r w:rsidRPr="00541039">
        <w:rPr>
          <w:lang w:val="ru-RU"/>
        </w:rPr>
        <w:t>залишок</w:t>
      </w:r>
      <w:proofErr w:type="spellEnd"/>
      <w:r w:rsidRPr="00541039">
        <w:rPr>
          <w:lang w:val="ru-RU"/>
        </w:rPr>
        <w:t xml:space="preserve"> </w:t>
      </w:r>
      <w:proofErr w:type="spellStart"/>
      <w:r w:rsidRPr="00541039">
        <w:rPr>
          <w:lang w:val="ru-RU"/>
        </w:rPr>
        <w:t>попереднього</w:t>
      </w:r>
      <w:proofErr w:type="spellEnd"/>
      <w:r w:rsidRPr="00541039">
        <w:rPr>
          <w:lang w:val="ru-RU"/>
        </w:rPr>
        <w:t xml:space="preserve"> </w:t>
      </w:r>
      <w:proofErr w:type="spellStart"/>
      <w:r w:rsidRPr="00541039">
        <w:rPr>
          <w:lang w:val="ru-RU"/>
        </w:rPr>
        <w:t>безоплатного</w:t>
      </w:r>
      <w:proofErr w:type="spellEnd"/>
      <w:r w:rsidRPr="00541039">
        <w:rPr>
          <w:lang w:val="ru-RU"/>
        </w:rPr>
        <w:t xml:space="preserve"> </w:t>
      </w:r>
      <w:proofErr w:type="spellStart"/>
      <w:r w:rsidRPr="00541039">
        <w:rPr>
          <w:lang w:val="ru-RU"/>
        </w:rPr>
        <w:t>періоду</w:t>
      </w:r>
      <w:proofErr w:type="spellEnd"/>
      <w:r w:rsidRPr="00541039">
        <w:rPr>
          <w:lang w:val="ru-RU"/>
        </w:rPr>
        <w:t xml:space="preserve"> не </w:t>
      </w:r>
      <w:proofErr w:type="spellStart"/>
      <w:r w:rsidRPr="00541039">
        <w:rPr>
          <w:lang w:val="ru-RU"/>
        </w:rPr>
        <w:t>додається</w:t>
      </w:r>
      <w:proofErr w:type="spellEnd"/>
      <w:r w:rsidRPr="00541039">
        <w:rPr>
          <w:lang w:val="ru-RU"/>
        </w:rPr>
        <w:t xml:space="preserve"> і не переноситься.</w:t>
      </w:r>
    </w:p>
    <w:p w14:paraId="0119CE9A" w14:textId="77777777" w:rsidR="00D97F10" w:rsidRPr="00541039" w:rsidRDefault="00000000" w:rsidP="00A90C81">
      <w:pPr>
        <w:pStyle w:val="LegalClause"/>
        <w:numPr>
          <w:ilvl w:val="1"/>
          <w:numId w:val="1"/>
        </w:numPr>
        <w:tabs>
          <w:tab w:val="left" w:pos="851"/>
          <w:tab w:val="left" w:pos="993"/>
        </w:tabs>
        <w:ind w:hanging="366"/>
        <w:rPr>
          <w:lang w:val="ru-RU"/>
        </w:rPr>
      </w:pPr>
      <w:r w:rsidRPr="00541039">
        <w:rPr>
          <w:lang w:val="ru-RU"/>
        </w:rPr>
        <w:t xml:space="preserve">Активна платна </w:t>
      </w:r>
      <w:proofErr w:type="spellStart"/>
      <w:r w:rsidRPr="00541039">
        <w:rPr>
          <w:lang w:val="ru-RU"/>
        </w:rPr>
        <w:t>підписка</w:t>
      </w:r>
      <w:proofErr w:type="spellEnd"/>
      <w:r w:rsidRPr="00541039">
        <w:rPr>
          <w:lang w:val="ru-RU"/>
        </w:rPr>
        <w:t xml:space="preserve"> </w:t>
      </w:r>
      <w:proofErr w:type="spellStart"/>
      <w:r w:rsidRPr="00541039">
        <w:rPr>
          <w:lang w:val="ru-RU"/>
        </w:rPr>
        <w:t>включає</w:t>
      </w:r>
      <w:proofErr w:type="spellEnd"/>
      <w:r w:rsidRPr="00541039">
        <w:rPr>
          <w:lang w:val="ru-RU"/>
        </w:rPr>
        <w:t xml:space="preserve"> </w:t>
      </w:r>
      <w:proofErr w:type="spellStart"/>
      <w:r w:rsidRPr="00541039">
        <w:rPr>
          <w:lang w:val="ru-RU"/>
        </w:rPr>
        <w:t>підписку</w:t>
      </w:r>
      <w:proofErr w:type="spellEnd"/>
      <w:r w:rsidRPr="00541039">
        <w:rPr>
          <w:lang w:val="ru-RU"/>
        </w:rPr>
        <w:t xml:space="preserve">, для </w:t>
      </w:r>
      <w:proofErr w:type="spellStart"/>
      <w:r w:rsidRPr="00541039">
        <w:rPr>
          <w:lang w:val="ru-RU"/>
        </w:rPr>
        <w:t>якої</w:t>
      </w:r>
      <w:proofErr w:type="spellEnd"/>
      <w:r w:rsidRPr="00541039">
        <w:rPr>
          <w:lang w:val="ru-RU"/>
        </w:rPr>
        <w:t xml:space="preserve"> </w:t>
      </w:r>
      <w:proofErr w:type="spellStart"/>
      <w:r w:rsidRPr="00541039">
        <w:rPr>
          <w:lang w:val="ru-RU"/>
        </w:rPr>
        <w:t>автоматичне</w:t>
      </w:r>
      <w:proofErr w:type="spellEnd"/>
      <w:r w:rsidRPr="00541039">
        <w:rPr>
          <w:lang w:val="ru-RU"/>
        </w:rPr>
        <w:t xml:space="preserve"> </w:t>
      </w:r>
      <w:proofErr w:type="spellStart"/>
      <w:r w:rsidRPr="00541039">
        <w:rPr>
          <w:lang w:val="ru-RU"/>
        </w:rPr>
        <w:t>продовження</w:t>
      </w:r>
      <w:proofErr w:type="spellEnd"/>
      <w:r w:rsidRPr="00541039">
        <w:rPr>
          <w:lang w:val="ru-RU"/>
        </w:rPr>
        <w:t xml:space="preserve"> </w:t>
      </w:r>
      <w:proofErr w:type="spellStart"/>
      <w:r w:rsidRPr="00541039">
        <w:rPr>
          <w:lang w:val="ru-RU"/>
        </w:rPr>
        <w:t>вже</w:t>
      </w:r>
      <w:proofErr w:type="spellEnd"/>
      <w:r w:rsidRPr="00541039">
        <w:rPr>
          <w:lang w:val="ru-RU"/>
        </w:rPr>
        <w:t xml:space="preserve"> </w:t>
      </w:r>
      <w:proofErr w:type="spellStart"/>
      <w:r w:rsidRPr="00541039">
        <w:rPr>
          <w:lang w:val="ru-RU"/>
        </w:rPr>
        <w:t>скасовано</w:t>
      </w:r>
      <w:proofErr w:type="spellEnd"/>
      <w:r w:rsidRPr="00541039">
        <w:rPr>
          <w:lang w:val="ru-RU"/>
        </w:rPr>
        <w:t xml:space="preserve">, </w:t>
      </w:r>
      <w:proofErr w:type="spellStart"/>
      <w:r w:rsidRPr="00541039">
        <w:rPr>
          <w:lang w:val="ru-RU"/>
        </w:rPr>
        <w:t>але</w:t>
      </w:r>
      <w:proofErr w:type="spellEnd"/>
      <w:r w:rsidRPr="00541039">
        <w:rPr>
          <w:lang w:val="ru-RU"/>
        </w:rPr>
        <w:t xml:space="preserve"> </w:t>
      </w:r>
      <w:proofErr w:type="spellStart"/>
      <w:r w:rsidRPr="00541039">
        <w:rPr>
          <w:lang w:val="ru-RU"/>
        </w:rPr>
        <w:t>оплачений</w:t>
      </w:r>
      <w:proofErr w:type="spellEnd"/>
      <w:r w:rsidRPr="00541039">
        <w:rPr>
          <w:lang w:val="ru-RU"/>
        </w:rPr>
        <w:t xml:space="preserve"> строк </w:t>
      </w:r>
      <w:proofErr w:type="spellStart"/>
      <w:r w:rsidRPr="00541039">
        <w:rPr>
          <w:lang w:val="ru-RU"/>
        </w:rPr>
        <w:t>ще</w:t>
      </w:r>
      <w:proofErr w:type="spellEnd"/>
      <w:r w:rsidRPr="00541039">
        <w:rPr>
          <w:lang w:val="ru-RU"/>
        </w:rPr>
        <w:t xml:space="preserve"> не </w:t>
      </w:r>
      <w:proofErr w:type="spellStart"/>
      <w:r w:rsidRPr="00541039">
        <w:rPr>
          <w:lang w:val="ru-RU"/>
        </w:rPr>
        <w:t>закінчився</w:t>
      </w:r>
      <w:proofErr w:type="spellEnd"/>
      <w:r w:rsidRPr="00541039">
        <w:rPr>
          <w:lang w:val="ru-RU"/>
        </w:rPr>
        <w:t xml:space="preserve">. </w:t>
      </w:r>
      <w:proofErr w:type="spellStart"/>
      <w:r w:rsidRPr="00541039">
        <w:rPr>
          <w:lang w:val="ru-RU"/>
        </w:rPr>
        <w:t>Такий</w:t>
      </w:r>
      <w:proofErr w:type="spellEnd"/>
      <w:r w:rsidRPr="00541039">
        <w:rPr>
          <w:lang w:val="ru-RU"/>
        </w:rPr>
        <w:t xml:space="preserve"> </w:t>
      </w:r>
      <w:proofErr w:type="spellStart"/>
      <w:r w:rsidRPr="00541039">
        <w:rPr>
          <w:lang w:val="ru-RU"/>
        </w:rPr>
        <w:t>Учасник</w:t>
      </w:r>
      <w:proofErr w:type="spellEnd"/>
      <w:r w:rsidRPr="00541039">
        <w:rPr>
          <w:lang w:val="ru-RU"/>
        </w:rPr>
        <w:t xml:space="preserve"> не </w:t>
      </w:r>
      <w:proofErr w:type="spellStart"/>
      <w:r w:rsidRPr="00541039">
        <w:rPr>
          <w:lang w:val="ru-RU"/>
        </w:rPr>
        <w:t>отримує</w:t>
      </w:r>
      <w:proofErr w:type="spellEnd"/>
      <w:r w:rsidRPr="00541039">
        <w:rPr>
          <w:lang w:val="ru-RU"/>
        </w:rPr>
        <w:t xml:space="preserve"> </w:t>
      </w:r>
      <w:proofErr w:type="spellStart"/>
      <w:r w:rsidRPr="00541039">
        <w:rPr>
          <w:lang w:val="ru-RU"/>
        </w:rPr>
        <w:t>Подарунковий</w:t>
      </w:r>
      <w:proofErr w:type="spellEnd"/>
      <w:r w:rsidRPr="00541039">
        <w:rPr>
          <w:lang w:val="ru-RU"/>
        </w:rPr>
        <w:t xml:space="preserve"> доступ, </w:t>
      </w:r>
      <w:proofErr w:type="spellStart"/>
      <w:r w:rsidRPr="00541039">
        <w:rPr>
          <w:lang w:val="ru-RU"/>
        </w:rPr>
        <w:t>однак</w:t>
      </w:r>
      <w:proofErr w:type="spellEnd"/>
      <w:r w:rsidRPr="00541039">
        <w:rPr>
          <w:lang w:val="ru-RU"/>
        </w:rPr>
        <w:t xml:space="preserve"> </w:t>
      </w:r>
      <w:proofErr w:type="spellStart"/>
      <w:r w:rsidRPr="00541039">
        <w:rPr>
          <w:lang w:val="ru-RU"/>
        </w:rPr>
        <w:t>його</w:t>
      </w:r>
      <w:proofErr w:type="spellEnd"/>
      <w:r w:rsidRPr="00541039">
        <w:rPr>
          <w:lang w:val="ru-RU"/>
        </w:rPr>
        <w:t xml:space="preserve"> Голос, </w:t>
      </w:r>
      <w:proofErr w:type="spellStart"/>
      <w:r w:rsidRPr="00541039">
        <w:rPr>
          <w:lang w:val="ru-RU"/>
        </w:rPr>
        <w:t>Благодійна</w:t>
      </w:r>
      <w:proofErr w:type="spellEnd"/>
      <w:r w:rsidRPr="00541039">
        <w:rPr>
          <w:lang w:val="ru-RU"/>
        </w:rPr>
        <w:t xml:space="preserve"> </w:t>
      </w:r>
      <w:proofErr w:type="spellStart"/>
      <w:r w:rsidRPr="00541039">
        <w:rPr>
          <w:lang w:val="ru-RU"/>
        </w:rPr>
        <w:t>складова</w:t>
      </w:r>
      <w:proofErr w:type="spellEnd"/>
      <w:r w:rsidRPr="00541039">
        <w:rPr>
          <w:lang w:val="ru-RU"/>
        </w:rPr>
        <w:t xml:space="preserve"> та право на </w:t>
      </w:r>
      <w:proofErr w:type="spellStart"/>
      <w:r w:rsidRPr="00541039">
        <w:rPr>
          <w:lang w:val="ru-RU"/>
        </w:rPr>
        <w:t>Розіграш</w:t>
      </w:r>
      <w:proofErr w:type="spellEnd"/>
      <w:r w:rsidRPr="00541039">
        <w:rPr>
          <w:lang w:val="ru-RU"/>
        </w:rPr>
        <w:t xml:space="preserve"> </w:t>
      </w:r>
      <w:proofErr w:type="spellStart"/>
      <w:r w:rsidRPr="00541039">
        <w:rPr>
          <w:lang w:val="ru-RU"/>
        </w:rPr>
        <w:t>зберігаються</w:t>
      </w:r>
      <w:proofErr w:type="spellEnd"/>
      <w:r w:rsidRPr="00541039">
        <w:rPr>
          <w:lang w:val="ru-RU"/>
        </w:rPr>
        <w:t>.</w:t>
      </w:r>
    </w:p>
    <w:p w14:paraId="56179793" w14:textId="77777777" w:rsidR="00D97F10" w:rsidRDefault="00000000" w:rsidP="00A90C81">
      <w:pPr>
        <w:pStyle w:val="LegalClause"/>
        <w:numPr>
          <w:ilvl w:val="1"/>
          <w:numId w:val="1"/>
        </w:numPr>
        <w:tabs>
          <w:tab w:val="left" w:pos="851"/>
          <w:tab w:val="left" w:pos="993"/>
        </w:tabs>
        <w:ind w:hanging="366"/>
      </w:pPr>
      <w:proofErr w:type="spellStart"/>
      <w:r w:rsidRPr="00541039">
        <w:rPr>
          <w:lang w:val="ru-RU"/>
        </w:rPr>
        <w:t>Після</w:t>
      </w:r>
      <w:proofErr w:type="spellEnd"/>
      <w:r w:rsidRPr="00541039">
        <w:rPr>
          <w:lang w:val="ru-RU"/>
        </w:rPr>
        <w:t xml:space="preserve"> </w:t>
      </w:r>
      <w:proofErr w:type="spellStart"/>
      <w:r w:rsidRPr="00541039">
        <w:rPr>
          <w:lang w:val="ru-RU"/>
        </w:rPr>
        <w:t>закінчення</w:t>
      </w:r>
      <w:proofErr w:type="spellEnd"/>
      <w:r w:rsidRPr="00541039">
        <w:rPr>
          <w:lang w:val="ru-RU"/>
        </w:rPr>
        <w:t xml:space="preserve"> 30 </w:t>
      </w:r>
      <w:proofErr w:type="spellStart"/>
      <w:r w:rsidRPr="00541039">
        <w:rPr>
          <w:lang w:val="ru-RU"/>
        </w:rPr>
        <w:t>діб</w:t>
      </w:r>
      <w:proofErr w:type="spellEnd"/>
      <w:r w:rsidRPr="00541039">
        <w:rPr>
          <w:lang w:val="ru-RU"/>
        </w:rPr>
        <w:t xml:space="preserve"> </w:t>
      </w:r>
      <w:proofErr w:type="spellStart"/>
      <w:r w:rsidRPr="00541039">
        <w:rPr>
          <w:lang w:val="ru-RU"/>
        </w:rPr>
        <w:t>Подарунковий</w:t>
      </w:r>
      <w:proofErr w:type="spellEnd"/>
      <w:r w:rsidRPr="00541039">
        <w:rPr>
          <w:lang w:val="ru-RU"/>
        </w:rPr>
        <w:t xml:space="preserve"> доступ автоматично </w:t>
      </w:r>
      <w:proofErr w:type="spellStart"/>
      <w:r w:rsidRPr="00541039">
        <w:rPr>
          <w:lang w:val="ru-RU"/>
        </w:rPr>
        <w:t>продовжується</w:t>
      </w:r>
      <w:proofErr w:type="spellEnd"/>
      <w:r w:rsidRPr="00541039">
        <w:rPr>
          <w:lang w:val="ru-RU"/>
        </w:rPr>
        <w:t xml:space="preserve"> як платна </w:t>
      </w:r>
      <w:proofErr w:type="spellStart"/>
      <w:r w:rsidRPr="00541039">
        <w:rPr>
          <w:lang w:val="ru-RU"/>
        </w:rPr>
        <w:t>підписка</w:t>
      </w:r>
      <w:proofErr w:type="spellEnd"/>
      <w:r w:rsidRPr="00541039">
        <w:rPr>
          <w:lang w:val="ru-RU"/>
        </w:rPr>
        <w:t xml:space="preserve"> на пакет «М» за </w:t>
      </w:r>
      <w:proofErr w:type="spellStart"/>
      <w:r w:rsidRPr="00541039">
        <w:rPr>
          <w:lang w:val="ru-RU"/>
        </w:rPr>
        <w:t>ціною</w:t>
      </w:r>
      <w:proofErr w:type="spellEnd"/>
      <w:r w:rsidRPr="00541039">
        <w:rPr>
          <w:lang w:val="ru-RU"/>
        </w:rPr>
        <w:t xml:space="preserve"> 299,00 грн на </w:t>
      </w:r>
      <w:proofErr w:type="spellStart"/>
      <w:r w:rsidRPr="00541039">
        <w:rPr>
          <w:lang w:val="ru-RU"/>
        </w:rPr>
        <w:t>місяць</w:t>
      </w:r>
      <w:proofErr w:type="spellEnd"/>
      <w:r w:rsidRPr="00541039">
        <w:rPr>
          <w:lang w:val="ru-RU"/>
        </w:rPr>
        <w:t xml:space="preserve">, </w:t>
      </w:r>
      <w:proofErr w:type="spellStart"/>
      <w:r w:rsidRPr="00541039">
        <w:rPr>
          <w:lang w:val="ru-RU"/>
        </w:rPr>
        <w:t>якщо</w:t>
      </w:r>
      <w:proofErr w:type="spellEnd"/>
      <w:r w:rsidRPr="00541039">
        <w:rPr>
          <w:lang w:val="ru-RU"/>
        </w:rPr>
        <w:t xml:space="preserve"> </w:t>
      </w:r>
      <w:proofErr w:type="spellStart"/>
      <w:r w:rsidRPr="00541039">
        <w:rPr>
          <w:lang w:val="ru-RU"/>
        </w:rPr>
        <w:t>Учасник</w:t>
      </w:r>
      <w:proofErr w:type="spellEnd"/>
      <w:r w:rsidRPr="00541039">
        <w:rPr>
          <w:lang w:val="ru-RU"/>
        </w:rPr>
        <w:t xml:space="preserve"> </w:t>
      </w:r>
      <w:proofErr w:type="spellStart"/>
      <w:r w:rsidRPr="00541039">
        <w:rPr>
          <w:lang w:val="ru-RU"/>
        </w:rPr>
        <w:t>надав</w:t>
      </w:r>
      <w:proofErr w:type="spellEnd"/>
      <w:r w:rsidRPr="00541039">
        <w:rPr>
          <w:lang w:val="ru-RU"/>
        </w:rPr>
        <w:t xml:space="preserve"> </w:t>
      </w:r>
      <w:proofErr w:type="spellStart"/>
      <w:r w:rsidRPr="00541039">
        <w:rPr>
          <w:lang w:val="ru-RU"/>
        </w:rPr>
        <w:t>окрему</w:t>
      </w:r>
      <w:proofErr w:type="spellEnd"/>
      <w:r w:rsidRPr="00541039">
        <w:rPr>
          <w:lang w:val="ru-RU"/>
        </w:rPr>
        <w:t xml:space="preserve"> </w:t>
      </w:r>
      <w:proofErr w:type="spellStart"/>
      <w:r w:rsidRPr="00541039">
        <w:rPr>
          <w:lang w:val="ru-RU"/>
        </w:rPr>
        <w:t>явну</w:t>
      </w:r>
      <w:proofErr w:type="spellEnd"/>
      <w:r w:rsidRPr="00541039">
        <w:rPr>
          <w:lang w:val="ru-RU"/>
        </w:rPr>
        <w:t xml:space="preserve"> </w:t>
      </w:r>
      <w:proofErr w:type="spellStart"/>
      <w:r w:rsidRPr="00541039">
        <w:rPr>
          <w:lang w:val="ru-RU"/>
        </w:rPr>
        <w:t>згоду</w:t>
      </w:r>
      <w:proofErr w:type="spellEnd"/>
      <w:r w:rsidRPr="00541039">
        <w:rPr>
          <w:lang w:val="ru-RU"/>
        </w:rPr>
        <w:t xml:space="preserve"> на </w:t>
      </w:r>
      <w:proofErr w:type="spellStart"/>
      <w:r w:rsidRPr="00541039">
        <w:rPr>
          <w:lang w:val="ru-RU"/>
        </w:rPr>
        <w:t>активацію</w:t>
      </w:r>
      <w:proofErr w:type="spellEnd"/>
      <w:r w:rsidRPr="00541039">
        <w:rPr>
          <w:lang w:val="ru-RU"/>
        </w:rPr>
        <w:t xml:space="preserve"> </w:t>
      </w:r>
      <w:proofErr w:type="spellStart"/>
      <w:r>
        <w:t>Подарункового</w:t>
      </w:r>
      <w:proofErr w:type="spellEnd"/>
      <w:r>
        <w:t xml:space="preserve"> </w:t>
      </w:r>
      <w:proofErr w:type="spellStart"/>
      <w:r>
        <w:t>доступу</w:t>
      </w:r>
      <w:proofErr w:type="spellEnd"/>
      <w:r>
        <w:t xml:space="preserve"> </w:t>
      </w:r>
      <w:proofErr w:type="spellStart"/>
      <w:r>
        <w:t>та</w:t>
      </w:r>
      <w:proofErr w:type="spellEnd"/>
      <w:r>
        <w:t xml:space="preserve"> </w:t>
      </w:r>
      <w:proofErr w:type="spellStart"/>
      <w:r>
        <w:t>автоматичне</w:t>
      </w:r>
      <w:proofErr w:type="spellEnd"/>
      <w:r>
        <w:t xml:space="preserve"> </w:t>
      </w:r>
      <w:proofErr w:type="spellStart"/>
      <w:r>
        <w:t>продовження</w:t>
      </w:r>
      <w:proofErr w:type="spellEnd"/>
      <w:r>
        <w:t>.</w:t>
      </w:r>
    </w:p>
    <w:p w14:paraId="621ED3FE" w14:textId="77777777" w:rsidR="00D97F10" w:rsidRPr="00541039" w:rsidRDefault="00000000" w:rsidP="00A90C81">
      <w:pPr>
        <w:pStyle w:val="LegalClause"/>
        <w:numPr>
          <w:ilvl w:val="1"/>
          <w:numId w:val="1"/>
        </w:numPr>
        <w:tabs>
          <w:tab w:val="left" w:pos="851"/>
          <w:tab w:val="left" w:pos="993"/>
        </w:tabs>
        <w:ind w:hanging="366"/>
        <w:rPr>
          <w:lang w:val="ru-RU"/>
        </w:rPr>
      </w:pPr>
      <w:proofErr w:type="spellStart"/>
      <w:r w:rsidRPr="00541039">
        <w:rPr>
          <w:lang w:val="ru-RU"/>
        </w:rPr>
        <w:t>Учасник</w:t>
      </w:r>
      <w:proofErr w:type="spellEnd"/>
      <w:r w:rsidRPr="00541039">
        <w:rPr>
          <w:lang w:val="ru-RU"/>
        </w:rPr>
        <w:t xml:space="preserve"> </w:t>
      </w:r>
      <w:proofErr w:type="spellStart"/>
      <w:r w:rsidRPr="00541039">
        <w:rPr>
          <w:lang w:val="ru-RU"/>
        </w:rPr>
        <w:t>може</w:t>
      </w:r>
      <w:proofErr w:type="spellEnd"/>
      <w:r w:rsidRPr="00541039">
        <w:rPr>
          <w:lang w:val="ru-RU"/>
        </w:rPr>
        <w:t xml:space="preserve"> в будь-</w:t>
      </w:r>
      <w:proofErr w:type="spellStart"/>
      <w:r w:rsidRPr="00541039">
        <w:rPr>
          <w:lang w:val="ru-RU"/>
        </w:rPr>
        <w:t>який</w:t>
      </w:r>
      <w:proofErr w:type="spellEnd"/>
      <w:r w:rsidRPr="00541039">
        <w:rPr>
          <w:lang w:val="ru-RU"/>
        </w:rPr>
        <w:t xml:space="preserve"> момент до </w:t>
      </w:r>
      <w:proofErr w:type="spellStart"/>
      <w:r w:rsidRPr="00541039">
        <w:rPr>
          <w:lang w:val="ru-RU"/>
        </w:rPr>
        <w:t>наступного</w:t>
      </w:r>
      <w:proofErr w:type="spellEnd"/>
      <w:r w:rsidRPr="00541039">
        <w:rPr>
          <w:lang w:val="ru-RU"/>
        </w:rPr>
        <w:t xml:space="preserve"> </w:t>
      </w:r>
      <w:proofErr w:type="spellStart"/>
      <w:r w:rsidRPr="00541039">
        <w:rPr>
          <w:lang w:val="ru-RU"/>
        </w:rPr>
        <w:t>списання</w:t>
      </w:r>
      <w:proofErr w:type="spellEnd"/>
      <w:r w:rsidRPr="00541039">
        <w:rPr>
          <w:lang w:val="ru-RU"/>
        </w:rPr>
        <w:t xml:space="preserve"> </w:t>
      </w:r>
      <w:proofErr w:type="spellStart"/>
      <w:r w:rsidRPr="00541039">
        <w:rPr>
          <w:lang w:val="ru-RU"/>
        </w:rPr>
        <w:t>вимкнути</w:t>
      </w:r>
      <w:proofErr w:type="spellEnd"/>
      <w:r w:rsidRPr="00541039">
        <w:rPr>
          <w:lang w:val="ru-RU"/>
        </w:rPr>
        <w:t xml:space="preserve"> </w:t>
      </w:r>
      <w:proofErr w:type="spellStart"/>
      <w:r w:rsidRPr="00541039">
        <w:rPr>
          <w:lang w:val="ru-RU"/>
        </w:rPr>
        <w:t>автоматичне</w:t>
      </w:r>
      <w:proofErr w:type="spellEnd"/>
      <w:r w:rsidRPr="00541039">
        <w:rPr>
          <w:lang w:val="ru-RU"/>
        </w:rPr>
        <w:t xml:space="preserve"> </w:t>
      </w:r>
      <w:proofErr w:type="spellStart"/>
      <w:r w:rsidRPr="00541039">
        <w:rPr>
          <w:lang w:val="ru-RU"/>
        </w:rPr>
        <w:t>продовження</w:t>
      </w:r>
      <w:proofErr w:type="spellEnd"/>
      <w:r w:rsidRPr="00541039">
        <w:rPr>
          <w:lang w:val="ru-RU"/>
        </w:rPr>
        <w:t xml:space="preserve"> в </w:t>
      </w:r>
      <w:proofErr w:type="spellStart"/>
      <w:r w:rsidRPr="00541039">
        <w:rPr>
          <w:lang w:val="ru-RU"/>
        </w:rPr>
        <w:t>налаштуваннях</w:t>
      </w:r>
      <w:proofErr w:type="spellEnd"/>
      <w:r w:rsidRPr="00541039">
        <w:rPr>
          <w:lang w:val="ru-RU"/>
        </w:rPr>
        <w:t xml:space="preserve"> </w:t>
      </w:r>
      <w:proofErr w:type="spellStart"/>
      <w:r w:rsidRPr="00541039">
        <w:rPr>
          <w:lang w:val="ru-RU"/>
        </w:rPr>
        <w:t>Акаунту</w:t>
      </w:r>
      <w:proofErr w:type="spellEnd"/>
      <w:r w:rsidRPr="00541039">
        <w:rPr>
          <w:lang w:val="ru-RU"/>
        </w:rPr>
        <w:t xml:space="preserve"> на </w:t>
      </w:r>
      <w:proofErr w:type="spellStart"/>
      <w:r w:rsidRPr="00541039">
        <w:rPr>
          <w:lang w:val="ru-RU"/>
        </w:rPr>
        <w:t>вебсайті</w:t>
      </w:r>
      <w:proofErr w:type="spellEnd"/>
      <w:r w:rsidRPr="00541039">
        <w:rPr>
          <w:lang w:val="ru-RU"/>
        </w:rPr>
        <w:t xml:space="preserve"> </w:t>
      </w:r>
      <w:r>
        <w:t>SWEET</w:t>
      </w:r>
      <w:r w:rsidRPr="00541039">
        <w:rPr>
          <w:lang w:val="ru-RU"/>
        </w:rPr>
        <w:t>.</w:t>
      </w:r>
      <w:r>
        <w:t>TV</w:t>
      </w:r>
      <w:r w:rsidRPr="00541039">
        <w:rPr>
          <w:lang w:val="ru-RU"/>
        </w:rPr>
        <w:t xml:space="preserve">. </w:t>
      </w:r>
      <w:proofErr w:type="spellStart"/>
      <w:r w:rsidRPr="00541039">
        <w:rPr>
          <w:lang w:val="ru-RU"/>
        </w:rPr>
        <w:t>Вимкнення</w:t>
      </w:r>
      <w:proofErr w:type="spellEnd"/>
      <w:r w:rsidRPr="00541039">
        <w:rPr>
          <w:lang w:val="ru-RU"/>
        </w:rPr>
        <w:t xml:space="preserve"> не </w:t>
      </w:r>
      <w:proofErr w:type="spellStart"/>
      <w:r w:rsidRPr="00541039">
        <w:rPr>
          <w:lang w:val="ru-RU"/>
        </w:rPr>
        <w:t>припиняє</w:t>
      </w:r>
      <w:proofErr w:type="spellEnd"/>
      <w:r w:rsidRPr="00541039">
        <w:rPr>
          <w:lang w:val="ru-RU"/>
        </w:rPr>
        <w:t xml:space="preserve"> доступ </w:t>
      </w:r>
      <w:proofErr w:type="spellStart"/>
      <w:r w:rsidRPr="00541039">
        <w:rPr>
          <w:lang w:val="ru-RU"/>
        </w:rPr>
        <w:t>негайно</w:t>
      </w:r>
      <w:proofErr w:type="spellEnd"/>
      <w:r w:rsidRPr="00541039">
        <w:rPr>
          <w:lang w:val="ru-RU"/>
        </w:rPr>
        <w:t xml:space="preserve">: пакет «М» </w:t>
      </w:r>
      <w:proofErr w:type="spellStart"/>
      <w:r w:rsidRPr="00541039">
        <w:rPr>
          <w:lang w:val="ru-RU"/>
        </w:rPr>
        <w:t>залишається</w:t>
      </w:r>
      <w:proofErr w:type="spellEnd"/>
      <w:r w:rsidRPr="00541039">
        <w:rPr>
          <w:lang w:val="ru-RU"/>
        </w:rPr>
        <w:t xml:space="preserve"> </w:t>
      </w:r>
      <w:proofErr w:type="spellStart"/>
      <w:r w:rsidRPr="00541039">
        <w:rPr>
          <w:lang w:val="ru-RU"/>
        </w:rPr>
        <w:t>активним</w:t>
      </w:r>
      <w:proofErr w:type="spellEnd"/>
      <w:r w:rsidRPr="00541039">
        <w:rPr>
          <w:lang w:val="ru-RU"/>
        </w:rPr>
        <w:t xml:space="preserve"> до </w:t>
      </w:r>
      <w:proofErr w:type="spellStart"/>
      <w:r w:rsidRPr="00541039">
        <w:rPr>
          <w:lang w:val="ru-RU"/>
        </w:rPr>
        <w:t>завершення</w:t>
      </w:r>
      <w:proofErr w:type="spellEnd"/>
      <w:r w:rsidRPr="00541039">
        <w:rPr>
          <w:lang w:val="ru-RU"/>
        </w:rPr>
        <w:t xml:space="preserve"> </w:t>
      </w:r>
      <w:proofErr w:type="spellStart"/>
      <w:r w:rsidRPr="00541039">
        <w:rPr>
          <w:lang w:val="ru-RU"/>
        </w:rPr>
        <w:t>наданих</w:t>
      </w:r>
      <w:proofErr w:type="spellEnd"/>
      <w:r w:rsidRPr="00541039">
        <w:rPr>
          <w:lang w:val="ru-RU"/>
        </w:rPr>
        <w:t xml:space="preserve"> 30 </w:t>
      </w:r>
      <w:proofErr w:type="spellStart"/>
      <w:r w:rsidRPr="00541039">
        <w:rPr>
          <w:lang w:val="ru-RU"/>
        </w:rPr>
        <w:t>діб</w:t>
      </w:r>
      <w:proofErr w:type="spellEnd"/>
      <w:r w:rsidRPr="00541039">
        <w:rPr>
          <w:lang w:val="ru-RU"/>
        </w:rPr>
        <w:t>.</w:t>
      </w:r>
    </w:p>
    <w:p w14:paraId="53B7AAAA" w14:textId="77777777" w:rsidR="00D97F10" w:rsidRPr="00541039" w:rsidRDefault="00000000" w:rsidP="005A0AE7">
      <w:pPr>
        <w:pStyle w:val="LegalClause"/>
        <w:numPr>
          <w:ilvl w:val="1"/>
          <w:numId w:val="1"/>
        </w:numPr>
        <w:tabs>
          <w:tab w:val="left" w:pos="851"/>
        </w:tabs>
        <w:rPr>
          <w:lang w:val="ru-RU"/>
        </w:rPr>
      </w:pPr>
      <w:proofErr w:type="spellStart"/>
      <w:r w:rsidRPr="00541039">
        <w:rPr>
          <w:lang w:val="ru-RU"/>
        </w:rPr>
        <w:t>Якщо</w:t>
      </w:r>
      <w:proofErr w:type="spellEnd"/>
      <w:r w:rsidRPr="00541039">
        <w:rPr>
          <w:lang w:val="ru-RU"/>
        </w:rPr>
        <w:t xml:space="preserve"> </w:t>
      </w:r>
      <w:proofErr w:type="spellStart"/>
      <w:r w:rsidRPr="00541039">
        <w:rPr>
          <w:lang w:val="ru-RU"/>
        </w:rPr>
        <w:t>Учасник</w:t>
      </w:r>
      <w:proofErr w:type="spellEnd"/>
      <w:r w:rsidRPr="00541039">
        <w:rPr>
          <w:lang w:val="ru-RU"/>
        </w:rPr>
        <w:t xml:space="preserve"> не </w:t>
      </w:r>
      <w:proofErr w:type="spellStart"/>
      <w:r w:rsidRPr="00541039">
        <w:rPr>
          <w:lang w:val="ru-RU"/>
        </w:rPr>
        <w:t>надає</w:t>
      </w:r>
      <w:proofErr w:type="spellEnd"/>
      <w:r w:rsidRPr="00541039">
        <w:rPr>
          <w:lang w:val="ru-RU"/>
        </w:rPr>
        <w:t xml:space="preserve"> </w:t>
      </w:r>
      <w:proofErr w:type="spellStart"/>
      <w:r w:rsidRPr="00541039">
        <w:rPr>
          <w:lang w:val="ru-RU"/>
        </w:rPr>
        <w:t>окремої</w:t>
      </w:r>
      <w:proofErr w:type="spellEnd"/>
      <w:r w:rsidRPr="00541039">
        <w:rPr>
          <w:lang w:val="ru-RU"/>
        </w:rPr>
        <w:t xml:space="preserve"> </w:t>
      </w:r>
      <w:proofErr w:type="spellStart"/>
      <w:r w:rsidRPr="00541039">
        <w:rPr>
          <w:lang w:val="ru-RU"/>
        </w:rPr>
        <w:t>згоди</w:t>
      </w:r>
      <w:proofErr w:type="spellEnd"/>
      <w:r w:rsidRPr="00541039">
        <w:rPr>
          <w:lang w:val="ru-RU"/>
        </w:rPr>
        <w:t xml:space="preserve"> на </w:t>
      </w:r>
      <w:proofErr w:type="spellStart"/>
      <w:r w:rsidRPr="00541039">
        <w:rPr>
          <w:lang w:val="ru-RU"/>
        </w:rPr>
        <w:t>Подарунковий</w:t>
      </w:r>
      <w:proofErr w:type="spellEnd"/>
      <w:r w:rsidRPr="00541039">
        <w:rPr>
          <w:lang w:val="ru-RU"/>
        </w:rPr>
        <w:t xml:space="preserve"> доступ та </w:t>
      </w:r>
      <w:proofErr w:type="spellStart"/>
      <w:r w:rsidRPr="00541039">
        <w:rPr>
          <w:lang w:val="ru-RU"/>
        </w:rPr>
        <w:t>автоматичне</w:t>
      </w:r>
      <w:proofErr w:type="spellEnd"/>
      <w:r w:rsidRPr="00541039">
        <w:rPr>
          <w:lang w:val="ru-RU"/>
        </w:rPr>
        <w:t xml:space="preserve"> </w:t>
      </w:r>
      <w:proofErr w:type="spellStart"/>
      <w:r w:rsidRPr="00541039">
        <w:rPr>
          <w:lang w:val="ru-RU"/>
        </w:rPr>
        <w:t>продовження</w:t>
      </w:r>
      <w:proofErr w:type="spellEnd"/>
      <w:r w:rsidRPr="00541039">
        <w:rPr>
          <w:lang w:val="ru-RU"/>
        </w:rPr>
        <w:t xml:space="preserve">, </w:t>
      </w:r>
      <w:proofErr w:type="spellStart"/>
      <w:r w:rsidRPr="00541039">
        <w:rPr>
          <w:lang w:val="ru-RU"/>
        </w:rPr>
        <w:t>він</w:t>
      </w:r>
      <w:proofErr w:type="spellEnd"/>
      <w:r w:rsidRPr="00541039">
        <w:rPr>
          <w:lang w:val="ru-RU"/>
        </w:rPr>
        <w:t xml:space="preserve"> </w:t>
      </w:r>
      <w:proofErr w:type="spellStart"/>
      <w:r w:rsidRPr="00541039">
        <w:rPr>
          <w:lang w:val="ru-RU"/>
        </w:rPr>
        <w:t>може</w:t>
      </w:r>
      <w:proofErr w:type="spellEnd"/>
      <w:r w:rsidRPr="00541039">
        <w:rPr>
          <w:lang w:val="ru-RU"/>
        </w:rPr>
        <w:t xml:space="preserve"> </w:t>
      </w:r>
      <w:proofErr w:type="spellStart"/>
      <w:r w:rsidRPr="00541039">
        <w:rPr>
          <w:lang w:val="ru-RU"/>
        </w:rPr>
        <w:t>проголосувати</w:t>
      </w:r>
      <w:proofErr w:type="spellEnd"/>
      <w:r w:rsidRPr="00541039">
        <w:rPr>
          <w:lang w:val="ru-RU"/>
        </w:rPr>
        <w:t xml:space="preserve"> на </w:t>
      </w:r>
      <w:proofErr w:type="spellStart"/>
      <w:r w:rsidRPr="00541039">
        <w:rPr>
          <w:lang w:val="ru-RU"/>
        </w:rPr>
        <w:t>загальних</w:t>
      </w:r>
      <w:proofErr w:type="spellEnd"/>
      <w:r w:rsidRPr="00541039">
        <w:rPr>
          <w:lang w:val="ru-RU"/>
        </w:rPr>
        <w:t xml:space="preserve"> </w:t>
      </w:r>
      <w:proofErr w:type="spellStart"/>
      <w:r w:rsidRPr="00541039">
        <w:rPr>
          <w:lang w:val="ru-RU"/>
        </w:rPr>
        <w:t>умовах</w:t>
      </w:r>
      <w:proofErr w:type="spellEnd"/>
      <w:r w:rsidRPr="00541039">
        <w:rPr>
          <w:lang w:val="ru-RU"/>
        </w:rPr>
        <w:t xml:space="preserve"> без </w:t>
      </w:r>
      <w:proofErr w:type="spellStart"/>
      <w:r w:rsidRPr="00541039">
        <w:rPr>
          <w:lang w:val="ru-RU"/>
        </w:rPr>
        <w:t>отримання</w:t>
      </w:r>
      <w:proofErr w:type="spellEnd"/>
      <w:r w:rsidRPr="00541039">
        <w:rPr>
          <w:lang w:val="ru-RU"/>
        </w:rPr>
        <w:t xml:space="preserve"> </w:t>
      </w:r>
      <w:proofErr w:type="spellStart"/>
      <w:r w:rsidRPr="00541039">
        <w:rPr>
          <w:lang w:val="ru-RU"/>
        </w:rPr>
        <w:t>Подарункового</w:t>
      </w:r>
      <w:proofErr w:type="spellEnd"/>
      <w:r w:rsidRPr="00541039">
        <w:rPr>
          <w:lang w:val="ru-RU"/>
        </w:rPr>
        <w:t xml:space="preserve"> доступу. Така </w:t>
      </w:r>
      <w:proofErr w:type="spellStart"/>
      <w:r w:rsidRPr="00541039">
        <w:rPr>
          <w:lang w:val="ru-RU"/>
        </w:rPr>
        <w:t>відмова</w:t>
      </w:r>
      <w:proofErr w:type="spellEnd"/>
      <w:r w:rsidRPr="00541039">
        <w:rPr>
          <w:lang w:val="ru-RU"/>
        </w:rPr>
        <w:t xml:space="preserve"> не </w:t>
      </w:r>
      <w:proofErr w:type="spellStart"/>
      <w:r w:rsidRPr="00541039">
        <w:rPr>
          <w:lang w:val="ru-RU"/>
        </w:rPr>
        <w:t>впливає</w:t>
      </w:r>
      <w:proofErr w:type="spellEnd"/>
      <w:r w:rsidRPr="00541039">
        <w:rPr>
          <w:lang w:val="ru-RU"/>
        </w:rPr>
        <w:t xml:space="preserve"> на Голос, </w:t>
      </w:r>
      <w:proofErr w:type="spellStart"/>
      <w:r w:rsidRPr="00541039">
        <w:rPr>
          <w:lang w:val="ru-RU"/>
        </w:rPr>
        <w:t>Благодійну</w:t>
      </w:r>
      <w:proofErr w:type="spellEnd"/>
      <w:r w:rsidRPr="00541039">
        <w:rPr>
          <w:lang w:val="ru-RU"/>
        </w:rPr>
        <w:t xml:space="preserve"> </w:t>
      </w:r>
      <w:proofErr w:type="spellStart"/>
      <w:r w:rsidRPr="00541039">
        <w:rPr>
          <w:lang w:val="ru-RU"/>
        </w:rPr>
        <w:t>складову</w:t>
      </w:r>
      <w:proofErr w:type="spellEnd"/>
      <w:r w:rsidRPr="00541039">
        <w:rPr>
          <w:lang w:val="ru-RU"/>
        </w:rPr>
        <w:t xml:space="preserve"> </w:t>
      </w:r>
      <w:proofErr w:type="spellStart"/>
      <w:r w:rsidRPr="00541039">
        <w:rPr>
          <w:lang w:val="ru-RU"/>
        </w:rPr>
        <w:t>або</w:t>
      </w:r>
      <w:proofErr w:type="spellEnd"/>
      <w:r w:rsidRPr="00541039">
        <w:rPr>
          <w:lang w:val="ru-RU"/>
        </w:rPr>
        <w:t xml:space="preserve"> </w:t>
      </w:r>
      <w:proofErr w:type="spellStart"/>
      <w:r w:rsidRPr="00541039">
        <w:rPr>
          <w:lang w:val="ru-RU"/>
        </w:rPr>
        <w:t>Розіграш</w:t>
      </w:r>
      <w:proofErr w:type="spellEnd"/>
      <w:r w:rsidRPr="00541039">
        <w:rPr>
          <w:lang w:val="ru-RU"/>
        </w:rPr>
        <w:t>.</w:t>
      </w:r>
    </w:p>
    <w:p w14:paraId="481B0B1B" w14:textId="1386764D" w:rsidR="00D97F10" w:rsidRPr="00541039" w:rsidRDefault="00000000" w:rsidP="005A0AE7">
      <w:pPr>
        <w:pStyle w:val="LegalClause"/>
        <w:numPr>
          <w:ilvl w:val="1"/>
          <w:numId w:val="1"/>
        </w:numPr>
        <w:tabs>
          <w:tab w:val="left" w:pos="851"/>
        </w:tabs>
        <w:rPr>
          <w:lang w:val="ru-RU"/>
        </w:rPr>
      </w:pPr>
      <w:proofErr w:type="spellStart"/>
      <w:r w:rsidRPr="00541039">
        <w:rPr>
          <w:lang w:val="ru-RU"/>
        </w:rPr>
        <w:t>Якщо</w:t>
      </w:r>
      <w:proofErr w:type="spellEnd"/>
      <w:r w:rsidRPr="00541039">
        <w:rPr>
          <w:lang w:val="ru-RU"/>
        </w:rPr>
        <w:t xml:space="preserve"> </w:t>
      </w:r>
      <w:proofErr w:type="spellStart"/>
      <w:r w:rsidR="005A0AE7">
        <w:rPr>
          <w:lang w:val="ru-RU"/>
        </w:rPr>
        <w:t>підписка</w:t>
      </w:r>
      <w:proofErr w:type="spellEnd"/>
      <w:r w:rsidR="005A0AE7">
        <w:rPr>
          <w:lang w:val="ru-RU"/>
        </w:rPr>
        <w:t xml:space="preserve"> на </w:t>
      </w:r>
      <w:r w:rsidRPr="00541039">
        <w:rPr>
          <w:lang w:val="ru-RU"/>
        </w:rPr>
        <w:t xml:space="preserve">пакет «М» </w:t>
      </w:r>
      <w:proofErr w:type="spellStart"/>
      <w:r w:rsidRPr="00541039">
        <w:rPr>
          <w:lang w:val="ru-RU"/>
        </w:rPr>
        <w:t>технічно</w:t>
      </w:r>
      <w:proofErr w:type="spellEnd"/>
      <w:r w:rsidRPr="00541039">
        <w:rPr>
          <w:lang w:val="ru-RU"/>
        </w:rPr>
        <w:t xml:space="preserve"> </w:t>
      </w:r>
      <w:proofErr w:type="spellStart"/>
      <w:r w:rsidRPr="00541039">
        <w:rPr>
          <w:lang w:val="ru-RU"/>
        </w:rPr>
        <w:t>або</w:t>
      </w:r>
      <w:proofErr w:type="spellEnd"/>
      <w:r w:rsidRPr="00541039">
        <w:rPr>
          <w:lang w:val="ru-RU"/>
        </w:rPr>
        <w:t xml:space="preserve"> </w:t>
      </w:r>
      <w:proofErr w:type="spellStart"/>
      <w:r w:rsidRPr="00541039">
        <w:rPr>
          <w:lang w:val="ru-RU"/>
        </w:rPr>
        <w:t>ліцензійно</w:t>
      </w:r>
      <w:proofErr w:type="spellEnd"/>
      <w:r w:rsidRPr="00541039">
        <w:rPr>
          <w:lang w:val="ru-RU"/>
        </w:rPr>
        <w:t xml:space="preserve"> </w:t>
      </w:r>
      <w:proofErr w:type="spellStart"/>
      <w:r w:rsidRPr="00541039">
        <w:rPr>
          <w:lang w:val="ru-RU"/>
        </w:rPr>
        <w:t>недоступний</w:t>
      </w:r>
      <w:proofErr w:type="spellEnd"/>
      <w:r w:rsidRPr="00541039">
        <w:rPr>
          <w:lang w:val="ru-RU"/>
        </w:rPr>
        <w:t xml:space="preserve"> у </w:t>
      </w:r>
      <w:proofErr w:type="spellStart"/>
      <w:r w:rsidRPr="00541039">
        <w:rPr>
          <w:lang w:val="ru-RU"/>
        </w:rPr>
        <w:t>країні</w:t>
      </w:r>
      <w:proofErr w:type="spellEnd"/>
      <w:r w:rsidRPr="00541039">
        <w:rPr>
          <w:lang w:val="ru-RU"/>
        </w:rPr>
        <w:t xml:space="preserve"> фактичного </w:t>
      </w:r>
      <w:proofErr w:type="spellStart"/>
      <w:r w:rsidRPr="00541039">
        <w:rPr>
          <w:lang w:val="ru-RU"/>
        </w:rPr>
        <w:t>використання</w:t>
      </w:r>
      <w:proofErr w:type="spellEnd"/>
      <w:r w:rsidRPr="00541039">
        <w:rPr>
          <w:lang w:val="ru-RU"/>
        </w:rPr>
        <w:t xml:space="preserve">, </w:t>
      </w:r>
      <w:proofErr w:type="spellStart"/>
      <w:r w:rsidRPr="00541039">
        <w:rPr>
          <w:lang w:val="ru-RU"/>
        </w:rPr>
        <w:t>Подарунковий</w:t>
      </w:r>
      <w:proofErr w:type="spellEnd"/>
      <w:r w:rsidRPr="00541039">
        <w:rPr>
          <w:lang w:val="ru-RU"/>
        </w:rPr>
        <w:t xml:space="preserve"> доступ не </w:t>
      </w:r>
      <w:proofErr w:type="spellStart"/>
      <w:r w:rsidRPr="00541039">
        <w:rPr>
          <w:lang w:val="ru-RU"/>
        </w:rPr>
        <w:t>надається</w:t>
      </w:r>
      <w:proofErr w:type="spellEnd"/>
      <w:r w:rsidRPr="00541039">
        <w:rPr>
          <w:lang w:val="ru-RU"/>
        </w:rPr>
        <w:t xml:space="preserve">. </w:t>
      </w:r>
      <w:proofErr w:type="spellStart"/>
      <w:r w:rsidRPr="00541039">
        <w:rPr>
          <w:lang w:val="ru-RU"/>
        </w:rPr>
        <w:t>Учасник</w:t>
      </w:r>
      <w:proofErr w:type="spellEnd"/>
      <w:r w:rsidRPr="00541039">
        <w:rPr>
          <w:lang w:val="ru-RU"/>
        </w:rPr>
        <w:t xml:space="preserve"> у такому </w:t>
      </w:r>
      <w:proofErr w:type="spellStart"/>
      <w:r w:rsidRPr="00541039">
        <w:rPr>
          <w:lang w:val="ru-RU"/>
        </w:rPr>
        <w:t>випадку</w:t>
      </w:r>
      <w:proofErr w:type="spellEnd"/>
      <w:r w:rsidRPr="00541039">
        <w:rPr>
          <w:lang w:val="ru-RU"/>
        </w:rPr>
        <w:t xml:space="preserve"> </w:t>
      </w:r>
      <w:proofErr w:type="spellStart"/>
      <w:r w:rsidRPr="00541039">
        <w:rPr>
          <w:lang w:val="ru-RU"/>
        </w:rPr>
        <w:t>зберігає</w:t>
      </w:r>
      <w:proofErr w:type="spellEnd"/>
      <w:r w:rsidRPr="00541039">
        <w:rPr>
          <w:lang w:val="ru-RU"/>
        </w:rPr>
        <w:t xml:space="preserve"> Голос, </w:t>
      </w:r>
      <w:proofErr w:type="spellStart"/>
      <w:r w:rsidRPr="00541039">
        <w:rPr>
          <w:lang w:val="ru-RU"/>
        </w:rPr>
        <w:lastRenderedPageBreak/>
        <w:t>Благодійну</w:t>
      </w:r>
      <w:proofErr w:type="spellEnd"/>
      <w:r w:rsidRPr="00541039">
        <w:rPr>
          <w:lang w:val="ru-RU"/>
        </w:rPr>
        <w:t xml:space="preserve"> </w:t>
      </w:r>
      <w:proofErr w:type="spellStart"/>
      <w:r w:rsidRPr="00541039">
        <w:rPr>
          <w:lang w:val="ru-RU"/>
        </w:rPr>
        <w:t>складову</w:t>
      </w:r>
      <w:proofErr w:type="spellEnd"/>
      <w:r w:rsidRPr="00541039">
        <w:rPr>
          <w:lang w:val="ru-RU"/>
        </w:rPr>
        <w:t xml:space="preserve"> та право на </w:t>
      </w:r>
      <w:proofErr w:type="spellStart"/>
      <w:r w:rsidRPr="00541039">
        <w:rPr>
          <w:lang w:val="ru-RU"/>
        </w:rPr>
        <w:t>Розіграш</w:t>
      </w:r>
      <w:proofErr w:type="spellEnd"/>
      <w:r w:rsidRPr="00541039">
        <w:rPr>
          <w:lang w:val="ru-RU"/>
        </w:rPr>
        <w:t xml:space="preserve"> і не </w:t>
      </w:r>
      <w:proofErr w:type="spellStart"/>
      <w:r w:rsidRPr="00541039">
        <w:rPr>
          <w:lang w:val="ru-RU"/>
        </w:rPr>
        <w:t>має</w:t>
      </w:r>
      <w:proofErr w:type="spellEnd"/>
      <w:r w:rsidRPr="00541039">
        <w:rPr>
          <w:lang w:val="ru-RU"/>
        </w:rPr>
        <w:t xml:space="preserve"> права </w:t>
      </w:r>
      <w:proofErr w:type="spellStart"/>
      <w:r w:rsidRPr="00541039">
        <w:rPr>
          <w:lang w:val="ru-RU"/>
        </w:rPr>
        <w:t>вимагати</w:t>
      </w:r>
      <w:proofErr w:type="spellEnd"/>
      <w:r w:rsidRPr="00541039">
        <w:rPr>
          <w:lang w:val="ru-RU"/>
        </w:rPr>
        <w:t xml:space="preserve"> </w:t>
      </w:r>
      <w:proofErr w:type="spellStart"/>
      <w:r w:rsidRPr="00541039">
        <w:rPr>
          <w:lang w:val="ru-RU"/>
        </w:rPr>
        <w:t>грошової</w:t>
      </w:r>
      <w:proofErr w:type="spellEnd"/>
      <w:r w:rsidRPr="00541039">
        <w:rPr>
          <w:lang w:val="ru-RU"/>
        </w:rPr>
        <w:t xml:space="preserve"> </w:t>
      </w:r>
      <w:proofErr w:type="spellStart"/>
      <w:r w:rsidRPr="00541039">
        <w:rPr>
          <w:lang w:val="ru-RU"/>
        </w:rPr>
        <w:t>або</w:t>
      </w:r>
      <w:proofErr w:type="spellEnd"/>
      <w:r w:rsidRPr="00541039">
        <w:rPr>
          <w:lang w:val="ru-RU"/>
        </w:rPr>
        <w:t xml:space="preserve"> </w:t>
      </w:r>
      <w:proofErr w:type="spellStart"/>
      <w:r w:rsidRPr="00541039">
        <w:rPr>
          <w:lang w:val="ru-RU"/>
        </w:rPr>
        <w:t>іншої</w:t>
      </w:r>
      <w:proofErr w:type="spellEnd"/>
      <w:r w:rsidRPr="00541039">
        <w:rPr>
          <w:lang w:val="ru-RU"/>
        </w:rPr>
        <w:t xml:space="preserve"> </w:t>
      </w:r>
      <w:proofErr w:type="spellStart"/>
      <w:r w:rsidRPr="00541039">
        <w:rPr>
          <w:lang w:val="ru-RU"/>
        </w:rPr>
        <w:t>компенсації</w:t>
      </w:r>
      <w:proofErr w:type="spellEnd"/>
      <w:r w:rsidRPr="00541039">
        <w:rPr>
          <w:lang w:val="ru-RU"/>
        </w:rPr>
        <w:t xml:space="preserve"> за </w:t>
      </w:r>
      <w:proofErr w:type="spellStart"/>
      <w:r w:rsidRPr="00541039">
        <w:rPr>
          <w:lang w:val="ru-RU"/>
        </w:rPr>
        <w:t>недоступний</w:t>
      </w:r>
      <w:proofErr w:type="spellEnd"/>
      <w:r w:rsidRPr="00541039">
        <w:rPr>
          <w:lang w:val="ru-RU"/>
        </w:rPr>
        <w:t xml:space="preserve"> </w:t>
      </w:r>
      <w:proofErr w:type="spellStart"/>
      <w:r w:rsidRPr="00541039">
        <w:rPr>
          <w:lang w:val="ru-RU"/>
        </w:rPr>
        <w:t>Подарунковий</w:t>
      </w:r>
      <w:proofErr w:type="spellEnd"/>
      <w:r w:rsidRPr="00541039">
        <w:rPr>
          <w:lang w:val="ru-RU"/>
        </w:rPr>
        <w:t xml:space="preserve"> доступ.</w:t>
      </w:r>
    </w:p>
    <w:p w14:paraId="5085F25C" w14:textId="77777777" w:rsidR="00D97F10" w:rsidRPr="00541039" w:rsidRDefault="00000000" w:rsidP="005A0AE7">
      <w:pPr>
        <w:pStyle w:val="Heading1"/>
        <w:numPr>
          <w:ilvl w:val="0"/>
          <w:numId w:val="1"/>
        </w:numPr>
        <w:ind w:firstLine="66"/>
        <w:rPr>
          <w:lang w:val="ru-RU"/>
        </w:rPr>
      </w:pPr>
      <w:r w:rsidRPr="00541039">
        <w:rPr>
          <w:rFonts w:ascii="Times New Roman" w:eastAsia="Times New Roman" w:hAnsi="Times New Roman" w:cs="Times New Roman"/>
          <w:lang w:val="ru-RU"/>
        </w:rPr>
        <w:t>РОЗІГРАШ КВИТКІВ: ДОПУСК І ФОНД ЗАОХОЧЕНЬ</w:t>
      </w:r>
    </w:p>
    <w:p w14:paraId="3DAF8E4F" w14:textId="77777777" w:rsidR="00D97F10" w:rsidRPr="00541039" w:rsidRDefault="00000000" w:rsidP="005A0AE7">
      <w:pPr>
        <w:pStyle w:val="LegalClause"/>
        <w:numPr>
          <w:ilvl w:val="1"/>
          <w:numId w:val="1"/>
        </w:numPr>
        <w:tabs>
          <w:tab w:val="left" w:pos="851"/>
        </w:tabs>
        <w:rPr>
          <w:lang w:val="ru-RU"/>
        </w:rPr>
      </w:pPr>
      <w:proofErr w:type="spellStart"/>
      <w:r w:rsidRPr="00541039">
        <w:rPr>
          <w:lang w:val="ru-RU"/>
        </w:rPr>
        <w:t>Кожний</w:t>
      </w:r>
      <w:proofErr w:type="spellEnd"/>
      <w:r w:rsidRPr="00541039">
        <w:rPr>
          <w:lang w:val="ru-RU"/>
        </w:rPr>
        <w:t xml:space="preserve"> </w:t>
      </w:r>
      <w:proofErr w:type="spellStart"/>
      <w:r w:rsidRPr="00541039">
        <w:rPr>
          <w:lang w:val="ru-RU"/>
        </w:rPr>
        <w:t>Учасник</w:t>
      </w:r>
      <w:proofErr w:type="spellEnd"/>
      <w:r w:rsidRPr="00541039">
        <w:rPr>
          <w:lang w:val="ru-RU"/>
        </w:rPr>
        <w:t xml:space="preserve">, </w:t>
      </w:r>
      <w:proofErr w:type="spellStart"/>
      <w:r w:rsidRPr="00541039">
        <w:rPr>
          <w:lang w:val="ru-RU"/>
        </w:rPr>
        <w:t>який</w:t>
      </w:r>
      <w:proofErr w:type="spellEnd"/>
      <w:r w:rsidRPr="00541039">
        <w:rPr>
          <w:lang w:val="ru-RU"/>
        </w:rPr>
        <w:t xml:space="preserve"> </w:t>
      </w:r>
      <w:proofErr w:type="spellStart"/>
      <w:r w:rsidRPr="00541039">
        <w:rPr>
          <w:lang w:val="ru-RU"/>
        </w:rPr>
        <w:t>має</w:t>
      </w:r>
      <w:proofErr w:type="spellEnd"/>
      <w:r w:rsidRPr="00541039">
        <w:rPr>
          <w:lang w:val="ru-RU"/>
        </w:rPr>
        <w:t xml:space="preserve"> один </w:t>
      </w:r>
      <w:proofErr w:type="spellStart"/>
      <w:r w:rsidRPr="00541039">
        <w:rPr>
          <w:lang w:val="ru-RU"/>
        </w:rPr>
        <w:t>Дійсний</w:t>
      </w:r>
      <w:proofErr w:type="spellEnd"/>
      <w:r w:rsidRPr="00541039">
        <w:rPr>
          <w:lang w:val="ru-RU"/>
        </w:rPr>
        <w:t xml:space="preserve"> голос, автоматично </w:t>
      </w:r>
      <w:proofErr w:type="spellStart"/>
      <w:r w:rsidRPr="00541039">
        <w:rPr>
          <w:lang w:val="ru-RU"/>
        </w:rPr>
        <w:t>отримує</w:t>
      </w:r>
      <w:proofErr w:type="spellEnd"/>
      <w:r w:rsidRPr="00541039">
        <w:rPr>
          <w:lang w:val="ru-RU"/>
        </w:rPr>
        <w:t xml:space="preserve"> одну участь у </w:t>
      </w:r>
      <w:r w:rsidRPr="005A0AE7">
        <w:rPr>
          <w:lang w:val="uk-UA"/>
        </w:rPr>
        <w:t>Розіграші</w:t>
      </w:r>
      <w:r w:rsidRPr="00541039">
        <w:rPr>
          <w:lang w:val="ru-RU"/>
        </w:rPr>
        <w:t xml:space="preserve">. Чинна платна </w:t>
      </w:r>
      <w:proofErr w:type="spellStart"/>
      <w:r w:rsidRPr="00541039">
        <w:rPr>
          <w:lang w:val="ru-RU"/>
        </w:rPr>
        <w:t>підписка</w:t>
      </w:r>
      <w:proofErr w:type="spellEnd"/>
      <w:r w:rsidRPr="00541039">
        <w:rPr>
          <w:lang w:val="ru-RU"/>
        </w:rPr>
        <w:t xml:space="preserve"> </w:t>
      </w:r>
      <w:r>
        <w:t>SWEET</w:t>
      </w:r>
      <w:r w:rsidRPr="00541039">
        <w:rPr>
          <w:lang w:val="ru-RU"/>
        </w:rPr>
        <w:t>.</w:t>
      </w:r>
      <w:r>
        <w:t>TV</w:t>
      </w:r>
      <w:r w:rsidRPr="00541039">
        <w:rPr>
          <w:lang w:val="ru-RU"/>
        </w:rPr>
        <w:t xml:space="preserve"> не </w:t>
      </w:r>
      <w:proofErr w:type="spellStart"/>
      <w:r w:rsidRPr="00541039">
        <w:rPr>
          <w:lang w:val="ru-RU"/>
        </w:rPr>
        <w:t>перешкоджає</w:t>
      </w:r>
      <w:proofErr w:type="spellEnd"/>
      <w:r w:rsidRPr="00541039">
        <w:rPr>
          <w:lang w:val="ru-RU"/>
        </w:rPr>
        <w:t xml:space="preserve"> </w:t>
      </w:r>
      <w:proofErr w:type="spellStart"/>
      <w:r w:rsidRPr="00541039">
        <w:rPr>
          <w:lang w:val="ru-RU"/>
        </w:rPr>
        <w:t>участі</w:t>
      </w:r>
      <w:proofErr w:type="spellEnd"/>
      <w:r w:rsidRPr="00541039">
        <w:rPr>
          <w:lang w:val="ru-RU"/>
        </w:rPr>
        <w:t xml:space="preserve"> у </w:t>
      </w:r>
      <w:proofErr w:type="spellStart"/>
      <w:r w:rsidRPr="00541039">
        <w:rPr>
          <w:lang w:val="ru-RU"/>
        </w:rPr>
        <w:t>Розіграші</w:t>
      </w:r>
      <w:proofErr w:type="spellEnd"/>
      <w:r w:rsidRPr="00541039">
        <w:rPr>
          <w:lang w:val="ru-RU"/>
        </w:rPr>
        <w:t>.</w:t>
      </w:r>
    </w:p>
    <w:p w14:paraId="12F35334" w14:textId="77777777" w:rsidR="00D97F10" w:rsidRPr="00541039" w:rsidRDefault="00000000" w:rsidP="005A0AE7">
      <w:pPr>
        <w:pStyle w:val="LegalClause"/>
        <w:numPr>
          <w:ilvl w:val="1"/>
          <w:numId w:val="1"/>
        </w:numPr>
        <w:tabs>
          <w:tab w:val="left" w:pos="851"/>
        </w:tabs>
        <w:rPr>
          <w:lang w:val="ru-RU"/>
        </w:rPr>
      </w:pPr>
      <w:proofErr w:type="spellStart"/>
      <w:r w:rsidRPr="00541039">
        <w:rPr>
          <w:lang w:val="ru-RU"/>
        </w:rPr>
        <w:t>Окрема</w:t>
      </w:r>
      <w:proofErr w:type="spellEnd"/>
      <w:r w:rsidRPr="00541039">
        <w:rPr>
          <w:lang w:val="ru-RU"/>
        </w:rPr>
        <w:t xml:space="preserve"> плата </w:t>
      </w:r>
      <w:proofErr w:type="spellStart"/>
      <w:r w:rsidRPr="00541039">
        <w:rPr>
          <w:lang w:val="ru-RU"/>
        </w:rPr>
        <w:t>саме</w:t>
      </w:r>
      <w:proofErr w:type="spellEnd"/>
      <w:r w:rsidRPr="00541039">
        <w:rPr>
          <w:lang w:val="ru-RU"/>
        </w:rPr>
        <w:t xml:space="preserve"> за участь у </w:t>
      </w:r>
      <w:proofErr w:type="spellStart"/>
      <w:r w:rsidRPr="00541039">
        <w:rPr>
          <w:lang w:val="ru-RU"/>
        </w:rPr>
        <w:t>Розіграші</w:t>
      </w:r>
      <w:proofErr w:type="spellEnd"/>
      <w:r w:rsidRPr="00541039">
        <w:rPr>
          <w:lang w:val="ru-RU"/>
        </w:rPr>
        <w:t xml:space="preserve"> не </w:t>
      </w:r>
      <w:proofErr w:type="spellStart"/>
      <w:r w:rsidRPr="00541039">
        <w:rPr>
          <w:lang w:val="ru-RU"/>
        </w:rPr>
        <w:t>стягується</w:t>
      </w:r>
      <w:proofErr w:type="spellEnd"/>
      <w:r w:rsidRPr="00541039">
        <w:rPr>
          <w:lang w:val="ru-RU"/>
        </w:rPr>
        <w:t xml:space="preserve">. </w:t>
      </w:r>
      <w:proofErr w:type="spellStart"/>
      <w:r w:rsidRPr="00541039">
        <w:rPr>
          <w:lang w:val="ru-RU"/>
        </w:rPr>
        <w:t>Верифікаційний</w:t>
      </w:r>
      <w:proofErr w:type="spellEnd"/>
      <w:r w:rsidRPr="00541039">
        <w:rPr>
          <w:lang w:val="ru-RU"/>
        </w:rPr>
        <w:t xml:space="preserve"> </w:t>
      </w:r>
      <w:proofErr w:type="spellStart"/>
      <w:r w:rsidRPr="00541039">
        <w:rPr>
          <w:lang w:val="ru-RU"/>
        </w:rPr>
        <w:t>платіж</w:t>
      </w:r>
      <w:proofErr w:type="spellEnd"/>
      <w:r w:rsidRPr="00541039">
        <w:rPr>
          <w:lang w:val="ru-RU"/>
        </w:rPr>
        <w:t xml:space="preserve"> не </w:t>
      </w:r>
      <w:proofErr w:type="spellStart"/>
      <w:r w:rsidRPr="00541039">
        <w:rPr>
          <w:lang w:val="ru-RU"/>
        </w:rPr>
        <w:t>формує</w:t>
      </w:r>
      <w:proofErr w:type="spellEnd"/>
      <w:r w:rsidRPr="00541039">
        <w:rPr>
          <w:lang w:val="ru-RU"/>
        </w:rPr>
        <w:t xml:space="preserve"> фонд </w:t>
      </w:r>
      <w:proofErr w:type="spellStart"/>
      <w:r w:rsidRPr="00541039">
        <w:rPr>
          <w:lang w:val="ru-RU"/>
        </w:rPr>
        <w:t>квитків</w:t>
      </w:r>
      <w:proofErr w:type="spellEnd"/>
      <w:r w:rsidRPr="00541039">
        <w:rPr>
          <w:lang w:val="ru-RU"/>
        </w:rPr>
        <w:t xml:space="preserve"> і не </w:t>
      </w:r>
      <w:proofErr w:type="spellStart"/>
      <w:r w:rsidRPr="00541039">
        <w:rPr>
          <w:lang w:val="ru-RU"/>
        </w:rPr>
        <w:t>збільшує</w:t>
      </w:r>
      <w:proofErr w:type="spellEnd"/>
      <w:r w:rsidRPr="00541039">
        <w:rPr>
          <w:lang w:val="ru-RU"/>
        </w:rPr>
        <w:t xml:space="preserve"> </w:t>
      </w:r>
      <w:proofErr w:type="spellStart"/>
      <w:r w:rsidRPr="00541039">
        <w:rPr>
          <w:lang w:val="ru-RU"/>
        </w:rPr>
        <w:t>кількість</w:t>
      </w:r>
      <w:proofErr w:type="spellEnd"/>
      <w:r w:rsidRPr="00541039">
        <w:rPr>
          <w:lang w:val="ru-RU"/>
        </w:rPr>
        <w:t xml:space="preserve"> </w:t>
      </w:r>
      <w:proofErr w:type="spellStart"/>
      <w:r w:rsidRPr="00541039">
        <w:rPr>
          <w:lang w:val="ru-RU"/>
        </w:rPr>
        <w:t>шансів</w:t>
      </w:r>
      <w:proofErr w:type="spellEnd"/>
      <w:r w:rsidRPr="00541039">
        <w:rPr>
          <w:lang w:val="ru-RU"/>
        </w:rPr>
        <w:t xml:space="preserve">: один </w:t>
      </w:r>
      <w:proofErr w:type="spellStart"/>
      <w:r w:rsidRPr="00541039">
        <w:rPr>
          <w:lang w:val="ru-RU"/>
        </w:rPr>
        <w:t>Дійсний</w:t>
      </w:r>
      <w:proofErr w:type="spellEnd"/>
      <w:r w:rsidRPr="00541039">
        <w:rPr>
          <w:lang w:val="ru-RU"/>
        </w:rPr>
        <w:t xml:space="preserve"> голос </w:t>
      </w:r>
      <w:proofErr w:type="spellStart"/>
      <w:r w:rsidRPr="00541039">
        <w:rPr>
          <w:lang w:val="ru-RU"/>
        </w:rPr>
        <w:t>відповідає</w:t>
      </w:r>
      <w:proofErr w:type="spellEnd"/>
      <w:r w:rsidRPr="00541039">
        <w:rPr>
          <w:lang w:val="ru-RU"/>
        </w:rPr>
        <w:t xml:space="preserve"> </w:t>
      </w:r>
      <w:proofErr w:type="spellStart"/>
      <w:r w:rsidRPr="00541039">
        <w:rPr>
          <w:lang w:val="ru-RU"/>
        </w:rPr>
        <w:t>одній</w:t>
      </w:r>
      <w:proofErr w:type="spellEnd"/>
      <w:r w:rsidRPr="00541039">
        <w:rPr>
          <w:lang w:val="ru-RU"/>
        </w:rPr>
        <w:t xml:space="preserve"> </w:t>
      </w:r>
      <w:proofErr w:type="spellStart"/>
      <w:r w:rsidRPr="00541039">
        <w:rPr>
          <w:lang w:val="ru-RU"/>
        </w:rPr>
        <w:t>участі</w:t>
      </w:r>
      <w:proofErr w:type="spellEnd"/>
      <w:r w:rsidRPr="00541039">
        <w:rPr>
          <w:lang w:val="ru-RU"/>
        </w:rPr>
        <w:t xml:space="preserve"> в </w:t>
      </w:r>
      <w:proofErr w:type="spellStart"/>
      <w:r w:rsidRPr="00541039">
        <w:rPr>
          <w:lang w:val="ru-RU"/>
        </w:rPr>
        <w:t>Розіграші</w:t>
      </w:r>
      <w:proofErr w:type="spellEnd"/>
      <w:r w:rsidRPr="00541039">
        <w:rPr>
          <w:lang w:val="ru-RU"/>
        </w:rPr>
        <w:t>.</w:t>
      </w:r>
    </w:p>
    <w:p w14:paraId="1BCBB7F3" w14:textId="77777777" w:rsidR="00D97F10" w:rsidRPr="00541039" w:rsidRDefault="00000000" w:rsidP="005A0AE7">
      <w:pPr>
        <w:pStyle w:val="LegalClause"/>
        <w:numPr>
          <w:ilvl w:val="1"/>
          <w:numId w:val="1"/>
        </w:numPr>
        <w:tabs>
          <w:tab w:val="left" w:pos="851"/>
        </w:tabs>
        <w:rPr>
          <w:lang w:val="ru-RU"/>
        </w:rPr>
      </w:pPr>
      <w:r w:rsidRPr="00541039">
        <w:rPr>
          <w:lang w:val="ru-RU"/>
        </w:rPr>
        <w:t xml:space="preserve">Фонд </w:t>
      </w:r>
      <w:proofErr w:type="spellStart"/>
      <w:r w:rsidRPr="00541039">
        <w:rPr>
          <w:lang w:val="ru-RU"/>
        </w:rPr>
        <w:t>заохочень</w:t>
      </w:r>
      <w:proofErr w:type="spellEnd"/>
      <w:r w:rsidRPr="00541039">
        <w:rPr>
          <w:lang w:val="ru-RU"/>
        </w:rPr>
        <w:t xml:space="preserve"> становить 10 </w:t>
      </w:r>
      <w:proofErr w:type="spellStart"/>
      <w:r w:rsidRPr="00541039">
        <w:rPr>
          <w:lang w:val="ru-RU"/>
        </w:rPr>
        <w:t>квитків</w:t>
      </w:r>
      <w:proofErr w:type="spellEnd"/>
      <w:r w:rsidRPr="00541039">
        <w:rPr>
          <w:lang w:val="ru-RU"/>
        </w:rPr>
        <w:t xml:space="preserve"> на </w:t>
      </w:r>
      <w:proofErr w:type="spellStart"/>
      <w:r w:rsidRPr="00541039">
        <w:rPr>
          <w:lang w:val="ru-RU"/>
        </w:rPr>
        <w:t>зйомку</w:t>
      </w:r>
      <w:proofErr w:type="spellEnd"/>
      <w:r w:rsidRPr="00541039">
        <w:rPr>
          <w:lang w:val="ru-RU"/>
        </w:rPr>
        <w:t xml:space="preserve"> </w:t>
      </w:r>
      <w:proofErr w:type="spellStart"/>
      <w:r w:rsidRPr="00541039">
        <w:rPr>
          <w:lang w:val="ru-RU"/>
        </w:rPr>
        <w:t>Проєкту</w:t>
      </w:r>
      <w:proofErr w:type="spellEnd"/>
      <w:r w:rsidRPr="00541039">
        <w:rPr>
          <w:lang w:val="ru-RU"/>
        </w:rPr>
        <w:t xml:space="preserve">: </w:t>
      </w:r>
      <w:proofErr w:type="spellStart"/>
      <w:r w:rsidRPr="00541039">
        <w:rPr>
          <w:lang w:val="ru-RU"/>
        </w:rPr>
        <w:t>п'ять</w:t>
      </w:r>
      <w:proofErr w:type="spellEnd"/>
      <w:r w:rsidRPr="00541039">
        <w:rPr>
          <w:lang w:val="ru-RU"/>
        </w:rPr>
        <w:t xml:space="preserve"> </w:t>
      </w:r>
      <w:proofErr w:type="spellStart"/>
      <w:r w:rsidRPr="00541039">
        <w:rPr>
          <w:lang w:val="ru-RU"/>
        </w:rPr>
        <w:t>комплектів</w:t>
      </w:r>
      <w:proofErr w:type="spellEnd"/>
      <w:r w:rsidRPr="00541039">
        <w:rPr>
          <w:lang w:val="ru-RU"/>
        </w:rPr>
        <w:t xml:space="preserve"> по два квитки. За результатами </w:t>
      </w:r>
      <w:proofErr w:type="spellStart"/>
      <w:r w:rsidRPr="00541039">
        <w:rPr>
          <w:lang w:val="ru-RU"/>
        </w:rPr>
        <w:t>Розіграшу</w:t>
      </w:r>
      <w:proofErr w:type="spellEnd"/>
      <w:r w:rsidRPr="00541039">
        <w:rPr>
          <w:lang w:val="ru-RU"/>
        </w:rPr>
        <w:t xml:space="preserve"> </w:t>
      </w:r>
      <w:proofErr w:type="spellStart"/>
      <w:r w:rsidRPr="00541039">
        <w:rPr>
          <w:lang w:val="ru-RU"/>
        </w:rPr>
        <w:t>визначаються</w:t>
      </w:r>
      <w:proofErr w:type="spellEnd"/>
      <w:r w:rsidRPr="00541039">
        <w:rPr>
          <w:lang w:val="ru-RU"/>
        </w:rPr>
        <w:t xml:space="preserve"> </w:t>
      </w:r>
      <w:proofErr w:type="spellStart"/>
      <w:r w:rsidRPr="00541039">
        <w:rPr>
          <w:lang w:val="ru-RU"/>
        </w:rPr>
        <w:t>п'ять</w:t>
      </w:r>
      <w:proofErr w:type="spellEnd"/>
      <w:r w:rsidRPr="00541039">
        <w:rPr>
          <w:lang w:val="ru-RU"/>
        </w:rPr>
        <w:t xml:space="preserve"> </w:t>
      </w:r>
      <w:proofErr w:type="spellStart"/>
      <w:r w:rsidRPr="00541039">
        <w:rPr>
          <w:lang w:val="ru-RU"/>
        </w:rPr>
        <w:t>різних</w:t>
      </w:r>
      <w:proofErr w:type="spellEnd"/>
      <w:r w:rsidRPr="00541039">
        <w:rPr>
          <w:lang w:val="ru-RU"/>
        </w:rPr>
        <w:t xml:space="preserve"> </w:t>
      </w:r>
      <w:proofErr w:type="spellStart"/>
      <w:r w:rsidRPr="00541039">
        <w:rPr>
          <w:lang w:val="ru-RU"/>
        </w:rPr>
        <w:t>переможців</w:t>
      </w:r>
      <w:proofErr w:type="spellEnd"/>
      <w:r w:rsidRPr="00541039">
        <w:rPr>
          <w:lang w:val="ru-RU"/>
        </w:rPr>
        <w:t xml:space="preserve">, </w:t>
      </w:r>
      <w:proofErr w:type="spellStart"/>
      <w:r w:rsidRPr="00541039">
        <w:rPr>
          <w:lang w:val="ru-RU"/>
        </w:rPr>
        <w:t>кожний</w:t>
      </w:r>
      <w:proofErr w:type="spellEnd"/>
      <w:r w:rsidRPr="00541039">
        <w:rPr>
          <w:lang w:val="ru-RU"/>
        </w:rPr>
        <w:t xml:space="preserve"> з </w:t>
      </w:r>
      <w:proofErr w:type="spellStart"/>
      <w:r w:rsidRPr="00541039">
        <w:rPr>
          <w:lang w:val="ru-RU"/>
        </w:rPr>
        <w:t>яких</w:t>
      </w:r>
      <w:proofErr w:type="spellEnd"/>
      <w:r w:rsidRPr="00541039">
        <w:rPr>
          <w:lang w:val="ru-RU"/>
        </w:rPr>
        <w:t xml:space="preserve"> </w:t>
      </w:r>
      <w:proofErr w:type="spellStart"/>
      <w:r w:rsidRPr="00541039">
        <w:rPr>
          <w:lang w:val="ru-RU"/>
        </w:rPr>
        <w:t>отримує</w:t>
      </w:r>
      <w:proofErr w:type="spellEnd"/>
      <w:r w:rsidRPr="00541039">
        <w:rPr>
          <w:lang w:val="ru-RU"/>
        </w:rPr>
        <w:t xml:space="preserve"> один комплект </w:t>
      </w:r>
      <w:proofErr w:type="spellStart"/>
      <w:r w:rsidRPr="00541039">
        <w:rPr>
          <w:lang w:val="ru-RU"/>
        </w:rPr>
        <w:t>із</w:t>
      </w:r>
      <w:proofErr w:type="spellEnd"/>
      <w:r w:rsidRPr="00541039">
        <w:rPr>
          <w:lang w:val="ru-RU"/>
        </w:rPr>
        <w:t xml:space="preserve"> </w:t>
      </w:r>
      <w:proofErr w:type="spellStart"/>
      <w:r w:rsidRPr="00541039">
        <w:rPr>
          <w:lang w:val="ru-RU"/>
        </w:rPr>
        <w:t>двох</w:t>
      </w:r>
      <w:proofErr w:type="spellEnd"/>
      <w:r w:rsidRPr="00541039">
        <w:rPr>
          <w:lang w:val="ru-RU"/>
        </w:rPr>
        <w:t xml:space="preserve"> </w:t>
      </w:r>
      <w:proofErr w:type="spellStart"/>
      <w:r w:rsidRPr="00541039">
        <w:rPr>
          <w:lang w:val="ru-RU"/>
        </w:rPr>
        <w:t>квитків</w:t>
      </w:r>
      <w:proofErr w:type="spellEnd"/>
      <w:r w:rsidRPr="00541039">
        <w:rPr>
          <w:lang w:val="ru-RU"/>
        </w:rPr>
        <w:t>.</w:t>
      </w:r>
    </w:p>
    <w:p w14:paraId="715CB8BF" w14:textId="7BB3CC75" w:rsidR="00D97F10" w:rsidRPr="00541039" w:rsidRDefault="00000000" w:rsidP="005A0AE7">
      <w:pPr>
        <w:pStyle w:val="LegalClause"/>
        <w:numPr>
          <w:ilvl w:val="1"/>
          <w:numId w:val="1"/>
        </w:numPr>
        <w:tabs>
          <w:tab w:val="left" w:pos="851"/>
        </w:tabs>
        <w:rPr>
          <w:lang w:val="ru-RU"/>
        </w:rPr>
      </w:pPr>
      <w:proofErr w:type="spellStart"/>
      <w:r w:rsidRPr="00541039">
        <w:rPr>
          <w:lang w:val="ru-RU"/>
        </w:rPr>
        <w:t>Розіграш</w:t>
      </w:r>
      <w:proofErr w:type="spellEnd"/>
      <w:r w:rsidRPr="00541039">
        <w:rPr>
          <w:lang w:val="ru-RU"/>
        </w:rPr>
        <w:t xml:space="preserve"> проводиться в один </w:t>
      </w:r>
      <w:proofErr w:type="spellStart"/>
      <w:r w:rsidRPr="00541039">
        <w:rPr>
          <w:lang w:val="ru-RU"/>
        </w:rPr>
        <w:t>із</w:t>
      </w:r>
      <w:proofErr w:type="spellEnd"/>
      <w:r w:rsidRPr="00541039">
        <w:rPr>
          <w:lang w:val="ru-RU"/>
        </w:rPr>
        <w:t xml:space="preserve"> </w:t>
      </w:r>
      <w:proofErr w:type="spellStart"/>
      <w:r w:rsidRPr="00541039">
        <w:rPr>
          <w:lang w:val="ru-RU"/>
        </w:rPr>
        <w:t>днів</w:t>
      </w:r>
      <w:proofErr w:type="spellEnd"/>
      <w:r w:rsidRPr="00541039">
        <w:rPr>
          <w:lang w:val="ru-RU"/>
        </w:rPr>
        <w:t xml:space="preserve"> у </w:t>
      </w:r>
      <w:proofErr w:type="spellStart"/>
      <w:r w:rsidRPr="00541039">
        <w:rPr>
          <w:lang w:val="ru-RU"/>
        </w:rPr>
        <w:t>період</w:t>
      </w:r>
      <w:proofErr w:type="spellEnd"/>
      <w:r w:rsidRPr="00541039">
        <w:rPr>
          <w:lang w:val="ru-RU"/>
        </w:rPr>
        <w:t xml:space="preserve"> з 21 до 27 вересня 2026 року </w:t>
      </w:r>
      <w:proofErr w:type="spellStart"/>
      <w:r w:rsidRPr="00541039">
        <w:rPr>
          <w:lang w:val="ru-RU"/>
        </w:rPr>
        <w:t>включно</w:t>
      </w:r>
      <w:proofErr w:type="spellEnd"/>
      <w:r w:rsidRPr="00541039">
        <w:rPr>
          <w:lang w:val="ru-RU"/>
        </w:rPr>
        <w:t xml:space="preserve"> за </w:t>
      </w:r>
      <w:proofErr w:type="spellStart"/>
      <w:r w:rsidRPr="00541039">
        <w:rPr>
          <w:lang w:val="ru-RU"/>
        </w:rPr>
        <w:t>допомогою</w:t>
      </w:r>
      <w:proofErr w:type="spellEnd"/>
      <w:r w:rsidRPr="00541039">
        <w:rPr>
          <w:lang w:val="ru-RU"/>
        </w:rPr>
        <w:t xml:space="preserve"> </w:t>
      </w:r>
      <w:proofErr w:type="spellStart"/>
      <w:r w:rsidRPr="00541039">
        <w:rPr>
          <w:lang w:val="ru-RU"/>
        </w:rPr>
        <w:t>сервісу</w:t>
      </w:r>
      <w:proofErr w:type="spellEnd"/>
      <w:r w:rsidRPr="00541039">
        <w:rPr>
          <w:lang w:val="ru-RU"/>
        </w:rPr>
        <w:t xml:space="preserve"> </w:t>
      </w:r>
      <w:r>
        <w:t>RANDOM</w:t>
      </w:r>
      <w:r w:rsidRPr="00541039">
        <w:rPr>
          <w:lang w:val="ru-RU"/>
        </w:rPr>
        <w:t>.</w:t>
      </w:r>
      <w:r>
        <w:t>ORG</w:t>
      </w:r>
      <w:r w:rsidRPr="00541039">
        <w:rPr>
          <w:lang w:val="ru-RU"/>
        </w:rPr>
        <w:t xml:space="preserve">. </w:t>
      </w:r>
      <w:proofErr w:type="spellStart"/>
      <w:r w:rsidRPr="00541039">
        <w:rPr>
          <w:lang w:val="ru-RU"/>
        </w:rPr>
        <w:t>Якщо</w:t>
      </w:r>
      <w:proofErr w:type="spellEnd"/>
      <w:r w:rsidRPr="00541039">
        <w:rPr>
          <w:lang w:val="ru-RU"/>
        </w:rPr>
        <w:t xml:space="preserve"> </w:t>
      </w:r>
      <w:proofErr w:type="spellStart"/>
      <w:r w:rsidRPr="00541039">
        <w:rPr>
          <w:lang w:val="ru-RU"/>
        </w:rPr>
        <w:t>сервіс</w:t>
      </w:r>
      <w:proofErr w:type="spellEnd"/>
      <w:r w:rsidRPr="00541039">
        <w:rPr>
          <w:lang w:val="ru-RU"/>
        </w:rPr>
        <w:t xml:space="preserve"> </w:t>
      </w:r>
      <w:proofErr w:type="spellStart"/>
      <w:r w:rsidRPr="00541039">
        <w:rPr>
          <w:lang w:val="ru-RU"/>
        </w:rPr>
        <w:t>тимчасово</w:t>
      </w:r>
      <w:proofErr w:type="spellEnd"/>
      <w:r w:rsidRPr="00541039">
        <w:rPr>
          <w:lang w:val="ru-RU"/>
        </w:rPr>
        <w:t xml:space="preserve"> </w:t>
      </w:r>
      <w:proofErr w:type="spellStart"/>
      <w:r w:rsidRPr="00541039">
        <w:rPr>
          <w:lang w:val="ru-RU"/>
        </w:rPr>
        <w:t>недоступний</w:t>
      </w:r>
      <w:proofErr w:type="spellEnd"/>
      <w:r w:rsidRPr="00541039">
        <w:rPr>
          <w:lang w:val="ru-RU"/>
        </w:rPr>
        <w:t xml:space="preserve">, </w:t>
      </w:r>
      <w:proofErr w:type="spellStart"/>
      <w:r w:rsidRPr="00541039">
        <w:rPr>
          <w:lang w:val="ru-RU"/>
        </w:rPr>
        <w:t>Розіграш</w:t>
      </w:r>
      <w:proofErr w:type="spellEnd"/>
      <w:r w:rsidRPr="00541039">
        <w:rPr>
          <w:lang w:val="ru-RU"/>
        </w:rPr>
        <w:t xml:space="preserve"> переноситься на </w:t>
      </w:r>
      <w:proofErr w:type="spellStart"/>
      <w:r w:rsidRPr="00541039">
        <w:rPr>
          <w:lang w:val="ru-RU"/>
        </w:rPr>
        <w:t>найближчий</w:t>
      </w:r>
      <w:proofErr w:type="spellEnd"/>
      <w:r w:rsidRPr="00541039">
        <w:rPr>
          <w:lang w:val="ru-RU"/>
        </w:rPr>
        <w:t xml:space="preserve"> момент </w:t>
      </w:r>
      <w:proofErr w:type="spellStart"/>
      <w:r w:rsidRPr="00541039">
        <w:rPr>
          <w:lang w:val="ru-RU"/>
        </w:rPr>
        <w:t>його</w:t>
      </w:r>
      <w:proofErr w:type="spellEnd"/>
      <w:r w:rsidRPr="00541039">
        <w:rPr>
          <w:lang w:val="ru-RU"/>
        </w:rPr>
        <w:t xml:space="preserve"> </w:t>
      </w:r>
      <w:proofErr w:type="spellStart"/>
      <w:r w:rsidRPr="00541039">
        <w:rPr>
          <w:lang w:val="ru-RU"/>
        </w:rPr>
        <w:t>доступності</w:t>
      </w:r>
      <w:proofErr w:type="spellEnd"/>
      <w:r w:rsidRPr="00541039">
        <w:rPr>
          <w:lang w:val="ru-RU"/>
        </w:rPr>
        <w:t xml:space="preserve"> в межах </w:t>
      </w:r>
      <w:proofErr w:type="spellStart"/>
      <w:r w:rsidRPr="00541039">
        <w:rPr>
          <w:lang w:val="ru-RU"/>
        </w:rPr>
        <w:t>зазначеного</w:t>
      </w:r>
      <w:proofErr w:type="spellEnd"/>
      <w:r w:rsidRPr="00541039">
        <w:rPr>
          <w:lang w:val="ru-RU"/>
        </w:rPr>
        <w:t xml:space="preserve"> </w:t>
      </w:r>
      <w:proofErr w:type="spellStart"/>
      <w:r w:rsidRPr="00541039">
        <w:rPr>
          <w:lang w:val="ru-RU"/>
        </w:rPr>
        <w:t>періоду</w:t>
      </w:r>
      <w:proofErr w:type="spellEnd"/>
      <w:r w:rsidRPr="00541039">
        <w:rPr>
          <w:lang w:val="ru-RU"/>
        </w:rPr>
        <w:t xml:space="preserve">; </w:t>
      </w:r>
      <w:proofErr w:type="spellStart"/>
      <w:r w:rsidRPr="00541039">
        <w:rPr>
          <w:lang w:val="ru-RU"/>
        </w:rPr>
        <w:t>якщо</w:t>
      </w:r>
      <w:proofErr w:type="spellEnd"/>
      <w:r w:rsidRPr="00541039">
        <w:rPr>
          <w:lang w:val="ru-RU"/>
        </w:rPr>
        <w:t xml:space="preserve"> </w:t>
      </w:r>
      <w:proofErr w:type="spellStart"/>
      <w:r w:rsidRPr="00541039">
        <w:rPr>
          <w:lang w:val="ru-RU"/>
        </w:rPr>
        <w:t>це</w:t>
      </w:r>
      <w:proofErr w:type="spellEnd"/>
      <w:r w:rsidRPr="00541039">
        <w:rPr>
          <w:lang w:val="ru-RU"/>
        </w:rPr>
        <w:t xml:space="preserve"> </w:t>
      </w:r>
      <w:proofErr w:type="spellStart"/>
      <w:r w:rsidRPr="00541039">
        <w:rPr>
          <w:lang w:val="ru-RU"/>
        </w:rPr>
        <w:t>об'єктивно</w:t>
      </w:r>
      <w:proofErr w:type="spellEnd"/>
      <w:r w:rsidRPr="00541039">
        <w:rPr>
          <w:lang w:val="ru-RU"/>
        </w:rPr>
        <w:t xml:space="preserve"> </w:t>
      </w:r>
      <w:proofErr w:type="spellStart"/>
      <w:r w:rsidRPr="00541039">
        <w:rPr>
          <w:lang w:val="ru-RU"/>
        </w:rPr>
        <w:t>неможливо</w:t>
      </w:r>
      <w:proofErr w:type="spellEnd"/>
      <w:r w:rsidRPr="00541039">
        <w:rPr>
          <w:lang w:val="ru-RU"/>
        </w:rPr>
        <w:t xml:space="preserve">, </w:t>
      </w:r>
      <w:proofErr w:type="spellStart"/>
      <w:r w:rsidRPr="00541039">
        <w:rPr>
          <w:lang w:val="ru-RU"/>
        </w:rPr>
        <w:t>Організатор</w:t>
      </w:r>
      <w:proofErr w:type="spellEnd"/>
      <w:r w:rsidRPr="00541039">
        <w:rPr>
          <w:lang w:val="ru-RU"/>
        </w:rPr>
        <w:t xml:space="preserve"> </w:t>
      </w:r>
      <w:proofErr w:type="spellStart"/>
      <w:r w:rsidRPr="00541039">
        <w:rPr>
          <w:lang w:val="ru-RU"/>
        </w:rPr>
        <w:t>повідомляє</w:t>
      </w:r>
      <w:proofErr w:type="spellEnd"/>
      <w:r w:rsidRPr="00541039">
        <w:rPr>
          <w:lang w:val="ru-RU"/>
        </w:rPr>
        <w:t xml:space="preserve"> </w:t>
      </w:r>
      <w:proofErr w:type="spellStart"/>
      <w:r w:rsidRPr="00541039">
        <w:rPr>
          <w:lang w:val="ru-RU"/>
        </w:rPr>
        <w:t>нову</w:t>
      </w:r>
      <w:proofErr w:type="spellEnd"/>
      <w:r w:rsidRPr="00541039">
        <w:rPr>
          <w:lang w:val="ru-RU"/>
        </w:rPr>
        <w:t xml:space="preserve"> дату.</w:t>
      </w:r>
    </w:p>
    <w:p w14:paraId="0D285E91" w14:textId="3635E1F4" w:rsidR="00D97F10" w:rsidRDefault="00000000" w:rsidP="005A0AE7">
      <w:pPr>
        <w:pStyle w:val="Heading2"/>
        <w:numPr>
          <w:ilvl w:val="0"/>
          <w:numId w:val="1"/>
        </w:numPr>
        <w:ind w:firstLine="66"/>
      </w:pPr>
      <w:proofErr w:type="spellStart"/>
      <w:r>
        <w:rPr>
          <w:rFonts w:ascii="Times New Roman" w:eastAsia="Times New Roman" w:hAnsi="Times New Roman" w:cs="Times New Roman"/>
        </w:rPr>
        <w:t>Процедура</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визначення</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переможців</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Розіграшу</w:t>
      </w:r>
      <w:proofErr w:type="spellEnd"/>
    </w:p>
    <w:p w14:paraId="60C098CC" w14:textId="77777777" w:rsidR="00D97F10" w:rsidRPr="00541039" w:rsidRDefault="00000000" w:rsidP="005A0AE7">
      <w:pPr>
        <w:pStyle w:val="LegalClause"/>
        <w:numPr>
          <w:ilvl w:val="1"/>
          <w:numId w:val="1"/>
        </w:numPr>
        <w:tabs>
          <w:tab w:val="left" w:pos="851"/>
        </w:tabs>
        <w:rPr>
          <w:lang w:val="ru-RU"/>
        </w:rPr>
      </w:pPr>
      <w:proofErr w:type="spellStart"/>
      <w:r w:rsidRPr="00541039">
        <w:rPr>
          <w:lang w:val="ru-RU"/>
        </w:rPr>
        <w:t>Після</w:t>
      </w:r>
      <w:proofErr w:type="spellEnd"/>
      <w:r w:rsidRPr="00541039">
        <w:rPr>
          <w:lang w:val="ru-RU"/>
        </w:rPr>
        <w:t xml:space="preserve"> </w:t>
      </w:r>
      <w:proofErr w:type="spellStart"/>
      <w:r w:rsidRPr="00541039">
        <w:rPr>
          <w:lang w:val="ru-RU"/>
        </w:rPr>
        <w:t>завершення</w:t>
      </w:r>
      <w:proofErr w:type="spellEnd"/>
      <w:r w:rsidRPr="00541039">
        <w:rPr>
          <w:lang w:val="ru-RU"/>
        </w:rPr>
        <w:t xml:space="preserve"> антифрод- і </w:t>
      </w:r>
      <w:proofErr w:type="spellStart"/>
      <w:r w:rsidRPr="00541039">
        <w:rPr>
          <w:lang w:val="ru-RU"/>
        </w:rPr>
        <w:t>платіжної</w:t>
      </w:r>
      <w:proofErr w:type="spellEnd"/>
      <w:r w:rsidRPr="00541039">
        <w:rPr>
          <w:lang w:val="ru-RU"/>
        </w:rPr>
        <w:t xml:space="preserve"> </w:t>
      </w:r>
      <w:proofErr w:type="spellStart"/>
      <w:r w:rsidRPr="00541039">
        <w:rPr>
          <w:lang w:val="ru-RU"/>
        </w:rPr>
        <w:t>звірки</w:t>
      </w:r>
      <w:proofErr w:type="spellEnd"/>
      <w:r w:rsidRPr="00541039">
        <w:rPr>
          <w:lang w:val="ru-RU"/>
        </w:rPr>
        <w:t xml:space="preserve"> </w:t>
      </w:r>
      <w:proofErr w:type="spellStart"/>
      <w:r w:rsidRPr="00541039">
        <w:rPr>
          <w:lang w:val="ru-RU"/>
        </w:rPr>
        <w:t>Організатор</w:t>
      </w:r>
      <w:proofErr w:type="spellEnd"/>
      <w:r w:rsidRPr="00541039">
        <w:rPr>
          <w:lang w:val="ru-RU"/>
        </w:rPr>
        <w:t xml:space="preserve"> </w:t>
      </w:r>
      <w:proofErr w:type="spellStart"/>
      <w:r w:rsidRPr="00541039">
        <w:rPr>
          <w:lang w:val="ru-RU"/>
        </w:rPr>
        <w:t>формує</w:t>
      </w:r>
      <w:proofErr w:type="spellEnd"/>
      <w:r w:rsidRPr="00541039">
        <w:rPr>
          <w:lang w:val="ru-RU"/>
        </w:rPr>
        <w:t xml:space="preserve"> </w:t>
      </w:r>
      <w:proofErr w:type="spellStart"/>
      <w:r w:rsidRPr="00541039">
        <w:rPr>
          <w:lang w:val="ru-RU"/>
        </w:rPr>
        <w:t>остаточний</w:t>
      </w:r>
      <w:proofErr w:type="spellEnd"/>
      <w:r w:rsidRPr="00541039">
        <w:rPr>
          <w:lang w:val="ru-RU"/>
        </w:rPr>
        <w:t xml:space="preserve"> </w:t>
      </w:r>
      <w:proofErr w:type="spellStart"/>
      <w:r w:rsidRPr="00541039">
        <w:rPr>
          <w:lang w:val="ru-RU"/>
        </w:rPr>
        <w:t>перелік</w:t>
      </w:r>
      <w:proofErr w:type="spellEnd"/>
      <w:r w:rsidRPr="00541039">
        <w:rPr>
          <w:lang w:val="ru-RU"/>
        </w:rPr>
        <w:t xml:space="preserve"> </w:t>
      </w:r>
      <w:proofErr w:type="spellStart"/>
      <w:r w:rsidRPr="00541039">
        <w:rPr>
          <w:lang w:val="ru-RU"/>
        </w:rPr>
        <w:t>допущених</w:t>
      </w:r>
      <w:proofErr w:type="spellEnd"/>
      <w:r w:rsidRPr="00541039">
        <w:rPr>
          <w:lang w:val="ru-RU"/>
        </w:rPr>
        <w:t xml:space="preserve"> </w:t>
      </w:r>
      <w:proofErr w:type="spellStart"/>
      <w:r w:rsidRPr="00541039">
        <w:rPr>
          <w:lang w:val="ru-RU"/>
        </w:rPr>
        <w:t>Учасників</w:t>
      </w:r>
      <w:proofErr w:type="spellEnd"/>
      <w:r w:rsidRPr="00541039">
        <w:rPr>
          <w:lang w:val="ru-RU"/>
        </w:rPr>
        <w:t xml:space="preserve">. Кожному </w:t>
      </w:r>
      <w:proofErr w:type="spellStart"/>
      <w:r w:rsidRPr="00541039">
        <w:rPr>
          <w:lang w:val="ru-RU"/>
        </w:rPr>
        <w:t>запису</w:t>
      </w:r>
      <w:proofErr w:type="spellEnd"/>
      <w:r w:rsidRPr="00541039">
        <w:rPr>
          <w:lang w:val="ru-RU"/>
        </w:rPr>
        <w:t xml:space="preserve"> </w:t>
      </w:r>
      <w:proofErr w:type="spellStart"/>
      <w:r w:rsidRPr="00541039">
        <w:rPr>
          <w:lang w:val="ru-RU"/>
        </w:rPr>
        <w:t>присвоюється</w:t>
      </w:r>
      <w:proofErr w:type="spellEnd"/>
      <w:r w:rsidRPr="00541039">
        <w:rPr>
          <w:lang w:val="ru-RU"/>
        </w:rPr>
        <w:t xml:space="preserve"> </w:t>
      </w:r>
      <w:proofErr w:type="spellStart"/>
      <w:r w:rsidRPr="00541039">
        <w:rPr>
          <w:lang w:val="ru-RU"/>
        </w:rPr>
        <w:t>унікальний</w:t>
      </w:r>
      <w:proofErr w:type="spellEnd"/>
      <w:r w:rsidRPr="00541039">
        <w:rPr>
          <w:lang w:val="ru-RU"/>
        </w:rPr>
        <w:t xml:space="preserve"> </w:t>
      </w:r>
      <w:proofErr w:type="spellStart"/>
      <w:r w:rsidRPr="00541039">
        <w:rPr>
          <w:lang w:val="ru-RU"/>
        </w:rPr>
        <w:t>послідовний</w:t>
      </w:r>
      <w:proofErr w:type="spellEnd"/>
      <w:r w:rsidRPr="00541039">
        <w:rPr>
          <w:lang w:val="ru-RU"/>
        </w:rPr>
        <w:t xml:space="preserve"> номер </w:t>
      </w:r>
      <w:proofErr w:type="spellStart"/>
      <w:r w:rsidRPr="00541039">
        <w:rPr>
          <w:lang w:val="ru-RU"/>
        </w:rPr>
        <w:t>від</w:t>
      </w:r>
      <w:proofErr w:type="spellEnd"/>
      <w:r w:rsidRPr="00541039">
        <w:rPr>
          <w:lang w:val="ru-RU"/>
        </w:rPr>
        <w:t xml:space="preserve"> 1 до </w:t>
      </w:r>
      <w:r>
        <w:t>N</w:t>
      </w:r>
      <w:r w:rsidRPr="00541039">
        <w:rPr>
          <w:lang w:val="ru-RU"/>
        </w:rPr>
        <w:t xml:space="preserve">, де </w:t>
      </w:r>
      <w:r>
        <w:t>N</w:t>
      </w:r>
      <w:r w:rsidRPr="00541039">
        <w:rPr>
          <w:lang w:val="ru-RU"/>
        </w:rPr>
        <w:t xml:space="preserve"> - </w:t>
      </w:r>
      <w:proofErr w:type="spellStart"/>
      <w:r w:rsidRPr="00541039">
        <w:rPr>
          <w:lang w:val="ru-RU"/>
        </w:rPr>
        <w:t>загальна</w:t>
      </w:r>
      <w:proofErr w:type="spellEnd"/>
      <w:r w:rsidRPr="00541039">
        <w:rPr>
          <w:lang w:val="ru-RU"/>
        </w:rPr>
        <w:t xml:space="preserve"> </w:t>
      </w:r>
      <w:proofErr w:type="spellStart"/>
      <w:r w:rsidRPr="00541039">
        <w:rPr>
          <w:lang w:val="ru-RU"/>
        </w:rPr>
        <w:t>кількість</w:t>
      </w:r>
      <w:proofErr w:type="spellEnd"/>
      <w:r w:rsidRPr="00541039">
        <w:rPr>
          <w:lang w:val="ru-RU"/>
        </w:rPr>
        <w:t xml:space="preserve"> </w:t>
      </w:r>
      <w:proofErr w:type="spellStart"/>
      <w:r w:rsidRPr="00541039">
        <w:rPr>
          <w:lang w:val="ru-RU"/>
        </w:rPr>
        <w:t>допущених</w:t>
      </w:r>
      <w:proofErr w:type="spellEnd"/>
      <w:r w:rsidRPr="00541039">
        <w:rPr>
          <w:lang w:val="ru-RU"/>
        </w:rPr>
        <w:t xml:space="preserve"> </w:t>
      </w:r>
      <w:proofErr w:type="spellStart"/>
      <w:r w:rsidRPr="00541039">
        <w:rPr>
          <w:lang w:val="ru-RU"/>
        </w:rPr>
        <w:t>Учасників</w:t>
      </w:r>
      <w:proofErr w:type="spellEnd"/>
      <w:r w:rsidRPr="00541039">
        <w:rPr>
          <w:lang w:val="ru-RU"/>
        </w:rPr>
        <w:t>.</w:t>
      </w:r>
    </w:p>
    <w:p w14:paraId="57B2A5D2" w14:textId="77777777" w:rsidR="00D97F10" w:rsidRPr="00541039" w:rsidRDefault="00000000" w:rsidP="005A0AE7">
      <w:pPr>
        <w:pStyle w:val="LegalClause"/>
        <w:numPr>
          <w:ilvl w:val="1"/>
          <w:numId w:val="1"/>
        </w:numPr>
        <w:tabs>
          <w:tab w:val="left" w:pos="851"/>
        </w:tabs>
        <w:rPr>
          <w:lang w:val="ru-RU"/>
        </w:rPr>
      </w:pPr>
      <w:r w:rsidRPr="00541039">
        <w:rPr>
          <w:lang w:val="ru-RU"/>
        </w:rPr>
        <w:t xml:space="preserve">До </w:t>
      </w:r>
      <w:r>
        <w:t>RANDOM</w:t>
      </w:r>
      <w:r w:rsidRPr="00541039">
        <w:rPr>
          <w:lang w:val="ru-RU"/>
        </w:rPr>
        <w:t>.</w:t>
      </w:r>
      <w:r>
        <w:t>ORG</w:t>
      </w:r>
      <w:r w:rsidRPr="00541039">
        <w:rPr>
          <w:lang w:val="ru-RU"/>
        </w:rPr>
        <w:t xml:space="preserve"> </w:t>
      </w:r>
      <w:proofErr w:type="spellStart"/>
      <w:r w:rsidRPr="00541039">
        <w:rPr>
          <w:lang w:val="ru-RU"/>
        </w:rPr>
        <w:t>передається</w:t>
      </w:r>
      <w:proofErr w:type="spellEnd"/>
      <w:r w:rsidRPr="00541039">
        <w:rPr>
          <w:lang w:val="ru-RU"/>
        </w:rPr>
        <w:t xml:space="preserve"> </w:t>
      </w:r>
      <w:proofErr w:type="spellStart"/>
      <w:r w:rsidRPr="00541039">
        <w:rPr>
          <w:lang w:val="ru-RU"/>
        </w:rPr>
        <w:t>лише</w:t>
      </w:r>
      <w:proofErr w:type="spellEnd"/>
      <w:r w:rsidRPr="00541039">
        <w:rPr>
          <w:lang w:val="ru-RU"/>
        </w:rPr>
        <w:t xml:space="preserve"> </w:t>
      </w:r>
      <w:proofErr w:type="spellStart"/>
      <w:r w:rsidRPr="00541039">
        <w:rPr>
          <w:lang w:val="ru-RU"/>
        </w:rPr>
        <w:t>числовий</w:t>
      </w:r>
      <w:proofErr w:type="spellEnd"/>
      <w:r w:rsidRPr="00541039">
        <w:rPr>
          <w:lang w:val="ru-RU"/>
        </w:rPr>
        <w:t xml:space="preserve"> </w:t>
      </w:r>
      <w:proofErr w:type="spellStart"/>
      <w:r w:rsidRPr="00541039">
        <w:rPr>
          <w:lang w:val="ru-RU"/>
        </w:rPr>
        <w:t>діапазон</w:t>
      </w:r>
      <w:proofErr w:type="spellEnd"/>
      <w:r w:rsidRPr="00541039">
        <w:rPr>
          <w:lang w:val="ru-RU"/>
        </w:rPr>
        <w:t xml:space="preserve"> </w:t>
      </w:r>
      <w:proofErr w:type="spellStart"/>
      <w:r w:rsidRPr="00541039">
        <w:rPr>
          <w:lang w:val="ru-RU"/>
        </w:rPr>
        <w:t>або</w:t>
      </w:r>
      <w:proofErr w:type="spellEnd"/>
      <w:r w:rsidRPr="00541039">
        <w:rPr>
          <w:lang w:val="ru-RU"/>
        </w:rPr>
        <w:t xml:space="preserve"> </w:t>
      </w:r>
      <w:proofErr w:type="spellStart"/>
      <w:r w:rsidRPr="00541039">
        <w:rPr>
          <w:lang w:val="ru-RU"/>
        </w:rPr>
        <w:t>перелік</w:t>
      </w:r>
      <w:proofErr w:type="spellEnd"/>
      <w:r w:rsidRPr="00541039">
        <w:rPr>
          <w:lang w:val="ru-RU"/>
        </w:rPr>
        <w:t xml:space="preserve"> </w:t>
      </w:r>
      <w:proofErr w:type="spellStart"/>
      <w:r w:rsidRPr="00541039">
        <w:rPr>
          <w:lang w:val="ru-RU"/>
        </w:rPr>
        <w:t>технічних</w:t>
      </w:r>
      <w:proofErr w:type="spellEnd"/>
      <w:r w:rsidRPr="00541039">
        <w:rPr>
          <w:lang w:val="ru-RU"/>
        </w:rPr>
        <w:t xml:space="preserve"> </w:t>
      </w:r>
      <w:proofErr w:type="spellStart"/>
      <w:r w:rsidRPr="00541039">
        <w:rPr>
          <w:lang w:val="ru-RU"/>
        </w:rPr>
        <w:t>номерів</w:t>
      </w:r>
      <w:proofErr w:type="spellEnd"/>
      <w:r w:rsidRPr="00541039">
        <w:rPr>
          <w:lang w:val="ru-RU"/>
        </w:rPr>
        <w:t xml:space="preserve">. </w:t>
      </w:r>
      <w:proofErr w:type="spellStart"/>
      <w:r w:rsidRPr="00541039">
        <w:rPr>
          <w:lang w:val="ru-RU"/>
        </w:rPr>
        <w:t>Імена</w:t>
      </w:r>
      <w:proofErr w:type="spellEnd"/>
      <w:r w:rsidRPr="00541039">
        <w:rPr>
          <w:lang w:val="ru-RU"/>
        </w:rPr>
        <w:t xml:space="preserve">, </w:t>
      </w:r>
      <w:proofErr w:type="spellStart"/>
      <w:r w:rsidRPr="00541039">
        <w:rPr>
          <w:lang w:val="ru-RU"/>
        </w:rPr>
        <w:t>номери</w:t>
      </w:r>
      <w:proofErr w:type="spellEnd"/>
      <w:r w:rsidRPr="00541039">
        <w:rPr>
          <w:lang w:val="ru-RU"/>
        </w:rPr>
        <w:t xml:space="preserve"> </w:t>
      </w:r>
      <w:proofErr w:type="spellStart"/>
      <w:r w:rsidRPr="00541039">
        <w:rPr>
          <w:lang w:val="ru-RU"/>
        </w:rPr>
        <w:t>телефонів</w:t>
      </w:r>
      <w:proofErr w:type="spellEnd"/>
      <w:r w:rsidRPr="00541039">
        <w:rPr>
          <w:lang w:val="ru-RU"/>
        </w:rPr>
        <w:t xml:space="preserve">, </w:t>
      </w:r>
      <w:proofErr w:type="spellStart"/>
      <w:r w:rsidRPr="00541039">
        <w:rPr>
          <w:lang w:val="ru-RU"/>
        </w:rPr>
        <w:t>адреси</w:t>
      </w:r>
      <w:proofErr w:type="spellEnd"/>
      <w:r w:rsidRPr="00541039">
        <w:rPr>
          <w:lang w:val="ru-RU"/>
        </w:rPr>
        <w:t xml:space="preserve"> </w:t>
      </w:r>
      <w:proofErr w:type="spellStart"/>
      <w:r w:rsidRPr="00541039">
        <w:rPr>
          <w:lang w:val="ru-RU"/>
        </w:rPr>
        <w:t>електронної</w:t>
      </w:r>
      <w:proofErr w:type="spellEnd"/>
      <w:r w:rsidRPr="00541039">
        <w:rPr>
          <w:lang w:val="ru-RU"/>
        </w:rPr>
        <w:t xml:space="preserve"> </w:t>
      </w:r>
      <w:proofErr w:type="spellStart"/>
      <w:r w:rsidRPr="00541039">
        <w:rPr>
          <w:lang w:val="ru-RU"/>
        </w:rPr>
        <w:t>пошти</w:t>
      </w:r>
      <w:proofErr w:type="spellEnd"/>
      <w:r w:rsidRPr="00541039">
        <w:rPr>
          <w:lang w:val="ru-RU"/>
        </w:rPr>
        <w:t xml:space="preserve"> та </w:t>
      </w:r>
      <w:proofErr w:type="spellStart"/>
      <w:r w:rsidRPr="00541039">
        <w:rPr>
          <w:lang w:val="ru-RU"/>
        </w:rPr>
        <w:t>інші</w:t>
      </w:r>
      <w:proofErr w:type="spellEnd"/>
      <w:r w:rsidRPr="00541039">
        <w:rPr>
          <w:lang w:val="ru-RU"/>
        </w:rPr>
        <w:t xml:space="preserve"> </w:t>
      </w:r>
      <w:proofErr w:type="spellStart"/>
      <w:r w:rsidRPr="00541039">
        <w:rPr>
          <w:lang w:val="ru-RU"/>
        </w:rPr>
        <w:t>персональні</w:t>
      </w:r>
      <w:proofErr w:type="spellEnd"/>
      <w:r w:rsidRPr="00541039">
        <w:rPr>
          <w:lang w:val="ru-RU"/>
        </w:rPr>
        <w:t xml:space="preserve"> </w:t>
      </w:r>
      <w:proofErr w:type="spellStart"/>
      <w:r w:rsidRPr="00541039">
        <w:rPr>
          <w:lang w:val="ru-RU"/>
        </w:rPr>
        <w:t>дані</w:t>
      </w:r>
      <w:proofErr w:type="spellEnd"/>
      <w:r w:rsidRPr="00541039">
        <w:rPr>
          <w:lang w:val="ru-RU"/>
        </w:rPr>
        <w:t xml:space="preserve"> </w:t>
      </w:r>
      <w:proofErr w:type="spellStart"/>
      <w:r w:rsidRPr="00541039">
        <w:rPr>
          <w:lang w:val="ru-RU"/>
        </w:rPr>
        <w:t>Учасників</w:t>
      </w:r>
      <w:proofErr w:type="spellEnd"/>
      <w:r w:rsidRPr="00541039">
        <w:rPr>
          <w:lang w:val="ru-RU"/>
        </w:rPr>
        <w:t xml:space="preserve"> </w:t>
      </w:r>
      <w:proofErr w:type="spellStart"/>
      <w:r w:rsidRPr="00541039">
        <w:rPr>
          <w:lang w:val="ru-RU"/>
        </w:rPr>
        <w:t>сервісу</w:t>
      </w:r>
      <w:proofErr w:type="spellEnd"/>
      <w:r w:rsidRPr="00541039">
        <w:rPr>
          <w:lang w:val="ru-RU"/>
        </w:rPr>
        <w:t xml:space="preserve"> </w:t>
      </w:r>
      <w:r>
        <w:t>RANDOM</w:t>
      </w:r>
      <w:r w:rsidRPr="00541039">
        <w:rPr>
          <w:lang w:val="ru-RU"/>
        </w:rPr>
        <w:t>.</w:t>
      </w:r>
      <w:r>
        <w:t>ORG</w:t>
      </w:r>
      <w:r w:rsidRPr="00541039">
        <w:rPr>
          <w:lang w:val="ru-RU"/>
        </w:rPr>
        <w:t xml:space="preserve"> не </w:t>
      </w:r>
      <w:proofErr w:type="spellStart"/>
      <w:r w:rsidRPr="00541039">
        <w:rPr>
          <w:lang w:val="ru-RU"/>
        </w:rPr>
        <w:t>передаються</w:t>
      </w:r>
      <w:proofErr w:type="spellEnd"/>
      <w:r w:rsidRPr="00541039">
        <w:rPr>
          <w:lang w:val="ru-RU"/>
        </w:rPr>
        <w:t>.</w:t>
      </w:r>
    </w:p>
    <w:p w14:paraId="7B904FB6" w14:textId="77777777" w:rsidR="00D97F10" w:rsidRDefault="00000000" w:rsidP="005A0AE7">
      <w:pPr>
        <w:pStyle w:val="LegalClause"/>
        <w:numPr>
          <w:ilvl w:val="1"/>
          <w:numId w:val="1"/>
        </w:numPr>
        <w:tabs>
          <w:tab w:val="left" w:pos="851"/>
        </w:tabs>
      </w:pPr>
      <w:r w:rsidRPr="00541039">
        <w:rPr>
          <w:lang w:val="ru-RU"/>
        </w:rPr>
        <w:t xml:space="preserve">За </w:t>
      </w:r>
      <w:proofErr w:type="spellStart"/>
      <w:r w:rsidRPr="00541039">
        <w:rPr>
          <w:lang w:val="ru-RU"/>
        </w:rPr>
        <w:t>допомогою</w:t>
      </w:r>
      <w:proofErr w:type="spellEnd"/>
      <w:r w:rsidRPr="00541039">
        <w:rPr>
          <w:lang w:val="ru-RU"/>
        </w:rPr>
        <w:t xml:space="preserve"> </w:t>
      </w:r>
      <w:r>
        <w:t>RANDOM</w:t>
      </w:r>
      <w:r w:rsidRPr="00541039">
        <w:rPr>
          <w:lang w:val="ru-RU"/>
        </w:rPr>
        <w:t>.</w:t>
      </w:r>
      <w:r>
        <w:t>ORG</w:t>
      </w:r>
      <w:r w:rsidRPr="00541039">
        <w:rPr>
          <w:lang w:val="ru-RU"/>
        </w:rPr>
        <w:t xml:space="preserve"> без </w:t>
      </w:r>
      <w:proofErr w:type="spellStart"/>
      <w:r w:rsidRPr="00541039">
        <w:rPr>
          <w:lang w:val="ru-RU"/>
        </w:rPr>
        <w:t>повторення</w:t>
      </w:r>
      <w:proofErr w:type="spellEnd"/>
      <w:r w:rsidRPr="00541039">
        <w:rPr>
          <w:lang w:val="ru-RU"/>
        </w:rPr>
        <w:t xml:space="preserve"> </w:t>
      </w:r>
      <w:proofErr w:type="spellStart"/>
      <w:r w:rsidRPr="00541039">
        <w:rPr>
          <w:lang w:val="ru-RU"/>
        </w:rPr>
        <w:t>визначаються</w:t>
      </w:r>
      <w:proofErr w:type="spellEnd"/>
      <w:r w:rsidRPr="00541039">
        <w:rPr>
          <w:lang w:val="ru-RU"/>
        </w:rPr>
        <w:t xml:space="preserve"> </w:t>
      </w:r>
      <w:proofErr w:type="spellStart"/>
      <w:r w:rsidRPr="00541039">
        <w:rPr>
          <w:lang w:val="ru-RU"/>
        </w:rPr>
        <w:t>п'ять</w:t>
      </w:r>
      <w:proofErr w:type="spellEnd"/>
      <w:r w:rsidRPr="00541039">
        <w:rPr>
          <w:lang w:val="ru-RU"/>
        </w:rPr>
        <w:t xml:space="preserve"> </w:t>
      </w:r>
      <w:proofErr w:type="spellStart"/>
      <w:r w:rsidRPr="00541039">
        <w:rPr>
          <w:lang w:val="ru-RU"/>
        </w:rPr>
        <w:t>унікальних</w:t>
      </w:r>
      <w:proofErr w:type="spellEnd"/>
      <w:r w:rsidRPr="00541039">
        <w:rPr>
          <w:lang w:val="ru-RU"/>
        </w:rPr>
        <w:t xml:space="preserve"> </w:t>
      </w:r>
      <w:proofErr w:type="spellStart"/>
      <w:r w:rsidRPr="00541039">
        <w:rPr>
          <w:lang w:val="ru-RU"/>
        </w:rPr>
        <w:t>номерів</w:t>
      </w:r>
      <w:proofErr w:type="spellEnd"/>
      <w:r w:rsidRPr="00541039">
        <w:rPr>
          <w:lang w:val="ru-RU"/>
        </w:rPr>
        <w:t xml:space="preserve">. </w:t>
      </w:r>
      <w:r>
        <w:t>Відповідність номерів Учасникам встановлюється виключно за внутрішнім переліком Організатора.</w:t>
      </w:r>
    </w:p>
    <w:p w14:paraId="6A4F04EE" w14:textId="77777777" w:rsidR="00D97F10" w:rsidRDefault="00000000" w:rsidP="005A0AE7">
      <w:pPr>
        <w:pStyle w:val="LegalClause"/>
        <w:numPr>
          <w:ilvl w:val="1"/>
          <w:numId w:val="1"/>
        </w:numPr>
        <w:tabs>
          <w:tab w:val="left" w:pos="851"/>
        </w:tabs>
      </w:pPr>
      <w:r>
        <w:t>Організатор оформлює внутрішній протокол Розіграшу, в якому фіксує дату і час, значення N, спосіб використання RANDOM.ORG, обрані номери та відповідність результату внутрішньому переліку. Процедура може додатково фіксуватися знімками екрана та/або відеозаписом.</w:t>
      </w:r>
    </w:p>
    <w:p w14:paraId="747D1C6A" w14:textId="77777777" w:rsidR="00D97F10" w:rsidRPr="00541039" w:rsidRDefault="00000000" w:rsidP="005A0AE7">
      <w:pPr>
        <w:pStyle w:val="LegalClause"/>
        <w:numPr>
          <w:ilvl w:val="1"/>
          <w:numId w:val="1"/>
        </w:numPr>
        <w:tabs>
          <w:tab w:val="left" w:pos="851"/>
        </w:tabs>
        <w:rPr>
          <w:lang w:val="ru-RU"/>
        </w:rPr>
      </w:pPr>
      <w:proofErr w:type="spellStart"/>
      <w:r w:rsidRPr="00541039">
        <w:rPr>
          <w:lang w:val="ru-RU"/>
        </w:rPr>
        <w:t>Якщо</w:t>
      </w:r>
      <w:proofErr w:type="spellEnd"/>
      <w:r w:rsidRPr="00541039">
        <w:rPr>
          <w:lang w:val="ru-RU"/>
        </w:rPr>
        <w:t xml:space="preserve"> </w:t>
      </w:r>
      <w:proofErr w:type="spellStart"/>
      <w:r w:rsidRPr="00541039">
        <w:rPr>
          <w:lang w:val="ru-RU"/>
        </w:rPr>
        <w:t>кількість</w:t>
      </w:r>
      <w:proofErr w:type="spellEnd"/>
      <w:r w:rsidRPr="00541039">
        <w:rPr>
          <w:lang w:val="ru-RU"/>
        </w:rPr>
        <w:t xml:space="preserve"> </w:t>
      </w:r>
      <w:proofErr w:type="spellStart"/>
      <w:r w:rsidRPr="00541039">
        <w:rPr>
          <w:lang w:val="ru-RU"/>
        </w:rPr>
        <w:t>допущених</w:t>
      </w:r>
      <w:proofErr w:type="spellEnd"/>
      <w:r w:rsidRPr="00541039">
        <w:rPr>
          <w:lang w:val="ru-RU"/>
        </w:rPr>
        <w:t xml:space="preserve"> </w:t>
      </w:r>
      <w:proofErr w:type="spellStart"/>
      <w:r w:rsidRPr="00541039">
        <w:rPr>
          <w:lang w:val="ru-RU"/>
        </w:rPr>
        <w:t>Учасників</w:t>
      </w:r>
      <w:proofErr w:type="spellEnd"/>
      <w:r w:rsidRPr="00541039">
        <w:rPr>
          <w:lang w:val="ru-RU"/>
        </w:rPr>
        <w:t xml:space="preserve"> становить </w:t>
      </w:r>
      <w:proofErr w:type="spellStart"/>
      <w:r w:rsidRPr="00541039">
        <w:rPr>
          <w:lang w:val="ru-RU"/>
        </w:rPr>
        <w:t>менше</w:t>
      </w:r>
      <w:proofErr w:type="spellEnd"/>
      <w:r w:rsidRPr="00541039">
        <w:rPr>
          <w:lang w:val="ru-RU"/>
        </w:rPr>
        <w:t xml:space="preserve"> </w:t>
      </w:r>
      <w:proofErr w:type="spellStart"/>
      <w:r w:rsidRPr="00541039">
        <w:rPr>
          <w:lang w:val="ru-RU"/>
        </w:rPr>
        <w:t>п'яти</w:t>
      </w:r>
      <w:proofErr w:type="spellEnd"/>
      <w:r w:rsidRPr="00541039">
        <w:rPr>
          <w:lang w:val="ru-RU"/>
        </w:rPr>
        <w:t xml:space="preserve">, </w:t>
      </w:r>
      <w:proofErr w:type="spellStart"/>
      <w:r w:rsidRPr="00541039">
        <w:rPr>
          <w:lang w:val="ru-RU"/>
        </w:rPr>
        <w:t>переможцями</w:t>
      </w:r>
      <w:proofErr w:type="spellEnd"/>
      <w:r w:rsidRPr="00541039">
        <w:rPr>
          <w:lang w:val="ru-RU"/>
        </w:rPr>
        <w:t xml:space="preserve"> </w:t>
      </w:r>
      <w:proofErr w:type="spellStart"/>
      <w:r w:rsidRPr="00541039">
        <w:rPr>
          <w:lang w:val="ru-RU"/>
        </w:rPr>
        <w:t>визнаються</w:t>
      </w:r>
      <w:proofErr w:type="spellEnd"/>
      <w:r w:rsidRPr="00541039">
        <w:rPr>
          <w:lang w:val="ru-RU"/>
        </w:rPr>
        <w:t xml:space="preserve"> </w:t>
      </w:r>
      <w:proofErr w:type="spellStart"/>
      <w:r w:rsidRPr="00541039">
        <w:rPr>
          <w:lang w:val="ru-RU"/>
        </w:rPr>
        <w:t>всі</w:t>
      </w:r>
      <w:proofErr w:type="spellEnd"/>
      <w:r w:rsidRPr="00541039">
        <w:rPr>
          <w:lang w:val="ru-RU"/>
        </w:rPr>
        <w:t xml:space="preserve"> </w:t>
      </w:r>
      <w:proofErr w:type="spellStart"/>
      <w:r w:rsidRPr="00541039">
        <w:rPr>
          <w:lang w:val="ru-RU"/>
        </w:rPr>
        <w:t>допущені</w:t>
      </w:r>
      <w:proofErr w:type="spellEnd"/>
      <w:r w:rsidRPr="00541039">
        <w:rPr>
          <w:lang w:val="ru-RU"/>
        </w:rPr>
        <w:t xml:space="preserve"> </w:t>
      </w:r>
      <w:proofErr w:type="spellStart"/>
      <w:r w:rsidRPr="00541039">
        <w:rPr>
          <w:lang w:val="ru-RU"/>
        </w:rPr>
        <w:t>Учасники</w:t>
      </w:r>
      <w:proofErr w:type="spellEnd"/>
      <w:r w:rsidRPr="00541039">
        <w:rPr>
          <w:lang w:val="ru-RU"/>
        </w:rPr>
        <w:t xml:space="preserve">; </w:t>
      </w:r>
      <w:proofErr w:type="spellStart"/>
      <w:r w:rsidRPr="00541039">
        <w:rPr>
          <w:lang w:val="ru-RU"/>
        </w:rPr>
        <w:t>нерозподілені</w:t>
      </w:r>
      <w:proofErr w:type="spellEnd"/>
      <w:r w:rsidRPr="00541039">
        <w:rPr>
          <w:lang w:val="ru-RU"/>
        </w:rPr>
        <w:t xml:space="preserve"> </w:t>
      </w:r>
      <w:proofErr w:type="spellStart"/>
      <w:r w:rsidRPr="00541039">
        <w:rPr>
          <w:lang w:val="ru-RU"/>
        </w:rPr>
        <w:t>комплекти</w:t>
      </w:r>
      <w:proofErr w:type="spellEnd"/>
      <w:r w:rsidRPr="00541039">
        <w:rPr>
          <w:lang w:val="ru-RU"/>
        </w:rPr>
        <w:t xml:space="preserve"> </w:t>
      </w:r>
      <w:proofErr w:type="spellStart"/>
      <w:r w:rsidRPr="00541039">
        <w:rPr>
          <w:lang w:val="ru-RU"/>
        </w:rPr>
        <w:t>залишаються</w:t>
      </w:r>
      <w:proofErr w:type="spellEnd"/>
      <w:r w:rsidRPr="00541039">
        <w:rPr>
          <w:lang w:val="ru-RU"/>
        </w:rPr>
        <w:t xml:space="preserve"> у </w:t>
      </w:r>
      <w:proofErr w:type="spellStart"/>
      <w:r w:rsidRPr="00541039">
        <w:rPr>
          <w:lang w:val="ru-RU"/>
        </w:rPr>
        <w:t>Організатора</w:t>
      </w:r>
      <w:proofErr w:type="spellEnd"/>
      <w:r w:rsidRPr="00541039">
        <w:rPr>
          <w:lang w:val="ru-RU"/>
        </w:rPr>
        <w:t xml:space="preserve"> і </w:t>
      </w:r>
      <w:proofErr w:type="spellStart"/>
      <w:r w:rsidRPr="00541039">
        <w:rPr>
          <w:lang w:val="ru-RU"/>
        </w:rPr>
        <w:t>додатковий</w:t>
      </w:r>
      <w:proofErr w:type="spellEnd"/>
      <w:r w:rsidRPr="00541039">
        <w:rPr>
          <w:lang w:val="ru-RU"/>
        </w:rPr>
        <w:t xml:space="preserve"> </w:t>
      </w:r>
      <w:proofErr w:type="spellStart"/>
      <w:r w:rsidRPr="00541039">
        <w:rPr>
          <w:lang w:val="ru-RU"/>
        </w:rPr>
        <w:t>Розіграш</w:t>
      </w:r>
      <w:proofErr w:type="spellEnd"/>
      <w:r w:rsidRPr="00541039">
        <w:rPr>
          <w:lang w:val="ru-RU"/>
        </w:rPr>
        <w:t xml:space="preserve"> не проводиться.</w:t>
      </w:r>
    </w:p>
    <w:p w14:paraId="7EB7F54E" w14:textId="45744F08" w:rsidR="00D97F10" w:rsidRPr="00541039" w:rsidRDefault="00000000" w:rsidP="005A0AE7">
      <w:pPr>
        <w:pStyle w:val="Heading2"/>
        <w:numPr>
          <w:ilvl w:val="0"/>
          <w:numId w:val="1"/>
        </w:numPr>
        <w:ind w:firstLine="66"/>
        <w:rPr>
          <w:lang w:val="ru-RU"/>
        </w:rPr>
      </w:pPr>
      <w:proofErr w:type="spellStart"/>
      <w:r w:rsidRPr="00541039">
        <w:rPr>
          <w:rFonts w:ascii="Times New Roman" w:eastAsia="Times New Roman" w:hAnsi="Times New Roman" w:cs="Times New Roman"/>
          <w:lang w:val="ru-RU"/>
        </w:rPr>
        <w:t>Оголошення</w:t>
      </w:r>
      <w:proofErr w:type="spellEnd"/>
      <w:r w:rsidRPr="00541039">
        <w:rPr>
          <w:rFonts w:ascii="Times New Roman" w:eastAsia="Times New Roman" w:hAnsi="Times New Roman" w:cs="Times New Roman"/>
          <w:lang w:val="ru-RU"/>
        </w:rPr>
        <w:t xml:space="preserve"> та </w:t>
      </w:r>
      <w:proofErr w:type="spellStart"/>
      <w:r w:rsidRPr="00541039">
        <w:rPr>
          <w:rFonts w:ascii="Times New Roman" w:eastAsia="Times New Roman" w:hAnsi="Times New Roman" w:cs="Times New Roman"/>
          <w:lang w:val="ru-RU"/>
        </w:rPr>
        <w:t>зв'язок</w:t>
      </w:r>
      <w:proofErr w:type="spellEnd"/>
      <w:r w:rsidRPr="00541039">
        <w:rPr>
          <w:rFonts w:ascii="Times New Roman" w:eastAsia="Times New Roman" w:hAnsi="Times New Roman" w:cs="Times New Roman"/>
          <w:lang w:val="ru-RU"/>
        </w:rPr>
        <w:t xml:space="preserve"> </w:t>
      </w:r>
      <w:proofErr w:type="spellStart"/>
      <w:r w:rsidRPr="00541039">
        <w:rPr>
          <w:rFonts w:ascii="Times New Roman" w:eastAsia="Times New Roman" w:hAnsi="Times New Roman" w:cs="Times New Roman"/>
          <w:lang w:val="ru-RU"/>
        </w:rPr>
        <w:t>із</w:t>
      </w:r>
      <w:proofErr w:type="spellEnd"/>
      <w:r w:rsidRPr="00541039">
        <w:rPr>
          <w:rFonts w:ascii="Times New Roman" w:eastAsia="Times New Roman" w:hAnsi="Times New Roman" w:cs="Times New Roman"/>
          <w:lang w:val="ru-RU"/>
        </w:rPr>
        <w:t xml:space="preserve"> </w:t>
      </w:r>
      <w:proofErr w:type="spellStart"/>
      <w:r w:rsidRPr="00541039">
        <w:rPr>
          <w:rFonts w:ascii="Times New Roman" w:eastAsia="Times New Roman" w:hAnsi="Times New Roman" w:cs="Times New Roman"/>
          <w:lang w:val="ru-RU"/>
        </w:rPr>
        <w:t>переможцями</w:t>
      </w:r>
      <w:proofErr w:type="spellEnd"/>
      <w:r w:rsidRPr="00541039">
        <w:rPr>
          <w:rFonts w:ascii="Times New Roman" w:eastAsia="Times New Roman" w:hAnsi="Times New Roman" w:cs="Times New Roman"/>
          <w:lang w:val="ru-RU"/>
        </w:rPr>
        <w:t xml:space="preserve"> </w:t>
      </w:r>
      <w:proofErr w:type="spellStart"/>
      <w:r w:rsidRPr="00541039">
        <w:rPr>
          <w:rFonts w:ascii="Times New Roman" w:eastAsia="Times New Roman" w:hAnsi="Times New Roman" w:cs="Times New Roman"/>
          <w:lang w:val="ru-RU"/>
        </w:rPr>
        <w:t>Розіграшу</w:t>
      </w:r>
      <w:proofErr w:type="spellEnd"/>
    </w:p>
    <w:p w14:paraId="724AB9A1" w14:textId="48DB9DFF" w:rsidR="00D97F10" w:rsidRPr="00541039" w:rsidRDefault="00000000" w:rsidP="005A0AE7">
      <w:pPr>
        <w:pStyle w:val="LegalClause"/>
        <w:numPr>
          <w:ilvl w:val="1"/>
          <w:numId w:val="1"/>
        </w:numPr>
        <w:tabs>
          <w:tab w:val="left" w:pos="851"/>
        </w:tabs>
        <w:rPr>
          <w:lang w:val="ru-RU"/>
        </w:rPr>
      </w:pPr>
      <w:proofErr w:type="spellStart"/>
      <w:r w:rsidRPr="00541039">
        <w:rPr>
          <w:b/>
          <w:lang w:val="ru-RU"/>
        </w:rPr>
        <w:t>Офіційна</w:t>
      </w:r>
      <w:proofErr w:type="spellEnd"/>
      <w:r w:rsidRPr="00541039">
        <w:rPr>
          <w:b/>
          <w:lang w:val="ru-RU"/>
        </w:rPr>
        <w:t xml:space="preserve"> </w:t>
      </w:r>
      <w:r>
        <w:rPr>
          <w:b/>
        </w:rPr>
        <w:t>Instagram</w:t>
      </w:r>
      <w:r w:rsidRPr="00541039">
        <w:rPr>
          <w:b/>
          <w:lang w:val="ru-RU"/>
        </w:rPr>
        <w:t>-</w:t>
      </w:r>
      <w:proofErr w:type="spellStart"/>
      <w:r w:rsidRPr="00541039">
        <w:rPr>
          <w:b/>
          <w:lang w:val="ru-RU"/>
        </w:rPr>
        <w:t>сторінка</w:t>
      </w:r>
      <w:proofErr w:type="spellEnd"/>
      <w:r w:rsidRPr="00541039">
        <w:rPr>
          <w:b/>
          <w:lang w:val="ru-RU"/>
        </w:rPr>
        <w:t xml:space="preserve"> </w:t>
      </w:r>
      <w:proofErr w:type="spellStart"/>
      <w:r w:rsidRPr="00541039">
        <w:rPr>
          <w:b/>
          <w:lang w:val="ru-RU"/>
        </w:rPr>
        <w:t>Проєкту</w:t>
      </w:r>
      <w:proofErr w:type="spellEnd"/>
      <w:r w:rsidRPr="00541039">
        <w:rPr>
          <w:b/>
          <w:lang w:val="ru-RU"/>
        </w:rPr>
        <w:t xml:space="preserve"> для </w:t>
      </w:r>
      <w:proofErr w:type="spellStart"/>
      <w:r w:rsidRPr="00541039">
        <w:rPr>
          <w:b/>
          <w:lang w:val="ru-RU"/>
        </w:rPr>
        <w:t>оголошення</w:t>
      </w:r>
      <w:proofErr w:type="spellEnd"/>
      <w:r w:rsidRPr="00541039">
        <w:rPr>
          <w:b/>
          <w:lang w:val="ru-RU"/>
        </w:rPr>
        <w:t xml:space="preserve"> </w:t>
      </w:r>
      <w:proofErr w:type="spellStart"/>
      <w:r w:rsidRPr="00541039">
        <w:rPr>
          <w:b/>
          <w:lang w:val="ru-RU"/>
        </w:rPr>
        <w:t>результатів</w:t>
      </w:r>
      <w:proofErr w:type="spellEnd"/>
      <w:r w:rsidRPr="00541039">
        <w:rPr>
          <w:b/>
          <w:lang w:val="ru-RU"/>
        </w:rPr>
        <w:t xml:space="preserve">: </w:t>
      </w:r>
      <w:r w:rsidR="003F1764" w:rsidRPr="003F1764">
        <w:rPr>
          <w:lang w:val="ru-RU"/>
        </w:rPr>
        <w:t>@</w:t>
      </w:r>
      <w:proofErr w:type="spellStart"/>
      <w:r w:rsidR="003F1764">
        <w:t>fabrykazirok</w:t>
      </w:r>
      <w:proofErr w:type="spellEnd"/>
      <w:r w:rsidR="003F1764" w:rsidRPr="003F1764">
        <w:rPr>
          <w:lang w:val="ru-RU"/>
        </w:rPr>
        <w:t>.</w:t>
      </w:r>
      <w:r w:rsidR="003F1764">
        <w:t>sweet</w:t>
      </w:r>
      <w:r w:rsidR="003F1764" w:rsidRPr="003F1764">
        <w:rPr>
          <w:lang w:val="ru-RU"/>
        </w:rPr>
        <w:t>.</w:t>
      </w:r>
      <w:r w:rsidR="003F1764">
        <w:t>tv</w:t>
      </w:r>
    </w:p>
    <w:p w14:paraId="37C03EEA" w14:textId="77777777" w:rsidR="00D97F10" w:rsidRDefault="00000000" w:rsidP="005A0AE7">
      <w:pPr>
        <w:pStyle w:val="LegalClause"/>
        <w:numPr>
          <w:ilvl w:val="1"/>
          <w:numId w:val="1"/>
        </w:numPr>
        <w:tabs>
          <w:tab w:val="left" w:pos="851"/>
        </w:tabs>
      </w:pPr>
      <w:proofErr w:type="spellStart"/>
      <w:r w:rsidRPr="00541039">
        <w:rPr>
          <w:lang w:val="ru-RU"/>
        </w:rPr>
        <w:t>Результати</w:t>
      </w:r>
      <w:proofErr w:type="spellEnd"/>
      <w:r w:rsidRPr="00541039">
        <w:rPr>
          <w:lang w:val="ru-RU"/>
        </w:rPr>
        <w:t xml:space="preserve"> </w:t>
      </w:r>
      <w:proofErr w:type="spellStart"/>
      <w:r w:rsidRPr="00541039">
        <w:rPr>
          <w:lang w:val="ru-RU"/>
        </w:rPr>
        <w:t>Розіграшу</w:t>
      </w:r>
      <w:proofErr w:type="spellEnd"/>
      <w:r w:rsidRPr="00541039">
        <w:rPr>
          <w:lang w:val="ru-RU"/>
        </w:rPr>
        <w:t xml:space="preserve"> </w:t>
      </w:r>
      <w:proofErr w:type="spellStart"/>
      <w:r w:rsidRPr="00541039">
        <w:rPr>
          <w:lang w:val="ru-RU"/>
        </w:rPr>
        <w:t>оприлюднюються</w:t>
      </w:r>
      <w:proofErr w:type="spellEnd"/>
      <w:r w:rsidRPr="00541039">
        <w:rPr>
          <w:lang w:val="ru-RU"/>
        </w:rPr>
        <w:t xml:space="preserve"> на </w:t>
      </w:r>
      <w:proofErr w:type="spellStart"/>
      <w:r w:rsidRPr="00541039">
        <w:rPr>
          <w:lang w:val="ru-RU"/>
        </w:rPr>
        <w:t>зазначеній</w:t>
      </w:r>
      <w:proofErr w:type="spellEnd"/>
      <w:r w:rsidRPr="00541039">
        <w:rPr>
          <w:lang w:val="ru-RU"/>
        </w:rPr>
        <w:t xml:space="preserve"> </w:t>
      </w:r>
      <w:r>
        <w:t>Instagram</w:t>
      </w:r>
      <w:r w:rsidRPr="00541039">
        <w:rPr>
          <w:lang w:val="ru-RU"/>
        </w:rPr>
        <w:t>-</w:t>
      </w:r>
      <w:proofErr w:type="spellStart"/>
      <w:r w:rsidRPr="00541039">
        <w:rPr>
          <w:lang w:val="ru-RU"/>
        </w:rPr>
        <w:t>сторінці</w:t>
      </w:r>
      <w:proofErr w:type="spellEnd"/>
      <w:r w:rsidRPr="00541039">
        <w:rPr>
          <w:lang w:val="ru-RU"/>
        </w:rPr>
        <w:t xml:space="preserve"> не </w:t>
      </w:r>
      <w:proofErr w:type="spellStart"/>
      <w:r w:rsidRPr="00541039">
        <w:rPr>
          <w:lang w:val="ru-RU"/>
        </w:rPr>
        <w:t>пізніше</w:t>
      </w:r>
      <w:proofErr w:type="spellEnd"/>
      <w:r w:rsidRPr="00541039">
        <w:rPr>
          <w:lang w:val="ru-RU"/>
        </w:rPr>
        <w:t xml:space="preserve"> 23:59:59 27 вересня 2026 року. Для </w:t>
      </w:r>
      <w:proofErr w:type="spellStart"/>
      <w:r w:rsidRPr="00541039">
        <w:rPr>
          <w:lang w:val="ru-RU"/>
        </w:rPr>
        <w:t>публікації</w:t>
      </w:r>
      <w:proofErr w:type="spellEnd"/>
      <w:r w:rsidRPr="00541039">
        <w:rPr>
          <w:lang w:val="ru-RU"/>
        </w:rPr>
        <w:t xml:space="preserve"> </w:t>
      </w:r>
      <w:proofErr w:type="spellStart"/>
      <w:r w:rsidRPr="00541039">
        <w:rPr>
          <w:lang w:val="ru-RU"/>
        </w:rPr>
        <w:t>використовується</w:t>
      </w:r>
      <w:proofErr w:type="spellEnd"/>
      <w:r w:rsidRPr="00541039">
        <w:rPr>
          <w:lang w:val="ru-RU"/>
        </w:rPr>
        <w:t xml:space="preserve"> </w:t>
      </w:r>
      <w:proofErr w:type="spellStart"/>
      <w:r w:rsidRPr="00541039">
        <w:rPr>
          <w:lang w:val="ru-RU"/>
        </w:rPr>
        <w:t>ім'я</w:t>
      </w:r>
      <w:proofErr w:type="spellEnd"/>
      <w:r w:rsidRPr="00541039">
        <w:rPr>
          <w:lang w:val="ru-RU"/>
        </w:rPr>
        <w:t xml:space="preserve"> та перша </w:t>
      </w:r>
      <w:proofErr w:type="spellStart"/>
      <w:r w:rsidRPr="00541039">
        <w:rPr>
          <w:lang w:val="ru-RU"/>
        </w:rPr>
        <w:t>літера</w:t>
      </w:r>
      <w:proofErr w:type="spellEnd"/>
      <w:r w:rsidRPr="00541039">
        <w:rPr>
          <w:lang w:val="ru-RU"/>
        </w:rPr>
        <w:t xml:space="preserve"> </w:t>
      </w:r>
      <w:proofErr w:type="spellStart"/>
      <w:r w:rsidRPr="00541039">
        <w:rPr>
          <w:lang w:val="ru-RU"/>
        </w:rPr>
        <w:t>прізвища</w:t>
      </w:r>
      <w:proofErr w:type="spellEnd"/>
      <w:r w:rsidRPr="00541039">
        <w:rPr>
          <w:lang w:val="ru-RU"/>
        </w:rPr>
        <w:t xml:space="preserve">, </w:t>
      </w:r>
      <w:proofErr w:type="spellStart"/>
      <w:r w:rsidRPr="00541039">
        <w:rPr>
          <w:lang w:val="ru-RU"/>
        </w:rPr>
        <w:t>псевдонім</w:t>
      </w:r>
      <w:proofErr w:type="spellEnd"/>
      <w:r w:rsidRPr="00541039">
        <w:rPr>
          <w:lang w:val="ru-RU"/>
        </w:rPr>
        <w:t xml:space="preserve"> </w:t>
      </w:r>
      <w:proofErr w:type="spellStart"/>
      <w:r w:rsidRPr="00541039">
        <w:rPr>
          <w:lang w:val="ru-RU"/>
        </w:rPr>
        <w:t>або</w:t>
      </w:r>
      <w:proofErr w:type="spellEnd"/>
      <w:r w:rsidRPr="00541039">
        <w:rPr>
          <w:lang w:val="ru-RU"/>
        </w:rPr>
        <w:t xml:space="preserve"> </w:t>
      </w:r>
      <w:proofErr w:type="spellStart"/>
      <w:r w:rsidRPr="00541039">
        <w:rPr>
          <w:lang w:val="ru-RU"/>
        </w:rPr>
        <w:t>маскований</w:t>
      </w:r>
      <w:proofErr w:type="spellEnd"/>
      <w:r w:rsidRPr="00541039">
        <w:rPr>
          <w:lang w:val="ru-RU"/>
        </w:rPr>
        <w:t xml:space="preserve"> </w:t>
      </w:r>
      <w:proofErr w:type="spellStart"/>
      <w:r w:rsidRPr="00541039">
        <w:rPr>
          <w:lang w:val="ru-RU"/>
        </w:rPr>
        <w:t>ідентифікатор</w:t>
      </w:r>
      <w:proofErr w:type="spellEnd"/>
      <w:r w:rsidRPr="00541039">
        <w:rPr>
          <w:lang w:val="ru-RU"/>
        </w:rPr>
        <w:t xml:space="preserve"> </w:t>
      </w:r>
      <w:proofErr w:type="spellStart"/>
      <w:r w:rsidRPr="00541039">
        <w:rPr>
          <w:lang w:val="ru-RU"/>
        </w:rPr>
        <w:t>Акаунту</w:t>
      </w:r>
      <w:proofErr w:type="spellEnd"/>
      <w:r w:rsidRPr="00541039">
        <w:rPr>
          <w:lang w:val="ru-RU"/>
        </w:rPr>
        <w:t xml:space="preserve">. </w:t>
      </w:r>
      <w:proofErr w:type="spellStart"/>
      <w:r>
        <w:t>Повне</w:t>
      </w:r>
      <w:proofErr w:type="spellEnd"/>
      <w:r>
        <w:t xml:space="preserve"> </w:t>
      </w:r>
      <w:proofErr w:type="spellStart"/>
      <w:r>
        <w:t>ім'я</w:t>
      </w:r>
      <w:proofErr w:type="spellEnd"/>
      <w:r>
        <w:t xml:space="preserve"> </w:t>
      </w:r>
      <w:proofErr w:type="spellStart"/>
      <w:r>
        <w:t>публікується</w:t>
      </w:r>
      <w:proofErr w:type="spellEnd"/>
      <w:r>
        <w:t xml:space="preserve"> </w:t>
      </w:r>
      <w:proofErr w:type="spellStart"/>
      <w:r>
        <w:t>лише</w:t>
      </w:r>
      <w:proofErr w:type="spellEnd"/>
      <w:r>
        <w:t xml:space="preserve"> за окремою згодою.</w:t>
      </w:r>
    </w:p>
    <w:p w14:paraId="653A605C" w14:textId="77777777" w:rsidR="00D97F10" w:rsidRPr="00541039" w:rsidRDefault="00000000" w:rsidP="005A0AE7">
      <w:pPr>
        <w:pStyle w:val="LegalClause"/>
        <w:numPr>
          <w:ilvl w:val="1"/>
          <w:numId w:val="1"/>
        </w:numPr>
        <w:tabs>
          <w:tab w:val="left" w:pos="851"/>
          <w:tab w:val="left" w:pos="1560"/>
        </w:tabs>
        <w:rPr>
          <w:lang w:val="ru-RU"/>
        </w:rPr>
      </w:pPr>
      <w:proofErr w:type="spellStart"/>
      <w:r w:rsidRPr="00541039">
        <w:rPr>
          <w:lang w:val="ru-RU"/>
        </w:rPr>
        <w:t>Організатор</w:t>
      </w:r>
      <w:proofErr w:type="spellEnd"/>
      <w:r w:rsidRPr="00541039">
        <w:rPr>
          <w:lang w:val="ru-RU"/>
        </w:rPr>
        <w:t xml:space="preserve"> </w:t>
      </w:r>
      <w:proofErr w:type="spellStart"/>
      <w:r w:rsidRPr="00541039">
        <w:rPr>
          <w:lang w:val="ru-RU"/>
        </w:rPr>
        <w:t>зв'язується</w:t>
      </w:r>
      <w:proofErr w:type="spellEnd"/>
      <w:r w:rsidRPr="00541039">
        <w:rPr>
          <w:lang w:val="ru-RU"/>
        </w:rPr>
        <w:t xml:space="preserve"> з </w:t>
      </w:r>
      <w:proofErr w:type="spellStart"/>
      <w:r w:rsidRPr="00541039">
        <w:rPr>
          <w:lang w:val="ru-RU"/>
        </w:rPr>
        <w:t>переможцем</w:t>
      </w:r>
      <w:proofErr w:type="spellEnd"/>
      <w:r w:rsidRPr="00541039">
        <w:rPr>
          <w:lang w:val="ru-RU"/>
        </w:rPr>
        <w:t xml:space="preserve"> за </w:t>
      </w:r>
      <w:proofErr w:type="spellStart"/>
      <w:r w:rsidRPr="00541039">
        <w:rPr>
          <w:lang w:val="ru-RU"/>
        </w:rPr>
        <w:t>всіма</w:t>
      </w:r>
      <w:proofErr w:type="spellEnd"/>
      <w:r w:rsidRPr="00541039">
        <w:rPr>
          <w:lang w:val="ru-RU"/>
        </w:rPr>
        <w:t xml:space="preserve"> </w:t>
      </w:r>
      <w:proofErr w:type="spellStart"/>
      <w:r w:rsidRPr="00541039">
        <w:rPr>
          <w:lang w:val="ru-RU"/>
        </w:rPr>
        <w:t>доступними</w:t>
      </w:r>
      <w:proofErr w:type="spellEnd"/>
      <w:r w:rsidRPr="00541039">
        <w:rPr>
          <w:lang w:val="ru-RU"/>
        </w:rPr>
        <w:t xml:space="preserve"> </w:t>
      </w:r>
      <w:proofErr w:type="spellStart"/>
      <w:r w:rsidRPr="00541039">
        <w:rPr>
          <w:lang w:val="ru-RU"/>
        </w:rPr>
        <w:t>контактними</w:t>
      </w:r>
      <w:proofErr w:type="spellEnd"/>
      <w:r w:rsidRPr="00541039">
        <w:rPr>
          <w:lang w:val="ru-RU"/>
        </w:rPr>
        <w:t xml:space="preserve"> </w:t>
      </w:r>
      <w:proofErr w:type="spellStart"/>
      <w:r w:rsidRPr="00541039">
        <w:rPr>
          <w:lang w:val="ru-RU"/>
        </w:rPr>
        <w:t>даними</w:t>
      </w:r>
      <w:proofErr w:type="spellEnd"/>
      <w:r w:rsidRPr="00541039">
        <w:rPr>
          <w:lang w:val="ru-RU"/>
        </w:rPr>
        <w:t xml:space="preserve">: </w:t>
      </w:r>
      <w:proofErr w:type="spellStart"/>
      <w:r w:rsidRPr="00541039">
        <w:rPr>
          <w:lang w:val="ru-RU"/>
        </w:rPr>
        <w:t>насамперед</w:t>
      </w:r>
      <w:proofErr w:type="spellEnd"/>
      <w:r w:rsidRPr="00541039">
        <w:rPr>
          <w:lang w:val="ru-RU"/>
        </w:rPr>
        <w:t xml:space="preserve"> </w:t>
      </w:r>
      <w:proofErr w:type="spellStart"/>
      <w:r w:rsidRPr="00541039">
        <w:rPr>
          <w:lang w:val="ru-RU"/>
        </w:rPr>
        <w:t>телефонує</w:t>
      </w:r>
      <w:proofErr w:type="spellEnd"/>
      <w:r w:rsidRPr="00541039">
        <w:rPr>
          <w:lang w:val="ru-RU"/>
        </w:rPr>
        <w:t xml:space="preserve"> за номером, </w:t>
      </w:r>
      <w:proofErr w:type="spellStart"/>
      <w:r w:rsidRPr="00541039">
        <w:rPr>
          <w:lang w:val="ru-RU"/>
        </w:rPr>
        <w:t>пов'язаним</w:t>
      </w:r>
      <w:proofErr w:type="spellEnd"/>
      <w:r w:rsidRPr="00541039">
        <w:rPr>
          <w:lang w:val="ru-RU"/>
        </w:rPr>
        <w:t xml:space="preserve"> з </w:t>
      </w:r>
      <w:proofErr w:type="spellStart"/>
      <w:r w:rsidRPr="00541039">
        <w:rPr>
          <w:lang w:val="ru-RU"/>
        </w:rPr>
        <w:t>Акаунтом</w:t>
      </w:r>
      <w:proofErr w:type="spellEnd"/>
      <w:r w:rsidRPr="00541039">
        <w:rPr>
          <w:lang w:val="ru-RU"/>
        </w:rPr>
        <w:t xml:space="preserve">, а </w:t>
      </w:r>
      <w:proofErr w:type="spellStart"/>
      <w:r w:rsidRPr="00541039">
        <w:rPr>
          <w:lang w:val="ru-RU"/>
        </w:rPr>
        <w:t>якщо</w:t>
      </w:r>
      <w:proofErr w:type="spellEnd"/>
      <w:r w:rsidRPr="00541039">
        <w:rPr>
          <w:lang w:val="ru-RU"/>
        </w:rPr>
        <w:t xml:space="preserve"> номер </w:t>
      </w:r>
      <w:proofErr w:type="spellStart"/>
      <w:r w:rsidRPr="00541039">
        <w:rPr>
          <w:lang w:val="ru-RU"/>
        </w:rPr>
        <w:t>недоступний</w:t>
      </w:r>
      <w:proofErr w:type="spellEnd"/>
      <w:r w:rsidRPr="00541039">
        <w:rPr>
          <w:lang w:val="ru-RU"/>
        </w:rPr>
        <w:t xml:space="preserve"> </w:t>
      </w:r>
      <w:proofErr w:type="spellStart"/>
      <w:r w:rsidRPr="00541039">
        <w:rPr>
          <w:lang w:val="ru-RU"/>
        </w:rPr>
        <w:t>або</w:t>
      </w:r>
      <w:proofErr w:type="spellEnd"/>
      <w:r w:rsidRPr="00541039">
        <w:rPr>
          <w:lang w:val="ru-RU"/>
        </w:rPr>
        <w:t xml:space="preserve"> </w:t>
      </w:r>
      <w:proofErr w:type="spellStart"/>
      <w:r w:rsidRPr="00541039">
        <w:rPr>
          <w:lang w:val="ru-RU"/>
        </w:rPr>
        <w:t>зв'язок</w:t>
      </w:r>
      <w:proofErr w:type="spellEnd"/>
      <w:r w:rsidRPr="00541039">
        <w:rPr>
          <w:lang w:val="ru-RU"/>
        </w:rPr>
        <w:t xml:space="preserve"> не </w:t>
      </w:r>
      <w:proofErr w:type="spellStart"/>
      <w:r w:rsidRPr="00541039">
        <w:rPr>
          <w:lang w:val="ru-RU"/>
        </w:rPr>
        <w:t>встановлено</w:t>
      </w:r>
      <w:proofErr w:type="spellEnd"/>
      <w:r w:rsidRPr="00541039">
        <w:rPr>
          <w:lang w:val="ru-RU"/>
        </w:rPr>
        <w:t xml:space="preserve"> - </w:t>
      </w:r>
      <w:proofErr w:type="spellStart"/>
      <w:r w:rsidRPr="00541039">
        <w:rPr>
          <w:lang w:val="ru-RU"/>
        </w:rPr>
        <w:t>надсилає</w:t>
      </w:r>
      <w:proofErr w:type="spellEnd"/>
      <w:r w:rsidRPr="00541039">
        <w:rPr>
          <w:lang w:val="ru-RU"/>
        </w:rPr>
        <w:t xml:space="preserve"> </w:t>
      </w:r>
      <w:proofErr w:type="spellStart"/>
      <w:r w:rsidRPr="00541039">
        <w:rPr>
          <w:lang w:val="ru-RU"/>
        </w:rPr>
        <w:t>повідомлення</w:t>
      </w:r>
      <w:proofErr w:type="spellEnd"/>
      <w:r w:rsidRPr="00541039">
        <w:rPr>
          <w:lang w:val="ru-RU"/>
        </w:rPr>
        <w:t xml:space="preserve"> </w:t>
      </w:r>
      <w:proofErr w:type="spellStart"/>
      <w:r w:rsidRPr="00541039">
        <w:rPr>
          <w:lang w:val="ru-RU"/>
        </w:rPr>
        <w:t>електронною</w:t>
      </w:r>
      <w:proofErr w:type="spellEnd"/>
      <w:r w:rsidRPr="00541039">
        <w:rPr>
          <w:lang w:val="ru-RU"/>
        </w:rPr>
        <w:t xml:space="preserve"> </w:t>
      </w:r>
      <w:proofErr w:type="spellStart"/>
      <w:r w:rsidRPr="00541039">
        <w:rPr>
          <w:lang w:val="ru-RU"/>
        </w:rPr>
        <w:t>поштою</w:t>
      </w:r>
      <w:proofErr w:type="spellEnd"/>
      <w:r w:rsidRPr="00541039">
        <w:rPr>
          <w:lang w:val="ru-RU"/>
        </w:rPr>
        <w:t xml:space="preserve">, </w:t>
      </w:r>
      <w:proofErr w:type="spellStart"/>
      <w:r w:rsidRPr="00541039">
        <w:rPr>
          <w:lang w:val="ru-RU"/>
        </w:rPr>
        <w:t>якщо</w:t>
      </w:r>
      <w:proofErr w:type="spellEnd"/>
      <w:r w:rsidRPr="00541039">
        <w:rPr>
          <w:lang w:val="ru-RU"/>
        </w:rPr>
        <w:t xml:space="preserve"> </w:t>
      </w:r>
      <w:proofErr w:type="spellStart"/>
      <w:r w:rsidRPr="00541039">
        <w:rPr>
          <w:lang w:val="ru-RU"/>
        </w:rPr>
        <w:t>така</w:t>
      </w:r>
      <w:proofErr w:type="spellEnd"/>
      <w:r w:rsidRPr="00541039">
        <w:rPr>
          <w:lang w:val="ru-RU"/>
        </w:rPr>
        <w:t xml:space="preserve"> адреса </w:t>
      </w:r>
      <w:proofErr w:type="spellStart"/>
      <w:r w:rsidRPr="00541039">
        <w:rPr>
          <w:lang w:val="ru-RU"/>
        </w:rPr>
        <w:t>наявна</w:t>
      </w:r>
      <w:proofErr w:type="spellEnd"/>
      <w:r w:rsidRPr="00541039">
        <w:rPr>
          <w:lang w:val="ru-RU"/>
        </w:rPr>
        <w:t>.</w:t>
      </w:r>
    </w:p>
    <w:p w14:paraId="0B8FA2F6" w14:textId="45C14B32" w:rsidR="00D97F10" w:rsidRPr="00541039" w:rsidRDefault="00000000" w:rsidP="005A0AE7">
      <w:pPr>
        <w:pStyle w:val="LegalClause"/>
        <w:numPr>
          <w:ilvl w:val="1"/>
          <w:numId w:val="1"/>
        </w:numPr>
        <w:tabs>
          <w:tab w:val="left" w:pos="851"/>
          <w:tab w:val="left" w:pos="1560"/>
        </w:tabs>
        <w:rPr>
          <w:lang w:val="ru-RU"/>
        </w:rPr>
      </w:pPr>
      <w:proofErr w:type="spellStart"/>
      <w:r w:rsidRPr="00541039">
        <w:rPr>
          <w:lang w:val="ru-RU"/>
        </w:rPr>
        <w:lastRenderedPageBreak/>
        <w:t>Переможець</w:t>
      </w:r>
      <w:proofErr w:type="spellEnd"/>
      <w:r w:rsidRPr="00541039">
        <w:rPr>
          <w:lang w:val="ru-RU"/>
        </w:rPr>
        <w:t xml:space="preserve"> повинен </w:t>
      </w:r>
      <w:proofErr w:type="spellStart"/>
      <w:r w:rsidRPr="00541039">
        <w:rPr>
          <w:lang w:val="ru-RU"/>
        </w:rPr>
        <w:t>відповісти</w:t>
      </w:r>
      <w:proofErr w:type="spellEnd"/>
      <w:r w:rsidRPr="00541039">
        <w:rPr>
          <w:lang w:val="ru-RU"/>
        </w:rPr>
        <w:t xml:space="preserve"> та </w:t>
      </w:r>
      <w:proofErr w:type="spellStart"/>
      <w:r w:rsidRPr="00541039">
        <w:rPr>
          <w:lang w:val="ru-RU"/>
        </w:rPr>
        <w:t>підтвердити</w:t>
      </w:r>
      <w:proofErr w:type="spellEnd"/>
      <w:r w:rsidRPr="00541039">
        <w:rPr>
          <w:lang w:val="ru-RU"/>
        </w:rPr>
        <w:t xml:space="preserve"> </w:t>
      </w:r>
      <w:proofErr w:type="spellStart"/>
      <w:r w:rsidRPr="00541039">
        <w:rPr>
          <w:lang w:val="ru-RU"/>
        </w:rPr>
        <w:t>прийняття</w:t>
      </w:r>
      <w:proofErr w:type="spellEnd"/>
      <w:r w:rsidRPr="00541039">
        <w:rPr>
          <w:lang w:val="ru-RU"/>
        </w:rPr>
        <w:t xml:space="preserve"> комплекту</w:t>
      </w:r>
      <w:r w:rsidR="00324D6C">
        <w:rPr>
          <w:lang w:val="ru-RU"/>
        </w:rPr>
        <w:t xml:space="preserve"> </w:t>
      </w:r>
      <w:proofErr w:type="spellStart"/>
      <w:r w:rsidR="00324D6C">
        <w:rPr>
          <w:lang w:val="ru-RU"/>
        </w:rPr>
        <w:t>квитків</w:t>
      </w:r>
      <w:proofErr w:type="spellEnd"/>
      <w:r w:rsidRPr="00541039">
        <w:rPr>
          <w:lang w:val="ru-RU"/>
        </w:rPr>
        <w:t xml:space="preserve"> </w:t>
      </w:r>
      <w:proofErr w:type="spellStart"/>
      <w:r w:rsidRPr="00541039">
        <w:rPr>
          <w:lang w:val="ru-RU"/>
        </w:rPr>
        <w:t>протягом</w:t>
      </w:r>
      <w:proofErr w:type="spellEnd"/>
      <w:r w:rsidRPr="00541039">
        <w:rPr>
          <w:lang w:val="ru-RU"/>
        </w:rPr>
        <w:t xml:space="preserve"> 7 </w:t>
      </w:r>
      <w:r w:rsidR="005A0AE7">
        <w:rPr>
          <w:lang w:val="ru-RU"/>
        </w:rPr>
        <w:t xml:space="preserve">(семи) </w:t>
      </w:r>
      <w:proofErr w:type="spellStart"/>
      <w:r w:rsidRPr="00541039">
        <w:rPr>
          <w:lang w:val="ru-RU"/>
        </w:rPr>
        <w:t>календарних</w:t>
      </w:r>
      <w:proofErr w:type="spellEnd"/>
      <w:r w:rsidRPr="00541039">
        <w:rPr>
          <w:lang w:val="ru-RU"/>
        </w:rPr>
        <w:t xml:space="preserve"> </w:t>
      </w:r>
      <w:proofErr w:type="spellStart"/>
      <w:r w:rsidRPr="00541039">
        <w:rPr>
          <w:lang w:val="ru-RU"/>
        </w:rPr>
        <w:t>днів</w:t>
      </w:r>
      <w:proofErr w:type="spellEnd"/>
      <w:r w:rsidRPr="00541039">
        <w:rPr>
          <w:lang w:val="ru-RU"/>
        </w:rPr>
        <w:t xml:space="preserve"> з </w:t>
      </w:r>
      <w:proofErr w:type="spellStart"/>
      <w:r w:rsidRPr="00541039">
        <w:rPr>
          <w:lang w:val="ru-RU"/>
        </w:rPr>
        <w:t>дати</w:t>
      </w:r>
      <w:proofErr w:type="spellEnd"/>
      <w:r w:rsidRPr="00541039">
        <w:rPr>
          <w:lang w:val="ru-RU"/>
        </w:rPr>
        <w:t xml:space="preserve"> </w:t>
      </w:r>
      <w:proofErr w:type="spellStart"/>
      <w:r w:rsidRPr="00541039">
        <w:rPr>
          <w:lang w:val="ru-RU"/>
        </w:rPr>
        <w:t>першої</w:t>
      </w:r>
      <w:proofErr w:type="spellEnd"/>
      <w:r w:rsidRPr="00541039">
        <w:rPr>
          <w:lang w:val="ru-RU"/>
        </w:rPr>
        <w:t xml:space="preserve"> документально </w:t>
      </w:r>
      <w:proofErr w:type="spellStart"/>
      <w:r w:rsidRPr="00541039">
        <w:rPr>
          <w:lang w:val="ru-RU"/>
        </w:rPr>
        <w:t>зафіксованої</w:t>
      </w:r>
      <w:proofErr w:type="spellEnd"/>
      <w:r w:rsidRPr="00541039">
        <w:rPr>
          <w:lang w:val="ru-RU"/>
        </w:rPr>
        <w:t xml:space="preserve"> </w:t>
      </w:r>
      <w:proofErr w:type="spellStart"/>
      <w:r w:rsidRPr="00541039">
        <w:rPr>
          <w:lang w:val="ru-RU"/>
        </w:rPr>
        <w:t>спроби</w:t>
      </w:r>
      <w:proofErr w:type="spellEnd"/>
      <w:r w:rsidRPr="00541039">
        <w:rPr>
          <w:lang w:val="ru-RU"/>
        </w:rPr>
        <w:t xml:space="preserve"> </w:t>
      </w:r>
      <w:proofErr w:type="spellStart"/>
      <w:r w:rsidRPr="00541039">
        <w:rPr>
          <w:lang w:val="ru-RU"/>
        </w:rPr>
        <w:t>зв'язку</w:t>
      </w:r>
      <w:proofErr w:type="spellEnd"/>
      <w:r w:rsidRPr="00541039">
        <w:rPr>
          <w:lang w:val="ru-RU"/>
        </w:rPr>
        <w:t xml:space="preserve">. </w:t>
      </w:r>
      <w:proofErr w:type="spellStart"/>
      <w:r w:rsidRPr="00541039">
        <w:rPr>
          <w:lang w:val="ru-RU"/>
        </w:rPr>
        <w:t>Переможець</w:t>
      </w:r>
      <w:proofErr w:type="spellEnd"/>
      <w:r w:rsidRPr="00541039">
        <w:rPr>
          <w:lang w:val="ru-RU"/>
        </w:rPr>
        <w:t xml:space="preserve"> </w:t>
      </w:r>
      <w:proofErr w:type="spellStart"/>
      <w:r w:rsidRPr="00541039">
        <w:rPr>
          <w:lang w:val="ru-RU"/>
        </w:rPr>
        <w:t>самостійно</w:t>
      </w:r>
      <w:proofErr w:type="spellEnd"/>
      <w:r w:rsidRPr="00541039">
        <w:rPr>
          <w:lang w:val="ru-RU"/>
        </w:rPr>
        <w:t xml:space="preserve"> </w:t>
      </w:r>
      <w:proofErr w:type="spellStart"/>
      <w:r w:rsidRPr="00541039">
        <w:rPr>
          <w:lang w:val="ru-RU"/>
        </w:rPr>
        <w:t>перевіряє</w:t>
      </w:r>
      <w:proofErr w:type="spellEnd"/>
      <w:r w:rsidRPr="00541039">
        <w:rPr>
          <w:lang w:val="ru-RU"/>
        </w:rPr>
        <w:t xml:space="preserve"> </w:t>
      </w:r>
      <w:proofErr w:type="spellStart"/>
      <w:r w:rsidRPr="00541039">
        <w:rPr>
          <w:lang w:val="ru-RU"/>
        </w:rPr>
        <w:t>вхідні</w:t>
      </w:r>
      <w:proofErr w:type="spellEnd"/>
      <w:r w:rsidRPr="00541039">
        <w:rPr>
          <w:lang w:val="ru-RU"/>
        </w:rPr>
        <w:t xml:space="preserve"> </w:t>
      </w:r>
      <w:proofErr w:type="spellStart"/>
      <w:r w:rsidRPr="00541039">
        <w:rPr>
          <w:lang w:val="ru-RU"/>
        </w:rPr>
        <w:t>дзвінки</w:t>
      </w:r>
      <w:proofErr w:type="spellEnd"/>
      <w:r w:rsidRPr="00541039">
        <w:rPr>
          <w:lang w:val="ru-RU"/>
        </w:rPr>
        <w:t xml:space="preserve">, </w:t>
      </w:r>
      <w:proofErr w:type="spellStart"/>
      <w:r w:rsidRPr="00541039">
        <w:rPr>
          <w:lang w:val="ru-RU"/>
        </w:rPr>
        <w:t>повідомлення</w:t>
      </w:r>
      <w:proofErr w:type="spellEnd"/>
      <w:r w:rsidRPr="00541039">
        <w:rPr>
          <w:lang w:val="ru-RU"/>
        </w:rPr>
        <w:t xml:space="preserve"> та папку </w:t>
      </w:r>
      <w:proofErr w:type="spellStart"/>
      <w:r w:rsidRPr="00541039">
        <w:rPr>
          <w:lang w:val="ru-RU"/>
        </w:rPr>
        <w:t>небажаної</w:t>
      </w:r>
      <w:proofErr w:type="spellEnd"/>
      <w:r w:rsidRPr="00541039">
        <w:rPr>
          <w:lang w:val="ru-RU"/>
        </w:rPr>
        <w:t xml:space="preserve"> </w:t>
      </w:r>
      <w:proofErr w:type="spellStart"/>
      <w:r w:rsidRPr="00541039">
        <w:rPr>
          <w:lang w:val="ru-RU"/>
        </w:rPr>
        <w:t>пошти</w:t>
      </w:r>
      <w:proofErr w:type="spellEnd"/>
      <w:r w:rsidRPr="00541039">
        <w:rPr>
          <w:lang w:val="ru-RU"/>
        </w:rPr>
        <w:t>.</w:t>
      </w:r>
    </w:p>
    <w:p w14:paraId="206B5C4F" w14:textId="485F5617" w:rsidR="00D97F10" w:rsidRPr="00541039" w:rsidRDefault="00000000" w:rsidP="005A0AE7">
      <w:pPr>
        <w:pStyle w:val="LegalClause"/>
        <w:numPr>
          <w:ilvl w:val="1"/>
          <w:numId w:val="1"/>
        </w:numPr>
        <w:tabs>
          <w:tab w:val="left" w:pos="851"/>
          <w:tab w:val="left" w:pos="1560"/>
        </w:tabs>
        <w:rPr>
          <w:lang w:val="ru-RU"/>
        </w:rPr>
      </w:pPr>
      <w:proofErr w:type="spellStart"/>
      <w:r w:rsidRPr="00541039">
        <w:rPr>
          <w:lang w:val="ru-RU"/>
        </w:rPr>
        <w:t>Якщо</w:t>
      </w:r>
      <w:proofErr w:type="spellEnd"/>
      <w:r w:rsidRPr="00541039">
        <w:rPr>
          <w:lang w:val="ru-RU"/>
        </w:rPr>
        <w:t xml:space="preserve"> </w:t>
      </w:r>
      <w:proofErr w:type="spellStart"/>
      <w:r w:rsidRPr="00541039">
        <w:rPr>
          <w:lang w:val="ru-RU"/>
        </w:rPr>
        <w:t>переможець</w:t>
      </w:r>
      <w:proofErr w:type="spellEnd"/>
      <w:r w:rsidRPr="00541039">
        <w:rPr>
          <w:lang w:val="ru-RU"/>
        </w:rPr>
        <w:t xml:space="preserve"> не </w:t>
      </w:r>
      <w:proofErr w:type="spellStart"/>
      <w:r w:rsidRPr="00541039">
        <w:rPr>
          <w:lang w:val="ru-RU"/>
        </w:rPr>
        <w:t>відповів</w:t>
      </w:r>
      <w:proofErr w:type="spellEnd"/>
      <w:r w:rsidRPr="00541039">
        <w:rPr>
          <w:lang w:val="ru-RU"/>
        </w:rPr>
        <w:t xml:space="preserve"> у </w:t>
      </w:r>
      <w:proofErr w:type="spellStart"/>
      <w:r w:rsidRPr="00541039">
        <w:rPr>
          <w:lang w:val="ru-RU"/>
        </w:rPr>
        <w:t>встановлений</w:t>
      </w:r>
      <w:proofErr w:type="spellEnd"/>
      <w:r w:rsidRPr="00541039">
        <w:rPr>
          <w:lang w:val="ru-RU"/>
        </w:rPr>
        <w:t xml:space="preserve"> строк, </w:t>
      </w:r>
      <w:proofErr w:type="spellStart"/>
      <w:r w:rsidRPr="00541039">
        <w:rPr>
          <w:lang w:val="ru-RU"/>
        </w:rPr>
        <w:t>відмовився</w:t>
      </w:r>
      <w:proofErr w:type="spellEnd"/>
      <w:r w:rsidRPr="00541039">
        <w:rPr>
          <w:lang w:val="ru-RU"/>
        </w:rPr>
        <w:t xml:space="preserve"> </w:t>
      </w:r>
      <w:proofErr w:type="spellStart"/>
      <w:r w:rsidRPr="00541039">
        <w:rPr>
          <w:lang w:val="ru-RU"/>
        </w:rPr>
        <w:t>або</w:t>
      </w:r>
      <w:proofErr w:type="spellEnd"/>
      <w:r w:rsidRPr="00541039">
        <w:rPr>
          <w:lang w:val="ru-RU"/>
        </w:rPr>
        <w:t xml:space="preserve"> не </w:t>
      </w:r>
      <w:proofErr w:type="spellStart"/>
      <w:r w:rsidRPr="00541039">
        <w:rPr>
          <w:lang w:val="ru-RU"/>
        </w:rPr>
        <w:t>надав</w:t>
      </w:r>
      <w:proofErr w:type="spellEnd"/>
      <w:r w:rsidRPr="00541039">
        <w:rPr>
          <w:lang w:val="ru-RU"/>
        </w:rPr>
        <w:t xml:space="preserve"> </w:t>
      </w:r>
      <w:proofErr w:type="spellStart"/>
      <w:r w:rsidR="00324D6C">
        <w:rPr>
          <w:lang w:val="ru-RU"/>
        </w:rPr>
        <w:t>необхідні</w:t>
      </w:r>
      <w:proofErr w:type="spellEnd"/>
      <w:r w:rsidR="00324D6C">
        <w:rPr>
          <w:lang w:val="ru-RU"/>
        </w:rPr>
        <w:t xml:space="preserve"> </w:t>
      </w:r>
      <w:proofErr w:type="spellStart"/>
      <w:r w:rsidRPr="00541039">
        <w:rPr>
          <w:lang w:val="ru-RU"/>
        </w:rPr>
        <w:t>дані</w:t>
      </w:r>
      <w:proofErr w:type="spellEnd"/>
      <w:r w:rsidRPr="00541039">
        <w:rPr>
          <w:lang w:val="ru-RU"/>
        </w:rPr>
        <w:t xml:space="preserve"> і </w:t>
      </w:r>
      <w:proofErr w:type="spellStart"/>
      <w:r w:rsidRPr="00541039">
        <w:rPr>
          <w:lang w:val="ru-RU"/>
        </w:rPr>
        <w:t>документи</w:t>
      </w:r>
      <w:proofErr w:type="spellEnd"/>
      <w:r w:rsidRPr="00541039">
        <w:rPr>
          <w:lang w:val="ru-RU"/>
        </w:rPr>
        <w:t xml:space="preserve">, </w:t>
      </w:r>
      <w:proofErr w:type="spellStart"/>
      <w:r w:rsidRPr="00541039">
        <w:rPr>
          <w:lang w:val="ru-RU"/>
        </w:rPr>
        <w:t>обов'язкові</w:t>
      </w:r>
      <w:proofErr w:type="spellEnd"/>
      <w:r w:rsidRPr="00541039">
        <w:rPr>
          <w:lang w:val="ru-RU"/>
        </w:rPr>
        <w:t xml:space="preserve"> для законного </w:t>
      </w:r>
      <w:proofErr w:type="spellStart"/>
      <w:r w:rsidRPr="00541039">
        <w:rPr>
          <w:lang w:val="ru-RU"/>
        </w:rPr>
        <w:t>надання</w:t>
      </w:r>
      <w:proofErr w:type="spellEnd"/>
      <w:r w:rsidRPr="00541039">
        <w:rPr>
          <w:lang w:val="ru-RU"/>
        </w:rPr>
        <w:t xml:space="preserve"> </w:t>
      </w:r>
      <w:proofErr w:type="spellStart"/>
      <w:r w:rsidRPr="00541039">
        <w:rPr>
          <w:lang w:val="ru-RU"/>
        </w:rPr>
        <w:t>заохочення</w:t>
      </w:r>
      <w:proofErr w:type="spellEnd"/>
      <w:r w:rsidRPr="00541039">
        <w:rPr>
          <w:lang w:val="ru-RU"/>
        </w:rPr>
        <w:t>, комплект</w:t>
      </w:r>
      <w:r w:rsidR="00324D6C">
        <w:rPr>
          <w:lang w:val="ru-RU"/>
        </w:rPr>
        <w:t xml:space="preserve"> </w:t>
      </w:r>
      <w:proofErr w:type="spellStart"/>
      <w:r w:rsidR="00324D6C">
        <w:rPr>
          <w:lang w:val="ru-RU"/>
        </w:rPr>
        <w:t>квитків</w:t>
      </w:r>
      <w:proofErr w:type="spellEnd"/>
      <w:r w:rsidRPr="00541039">
        <w:rPr>
          <w:lang w:val="ru-RU"/>
        </w:rPr>
        <w:t xml:space="preserve"> </w:t>
      </w:r>
      <w:proofErr w:type="spellStart"/>
      <w:r w:rsidRPr="00541039">
        <w:rPr>
          <w:lang w:val="ru-RU"/>
        </w:rPr>
        <w:t>вважається</w:t>
      </w:r>
      <w:proofErr w:type="spellEnd"/>
      <w:r w:rsidRPr="00541039">
        <w:rPr>
          <w:lang w:val="ru-RU"/>
        </w:rPr>
        <w:t xml:space="preserve"> </w:t>
      </w:r>
      <w:proofErr w:type="spellStart"/>
      <w:r w:rsidRPr="00541039">
        <w:rPr>
          <w:lang w:val="ru-RU"/>
        </w:rPr>
        <w:t>неотриманим</w:t>
      </w:r>
      <w:proofErr w:type="spellEnd"/>
      <w:r w:rsidRPr="00541039">
        <w:rPr>
          <w:lang w:val="ru-RU"/>
        </w:rPr>
        <w:t xml:space="preserve">. </w:t>
      </w:r>
      <w:proofErr w:type="spellStart"/>
      <w:r w:rsidRPr="00541039">
        <w:rPr>
          <w:lang w:val="ru-RU"/>
        </w:rPr>
        <w:t>Він</w:t>
      </w:r>
      <w:proofErr w:type="spellEnd"/>
      <w:r w:rsidRPr="00541039">
        <w:rPr>
          <w:lang w:val="ru-RU"/>
        </w:rPr>
        <w:t xml:space="preserve"> не </w:t>
      </w:r>
      <w:proofErr w:type="spellStart"/>
      <w:r w:rsidRPr="00541039">
        <w:rPr>
          <w:lang w:val="ru-RU"/>
        </w:rPr>
        <w:t>передається</w:t>
      </w:r>
      <w:proofErr w:type="spellEnd"/>
      <w:r w:rsidRPr="00541039">
        <w:rPr>
          <w:lang w:val="ru-RU"/>
        </w:rPr>
        <w:t xml:space="preserve"> </w:t>
      </w:r>
      <w:proofErr w:type="spellStart"/>
      <w:r w:rsidRPr="00541039">
        <w:rPr>
          <w:lang w:val="ru-RU"/>
        </w:rPr>
        <w:t>іншому</w:t>
      </w:r>
      <w:proofErr w:type="spellEnd"/>
      <w:r w:rsidRPr="00541039">
        <w:rPr>
          <w:lang w:val="ru-RU"/>
        </w:rPr>
        <w:t xml:space="preserve"> </w:t>
      </w:r>
      <w:proofErr w:type="spellStart"/>
      <w:r w:rsidRPr="00541039">
        <w:rPr>
          <w:lang w:val="ru-RU"/>
        </w:rPr>
        <w:t>Учаснику</w:t>
      </w:r>
      <w:proofErr w:type="spellEnd"/>
      <w:r w:rsidRPr="00541039">
        <w:rPr>
          <w:lang w:val="ru-RU"/>
        </w:rPr>
        <w:t xml:space="preserve">, </w:t>
      </w:r>
      <w:proofErr w:type="spellStart"/>
      <w:r w:rsidRPr="00541039">
        <w:rPr>
          <w:lang w:val="ru-RU"/>
        </w:rPr>
        <w:t>резервний</w:t>
      </w:r>
      <w:proofErr w:type="spellEnd"/>
      <w:r w:rsidRPr="00541039">
        <w:rPr>
          <w:lang w:val="ru-RU"/>
        </w:rPr>
        <w:t xml:space="preserve"> </w:t>
      </w:r>
      <w:proofErr w:type="spellStart"/>
      <w:r w:rsidRPr="00541039">
        <w:rPr>
          <w:lang w:val="ru-RU"/>
        </w:rPr>
        <w:t>переможець</w:t>
      </w:r>
      <w:proofErr w:type="spellEnd"/>
      <w:r w:rsidRPr="00541039">
        <w:rPr>
          <w:lang w:val="ru-RU"/>
        </w:rPr>
        <w:t xml:space="preserve"> не </w:t>
      </w:r>
      <w:proofErr w:type="spellStart"/>
      <w:r w:rsidRPr="00541039">
        <w:rPr>
          <w:lang w:val="ru-RU"/>
        </w:rPr>
        <w:t>визначається</w:t>
      </w:r>
      <w:proofErr w:type="spellEnd"/>
      <w:r w:rsidRPr="00541039">
        <w:rPr>
          <w:lang w:val="ru-RU"/>
        </w:rPr>
        <w:t xml:space="preserve"> і </w:t>
      </w:r>
      <w:proofErr w:type="spellStart"/>
      <w:r w:rsidRPr="00541039">
        <w:rPr>
          <w:lang w:val="ru-RU"/>
        </w:rPr>
        <w:t>повторний</w:t>
      </w:r>
      <w:proofErr w:type="spellEnd"/>
      <w:r w:rsidRPr="00541039">
        <w:rPr>
          <w:lang w:val="ru-RU"/>
        </w:rPr>
        <w:t xml:space="preserve"> </w:t>
      </w:r>
      <w:proofErr w:type="spellStart"/>
      <w:r w:rsidRPr="00541039">
        <w:rPr>
          <w:lang w:val="ru-RU"/>
        </w:rPr>
        <w:t>Розіграш</w:t>
      </w:r>
      <w:proofErr w:type="spellEnd"/>
      <w:r w:rsidRPr="00541039">
        <w:rPr>
          <w:lang w:val="ru-RU"/>
        </w:rPr>
        <w:t xml:space="preserve"> не проводиться.</w:t>
      </w:r>
    </w:p>
    <w:p w14:paraId="51C10B3B" w14:textId="77777777" w:rsidR="00D97F10" w:rsidRDefault="00000000" w:rsidP="00324D6C">
      <w:pPr>
        <w:pStyle w:val="Heading1"/>
        <w:numPr>
          <w:ilvl w:val="0"/>
          <w:numId w:val="1"/>
        </w:numPr>
        <w:tabs>
          <w:tab w:val="left" w:pos="851"/>
          <w:tab w:val="left" w:pos="1418"/>
        </w:tabs>
        <w:ind w:firstLine="66"/>
      </w:pPr>
      <w:r>
        <w:rPr>
          <w:rFonts w:ascii="Times New Roman" w:eastAsia="Times New Roman" w:hAnsi="Times New Roman" w:cs="Times New Roman"/>
        </w:rPr>
        <w:t>УМОВИ ОТРИМАННЯ ТА ВИКОРИСТАННЯ КВИТКІВ</w:t>
      </w:r>
    </w:p>
    <w:p w14:paraId="75D8A9AD" w14:textId="77777777" w:rsidR="00D97F10" w:rsidRPr="00541039" w:rsidRDefault="00000000" w:rsidP="00324D6C">
      <w:pPr>
        <w:pStyle w:val="LegalClause"/>
        <w:numPr>
          <w:ilvl w:val="1"/>
          <w:numId w:val="1"/>
        </w:numPr>
        <w:tabs>
          <w:tab w:val="left" w:pos="851"/>
          <w:tab w:val="left" w:pos="1418"/>
        </w:tabs>
        <w:rPr>
          <w:lang w:val="ru-RU"/>
        </w:rPr>
      </w:pPr>
      <w:r w:rsidRPr="00541039">
        <w:rPr>
          <w:lang w:val="ru-RU"/>
        </w:rPr>
        <w:t xml:space="preserve">Квитки не є </w:t>
      </w:r>
      <w:proofErr w:type="spellStart"/>
      <w:r w:rsidRPr="00541039">
        <w:rPr>
          <w:lang w:val="ru-RU"/>
        </w:rPr>
        <w:t>іменними</w:t>
      </w:r>
      <w:proofErr w:type="spellEnd"/>
      <w:r w:rsidRPr="00541039">
        <w:rPr>
          <w:lang w:val="ru-RU"/>
        </w:rPr>
        <w:t xml:space="preserve">. </w:t>
      </w:r>
      <w:proofErr w:type="spellStart"/>
      <w:r w:rsidRPr="00541039">
        <w:rPr>
          <w:lang w:val="ru-RU"/>
        </w:rPr>
        <w:t>Після</w:t>
      </w:r>
      <w:proofErr w:type="spellEnd"/>
      <w:r w:rsidRPr="00541039">
        <w:rPr>
          <w:lang w:val="ru-RU"/>
        </w:rPr>
        <w:t xml:space="preserve"> </w:t>
      </w:r>
      <w:proofErr w:type="spellStart"/>
      <w:r w:rsidRPr="00541039">
        <w:rPr>
          <w:lang w:val="ru-RU"/>
        </w:rPr>
        <w:t>належного</w:t>
      </w:r>
      <w:proofErr w:type="spellEnd"/>
      <w:r w:rsidRPr="00541039">
        <w:rPr>
          <w:lang w:val="ru-RU"/>
        </w:rPr>
        <w:t xml:space="preserve"> </w:t>
      </w:r>
      <w:proofErr w:type="spellStart"/>
      <w:r w:rsidRPr="00541039">
        <w:rPr>
          <w:lang w:val="ru-RU"/>
        </w:rPr>
        <w:t>отримання</w:t>
      </w:r>
      <w:proofErr w:type="spellEnd"/>
      <w:r w:rsidRPr="00541039">
        <w:rPr>
          <w:lang w:val="ru-RU"/>
        </w:rPr>
        <w:t xml:space="preserve"> </w:t>
      </w:r>
      <w:proofErr w:type="spellStart"/>
      <w:r w:rsidRPr="00541039">
        <w:rPr>
          <w:lang w:val="ru-RU"/>
        </w:rPr>
        <w:t>переможець</w:t>
      </w:r>
      <w:proofErr w:type="spellEnd"/>
      <w:r w:rsidRPr="00541039">
        <w:rPr>
          <w:lang w:val="ru-RU"/>
        </w:rPr>
        <w:t xml:space="preserve"> </w:t>
      </w:r>
      <w:proofErr w:type="spellStart"/>
      <w:r w:rsidRPr="00541039">
        <w:rPr>
          <w:lang w:val="ru-RU"/>
        </w:rPr>
        <w:t>може</w:t>
      </w:r>
      <w:proofErr w:type="spellEnd"/>
      <w:r w:rsidRPr="00541039">
        <w:rPr>
          <w:lang w:val="ru-RU"/>
        </w:rPr>
        <w:t xml:space="preserve"> </w:t>
      </w:r>
      <w:proofErr w:type="spellStart"/>
      <w:r w:rsidRPr="00541039">
        <w:rPr>
          <w:lang w:val="ru-RU"/>
        </w:rPr>
        <w:t>передати</w:t>
      </w:r>
      <w:proofErr w:type="spellEnd"/>
      <w:r w:rsidRPr="00541039">
        <w:rPr>
          <w:lang w:val="ru-RU"/>
        </w:rPr>
        <w:t xml:space="preserve"> один </w:t>
      </w:r>
      <w:proofErr w:type="spellStart"/>
      <w:r w:rsidRPr="00541039">
        <w:rPr>
          <w:lang w:val="ru-RU"/>
        </w:rPr>
        <w:t>або</w:t>
      </w:r>
      <w:proofErr w:type="spellEnd"/>
      <w:r w:rsidRPr="00541039">
        <w:rPr>
          <w:lang w:val="ru-RU"/>
        </w:rPr>
        <w:t xml:space="preserve"> </w:t>
      </w:r>
      <w:proofErr w:type="spellStart"/>
      <w:r w:rsidRPr="00541039">
        <w:rPr>
          <w:lang w:val="ru-RU"/>
        </w:rPr>
        <w:t>обидва</w:t>
      </w:r>
      <w:proofErr w:type="spellEnd"/>
      <w:r w:rsidRPr="00541039">
        <w:rPr>
          <w:lang w:val="ru-RU"/>
        </w:rPr>
        <w:t xml:space="preserve"> квитки </w:t>
      </w:r>
      <w:proofErr w:type="spellStart"/>
      <w:r w:rsidRPr="00541039">
        <w:rPr>
          <w:lang w:val="ru-RU"/>
        </w:rPr>
        <w:t>іншій</w:t>
      </w:r>
      <w:proofErr w:type="spellEnd"/>
      <w:r w:rsidRPr="00541039">
        <w:rPr>
          <w:lang w:val="ru-RU"/>
        </w:rPr>
        <w:t xml:space="preserve"> </w:t>
      </w:r>
      <w:proofErr w:type="spellStart"/>
      <w:r w:rsidRPr="00541039">
        <w:rPr>
          <w:lang w:val="ru-RU"/>
        </w:rPr>
        <w:t>особі</w:t>
      </w:r>
      <w:proofErr w:type="spellEnd"/>
      <w:r w:rsidRPr="00541039">
        <w:rPr>
          <w:lang w:val="ru-RU"/>
        </w:rPr>
        <w:t xml:space="preserve"> на </w:t>
      </w:r>
      <w:proofErr w:type="spellStart"/>
      <w:r w:rsidRPr="00541039">
        <w:rPr>
          <w:lang w:val="ru-RU"/>
        </w:rPr>
        <w:t>власний</w:t>
      </w:r>
      <w:proofErr w:type="spellEnd"/>
      <w:r w:rsidRPr="00541039">
        <w:rPr>
          <w:lang w:val="ru-RU"/>
        </w:rPr>
        <w:t xml:space="preserve"> </w:t>
      </w:r>
      <w:proofErr w:type="spellStart"/>
      <w:r w:rsidRPr="00541039">
        <w:rPr>
          <w:lang w:val="ru-RU"/>
        </w:rPr>
        <w:t>розсуд</w:t>
      </w:r>
      <w:proofErr w:type="spellEnd"/>
      <w:r w:rsidRPr="00541039">
        <w:rPr>
          <w:lang w:val="ru-RU"/>
        </w:rPr>
        <w:t xml:space="preserve">, з </w:t>
      </w:r>
      <w:proofErr w:type="spellStart"/>
      <w:r w:rsidRPr="00541039">
        <w:rPr>
          <w:lang w:val="ru-RU"/>
        </w:rPr>
        <w:t>урахуванням</w:t>
      </w:r>
      <w:proofErr w:type="spellEnd"/>
      <w:r w:rsidRPr="00541039">
        <w:rPr>
          <w:lang w:val="ru-RU"/>
        </w:rPr>
        <w:t xml:space="preserve"> </w:t>
      </w:r>
      <w:proofErr w:type="spellStart"/>
      <w:r w:rsidRPr="00541039">
        <w:rPr>
          <w:lang w:val="ru-RU"/>
        </w:rPr>
        <w:t>вікових</w:t>
      </w:r>
      <w:proofErr w:type="spellEnd"/>
      <w:r w:rsidRPr="00541039">
        <w:rPr>
          <w:lang w:val="ru-RU"/>
        </w:rPr>
        <w:t xml:space="preserve"> та </w:t>
      </w:r>
      <w:proofErr w:type="spellStart"/>
      <w:r w:rsidRPr="00541039">
        <w:rPr>
          <w:lang w:val="ru-RU"/>
        </w:rPr>
        <w:t>організаційних</w:t>
      </w:r>
      <w:proofErr w:type="spellEnd"/>
      <w:r w:rsidRPr="00541039">
        <w:rPr>
          <w:lang w:val="ru-RU"/>
        </w:rPr>
        <w:t xml:space="preserve"> </w:t>
      </w:r>
      <w:proofErr w:type="spellStart"/>
      <w:r w:rsidRPr="00541039">
        <w:rPr>
          <w:lang w:val="ru-RU"/>
        </w:rPr>
        <w:t>вимог</w:t>
      </w:r>
      <w:proofErr w:type="spellEnd"/>
      <w:r w:rsidRPr="00541039">
        <w:rPr>
          <w:lang w:val="ru-RU"/>
        </w:rPr>
        <w:t xml:space="preserve"> </w:t>
      </w:r>
      <w:proofErr w:type="spellStart"/>
      <w:r w:rsidRPr="00541039">
        <w:rPr>
          <w:lang w:val="ru-RU"/>
        </w:rPr>
        <w:t>зйомки</w:t>
      </w:r>
      <w:proofErr w:type="spellEnd"/>
      <w:r w:rsidRPr="00541039">
        <w:rPr>
          <w:lang w:val="ru-RU"/>
        </w:rPr>
        <w:t>.</w:t>
      </w:r>
    </w:p>
    <w:p w14:paraId="13F24A7C" w14:textId="77777777" w:rsidR="00D97F10" w:rsidRPr="00541039" w:rsidRDefault="00000000" w:rsidP="00324D6C">
      <w:pPr>
        <w:pStyle w:val="LegalClause"/>
        <w:numPr>
          <w:ilvl w:val="1"/>
          <w:numId w:val="1"/>
        </w:numPr>
        <w:tabs>
          <w:tab w:val="left" w:pos="851"/>
          <w:tab w:val="left" w:pos="1418"/>
        </w:tabs>
        <w:rPr>
          <w:lang w:val="ru-RU"/>
        </w:rPr>
      </w:pPr>
      <w:r w:rsidRPr="00541039">
        <w:rPr>
          <w:lang w:val="ru-RU"/>
        </w:rPr>
        <w:t xml:space="preserve">Квитки не </w:t>
      </w:r>
      <w:proofErr w:type="spellStart"/>
      <w:r w:rsidRPr="00541039">
        <w:rPr>
          <w:lang w:val="ru-RU"/>
        </w:rPr>
        <w:t>підлягають</w:t>
      </w:r>
      <w:proofErr w:type="spellEnd"/>
      <w:r w:rsidRPr="00541039">
        <w:rPr>
          <w:lang w:val="ru-RU"/>
        </w:rPr>
        <w:t xml:space="preserve"> </w:t>
      </w:r>
      <w:proofErr w:type="spellStart"/>
      <w:r w:rsidRPr="00541039">
        <w:rPr>
          <w:lang w:val="ru-RU"/>
        </w:rPr>
        <w:t>обміну</w:t>
      </w:r>
      <w:proofErr w:type="spellEnd"/>
      <w:r w:rsidRPr="00541039">
        <w:rPr>
          <w:lang w:val="ru-RU"/>
        </w:rPr>
        <w:t xml:space="preserve"> на </w:t>
      </w:r>
      <w:proofErr w:type="spellStart"/>
      <w:r w:rsidRPr="00541039">
        <w:rPr>
          <w:lang w:val="ru-RU"/>
        </w:rPr>
        <w:t>гроші</w:t>
      </w:r>
      <w:proofErr w:type="spellEnd"/>
      <w:r w:rsidRPr="00541039">
        <w:rPr>
          <w:lang w:val="ru-RU"/>
        </w:rPr>
        <w:t xml:space="preserve">, </w:t>
      </w:r>
      <w:proofErr w:type="spellStart"/>
      <w:r w:rsidRPr="00541039">
        <w:rPr>
          <w:lang w:val="ru-RU"/>
        </w:rPr>
        <w:t>інше</w:t>
      </w:r>
      <w:proofErr w:type="spellEnd"/>
      <w:r w:rsidRPr="00541039">
        <w:rPr>
          <w:lang w:val="ru-RU"/>
        </w:rPr>
        <w:t xml:space="preserve"> </w:t>
      </w:r>
      <w:proofErr w:type="spellStart"/>
      <w:r w:rsidRPr="00541039">
        <w:rPr>
          <w:lang w:val="ru-RU"/>
        </w:rPr>
        <w:t>майно</w:t>
      </w:r>
      <w:proofErr w:type="spellEnd"/>
      <w:r w:rsidRPr="00541039">
        <w:rPr>
          <w:lang w:val="ru-RU"/>
        </w:rPr>
        <w:t xml:space="preserve"> </w:t>
      </w:r>
      <w:proofErr w:type="spellStart"/>
      <w:r w:rsidRPr="00541039">
        <w:rPr>
          <w:lang w:val="ru-RU"/>
        </w:rPr>
        <w:t>чи</w:t>
      </w:r>
      <w:proofErr w:type="spellEnd"/>
      <w:r w:rsidRPr="00541039">
        <w:rPr>
          <w:lang w:val="ru-RU"/>
        </w:rPr>
        <w:t xml:space="preserve"> </w:t>
      </w:r>
      <w:proofErr w:type="spellStart"/>
      <w:r w:rsidRPr="00541039">
        <w:rPr>
          <w:lang w:val="ru-RU"/>
        </w:rPr>
        <w:t>послуги</w:t>
      </w:r>
      <w:proofErr w:type="spellEnd"/>
      <w:r w:rsidRPr="00541039">
        <w:rPr>
          <w:lang w:val="ru-RU"/>
        </w:rPr>
        <w:t xml:space="preserve">. </w:t>
      </w:r>
      <w:proofErr w:type="spellStart"/>
      <w:r w:rsidRPr="00541039">
        <w:rPr>
          <w:lang w:val="ru-RU"/>
        </w:rPr>
        <w:t>Грошова</w:t>
      </w:r>
      <w:proofErr w:type="spellEnd"/>
      <w:r w:rsidRPr="00541039">
        <w:rPr>
          <w:lang w:val="ru-RU"/>
        </w:rPr>
        <w:t xml:space="preserve"> </w:t>
      </w:r>
      <w:proofErr w:type="spellStart"/>
      <w:r w:rsidRPr="00541039">
        <w:rPr>
          <w:lang w:val="ru-RU"/>
        </w:rPr>
        <w:t>компенсація</w:t>
      </w:r>
      <w:proofErr w:type="spellEnd"/>
      <w:r w:rsidRPr="00541039">
        <w:rPr>
          <w:lang w:val="ru-RU"/>
        </w:rPr>
        <w:t xml:space="preserve"> за </w:t>
      </w:r>
      <w:proofErr w:type="spellStart"/>
      <w:r w:rsidRPr="00541039">
        <w:rPr>
          <w:lang w:val="ru-RU"/>
        </w:rPr>
        <w:t>невикористаний</w:t>
      </w:r>
      <w:proofErr w:type="spellEnd"/>
      <w:r w:rsidRPr="00541039">
        <w:rPr>
          <w:lang w:val="ru-RU"/>
        </w:rPr>
        <w:t xml:space="preserve"> квиток не </w:t>
      </w:r>
      <w:proofErr w:type="spellStart"/>
      <w:r w:rsidRPr="00541039">
        <w:rPr>
          <w:lang w:val="ru-RU"/>
        </w:rPr>
        <w:t>виплачується</w:t>
      </w:r>
      <w:proofErr w:type="spellEnd"/>
      <w:r w:rsidRPr="00541039">
        <w:rPr>
          <w:lang w:val="ru-RU"/>
        </w:rPr>
        <w:t>.</w:t>
      </w:r>
    </w:p>
    <w:p w14:paraId="51203B75" w14:textId="77777777" w:rsidR="00D97F10" w:rsidRPr="00541039" w:rsidRDefault="00000000" w:rsidP="00324D6C">
      <w:pPr>
        <w:pStyle w:val="LegalClause"/>
        <w:numPr>
          <w:ilvl w:val="1"/>
          <w:numId w:val="1"/>
        </w:numPr>
        <w:tabs>
          <w:tab w:val="left" w:pos="851"/>
          <w:tab w:val="left" w:pos="1418"/>
        </w:tabs>
        <w:rPr>
          <w:lang w:val="ru-RU"/>
        </w:rPr>
      </w:pPr>
      <w:proofErr w:type="spellStart"/>
      <w:r w:rsidRPr="00541039">
        <w:rPr>
          <w:lang w:val="ru-RU"/>
        </w:rPr>
        <w:t>Зйомка</w:t>
      </w:r>
      <w:proofErr w:type="spellEnd"/>
      <w:r w:rsidRPr="00541039">
        <w:rPr>
          <w:lang w:val="ru-RU"/>
        </w:rPr>
        <w:t xml:space="preserve"> </w:t>
      </w:r>
      <w:proofErr w:type="spellStart"/>
      <w:r w:rsidRPr="00541039">
        <w:rPr>
          <w:lang w:val="ru-RU"/>
        </w:rPr>
        <w:t>відбуватиметься</w:t>
      </w:r>
      <w:proofErr w:type="spellEnd"/>
      <w:r w:rsidRPr="00541039">
        <w:rPr>
          <w:lang w:val="ru-RU"/>
        </w:rPr>
        <w:t xml:space="preserve"> у </w:t>
      </w:r>
      <w:proofErr w:type="spellStart"/>
      <w:r w:rsidRPr="00541039">
        <w:rPr>
          <w:lang w:val="ru-RU"/>
        </w:rPr>
        <w:t>місті</w:t>
      </w:r>
      <w:proofErr w:type="spellEnd"/>
      <w:r w:rsidRPr="00541039">
        <w:rPr>
          <w:lang w:val="ru-RU"/>
        </w:rPr>
        <w:t xml:space="preserve"> </w:t>
      </w:r>
      <w:proofErr w:type="spellStart"/>
      <w:r w:rsidRPr="00541039">
        <w:rPr>
          <w:lang w:val="ru-RU"/>
        </w:rPr>
        <w:t>Києві</w:t>
      </w:r>
      <w:proofErr w:type="spellEnd"/>
      <w:r w:rsidRPr="00541039">
        <w:rPr>
          <w:lang w:val="ru-RU"/>
        </w:rPr>
        <w:t xml:space="preserve">. Точна дата, час, адреса, </w:t>
      </w:r>
      <w:proofErr w:type="spellStart"/>
      <w:r w:rsidRPr="00541039">
        <w:rPr>
          <w:lang w:val="ru-RU"/>
        </w:rPr>
        <w:t>пропускний</w:t>
      </w:r>
      <w:proofErr w:type="spellEnd"/>
      <w:r w:rsidRPr="00541039">
        <w:rPr>
          <w:lang w:val="ru-RU"/>
        </w:rPr>
        <w:t xml:space="preserve"> режим, правила </w:t>
      </w:r>
      <w:proofErr w:type="spellStart"/>
      <w:r w:rsidRPr="00541039">
        <w:rPr>
          <w:lang w:val="ru-RU"/>
        </w:rPr>
        <w:t>поведінки</w:t>
      </w:r>
      <w:proofErr w:type="spellEnd"/>
      <w:r w:rsidRPr="00541039">
        <w:rPr>
          <w:lang w:val="ru-RU"/>
        </w:rPr>
        <w:t xml:space="preserve">, </w:t>
      </w:r>
      <w:proofErr w:type="spellStart"/>
      <w:r w:rsidRPr="00541039">
        <w:rPr>
          <w:lang w:val="ru-RU"/>
        </w:rPr>
        <w:t>вимоги</w:t>
      </w:r>
      <w:proofErr w:type="spellEnd"/>
      <w:r w:rsidRPr="00541039">
        <w:rPr>
          <w:lang w:val="ru-RU"/>
        </w:rPr>
        <w:t xml:space="preserve"> </w:t>
      </w:r>
      <w:proofErr w:type="spellStart"/>
      <w:r w:rsidRPr="00541039">
        <w:rPr>
          <w:lang w:val="ru-RU"/>
        </w:rPr>
        <w:t>безпеки</w:t>
      </w:r>
      <w:proofErr w:type="spellEnd"/>
      <w:r w:rsidRPr="00541039">
        <w:rPr>
          <w:lang w:val="ru-RU"/>
        </w:rPr>
        <w:t xml:space="preserve"> та </w:t>
      </w:r>
      <w:proofErr w:type="spellStart"/>
      <w:r w:rsidRPr="00541039">
        <w:rPr>
          <w:lang w:val="ru-RU"/>
        </w:rPr>
        <w:t>інші</w:t>
      </w:r>
      <w:proofErr w:type="spellEnd"/>
      <w:r w:rsidRPr="00541039">
        <w:rPr>
          <w:lang w:val="ru-RU"/>
        </w:rPr>
        <w:t xml:space="preserve"> </w:t>
      </w:r>
      <w:proofErr w:type="spellStart"/>
      <w:r w:rsidRPr="00541039">
        <w:rPr>
          <w:lang w:val="ru-RU"/>
        </w:rPr>
        <w:t>організаційні</w:t>
      </w:r>
      <w:proofErr w:type="spellEnd"/>
      <w:r w:rsidRPr="00541039">
        <w:rPr>
          <w:lang w:val="ru-RU"/>
        </w:rPr>
        <w:t xml:space="preserve"> </w:t>
      </w:r>
      <w:proofErr w:type="spellStart"/>
      <w:r w:rsidRPr="00541039">
        <w:rPr>
          <w:lang w:val="ru-RU"/>
        </w:rPr>
        <w:t>деталі</w:t>
      </w:r>
      <w:proofErr w:type="spellEnd"/>
      <w:r w:rsidRPr="00541039">
        <w:rPr>
          <w:lang w:val="ru-RU"/>
        </w:rPr>
        <w:t xml:space="preserve"> </w:t>
      </w:r>
      <w:proofErr w:type="spellStart"/>
      <w:r w:rsidRPr="00541039">
        <w:rPr>
          <w:lang w:val="ru-RU"/>
        </w:rPr>
        <w:t>повідомляються</w:t>
      </w:r>
      <w:proofErr w:type="spellEnd"/>
      <w:r w:rsidRPr="00541039">
        <w:rPr>
          <w:lang w:val="ru-RU"/>
        </w:rPr>
        <w:t xml:space="preserve"> </w:t>
      </w:r>
      <w:proofErr w:type="spellStart"/>
      <w:r w:rsidRPr="00541039">
        <w:rPr>
          <w:lang w:val="ru-RU"/>
        </w:rPr>
        <w:t>переможцям</w:t>
      </w:r>
      <w:proofErr w:type="spellEnd"/>
      <w:r w:rsidRPr="00541039">
        <w:rPr>
          <w:lang w:val="ru-RU"/>
        </w:rPr>
        <w:t xml:space="preserve"> </w:t>
      </w:r>
      <w:proofErr w:type="spellStart"/>
      <w:r w:rsidRPr="00541039">
        <w:rPr>
          <w:lang w:val="ru-RU"/>
        </w:rPr>
        <w:t>додатково</w:t>
      </w:r>
      <w:proofErr w:type="spellEnd"/>
      <w:r w:rsidRPr="00541039">
        <w:rPr>
          <w:lang w:val="ru-RU"/>
        </w:rPr>
        <w:t xml:space="preserve"> </w:t>
      </w:r>
      <w:proofErr w:type="spellStart"/>
      <w:r w:rsidRPr="00541039">
        <w:rPr>
          <w:lang w:val="ru-RU"/>
        </w:rPr>
        <w:t>доступними</w:t>
      </w:r>
      <w:proofErr w:type="spellEnd"/>
      <w:r w:rsidRPr="00541039">
        <w:rPr>
          <w:lang w:val="ru-RU"/>
        </w:rPr>
        <w:t xml:space="preserve"> каналами </w:t>
      </w:r>
      <w:proofErr w:type="spellStart"/>
      <w:r w:rsidRPr="00541039">
        <w:rPr>
          <w:lang w:val="ru-RU"/>
        </w:rPr>
        <w:t>зв'язку</w:t>
      </w:r>
      <w:proofErr w:type="spellEnd"/>
      <w:r w:rsidRPr="00541039">
        <w:rPr>
          <w:lang w:val="ru-RU"/>
        </w:rPr>
        <w:t>.</w:t>
      </w:r>
    </w:p>
    <w:p w14:paraId="5C95CB1F" w14:textId="77777777" w:rsidR="00D97F10" w:rsidRPr="00541039" w:rsidRDefault="00000000" w:rsidP="00324D6C">
      <w:pPr>
        <w:pStyle w:val="LegalClause"/>
        <w:numPr>
          <w:ilvl w:val="1"/>
          <w:numId w:val="1"/>
        </w:numPr>
        <w:tabs>
          <w:tab w:val="left" w:pos="851"/>
          <w:tab w:val="left" w:pos="1418"/>
        </w:tabs>
        <w:rPr>
          <w:lang w:val="ru-RU"/>
        </w:rPr>
      </w:pPr>
      <w:proofErr w:type="spellStart"/>
      <w:r w:rsidRPr="00541039">
        <w:rPr>
          <w:lang w:val="ru-RU"/>
        </w:rPr>
        <w:t>Проїзд</w:t>
      </w:r>
      <w:proofErr w:type="spellEnd"/>
      <w:r w:rsidRPr="00541039">
        <w:rPr>
          <w:lang w:val="ru-RU"/>
        </w:rPr>
        <w:t xml:space="preserve"> до </w:t>
      </w:r>
      <w:proofErr w:type="spellStart"/>
      <w:r w:rsidRPr="00541039">
        <w:rPr>
          <w:lang w:val="ru-RU"/>
        </w:rPr>
        <w:t>Києва</w:t>
      </w:r>
      <w:proofErr w:type="spellEnd"/>
      <w:r w:rsidRPr="00541039">
        <w:rPr>
          <w:lang w:val="ru-RU"/>
        </w:rPr>
        <w:t xml:space="preserve"> і </w:t>
      </w:r>
      <w:proofErr w:type="spellStart"/>
      <w:r w:rsidRPr="00541039">
        <w:rPr>
          <w:lang w:val="ru-RU"/>
        </w:rPr>
        <w:t>місця</w:t>
      </w:r>
      <w:proofErr w:type="spellEnd"/>
      <w:r w:rsidRPr="00541039">
        <w:rPr>
          <w:lang w:val="ru-RU"/>
        </w:rPr>
        <w:t xml:space="preserve"> </w:t>
      </w:r>
      <w:proofErr w:type="spellStart"/>
      <w:r w:rsidRPr="00541039">
        <w:rPr>
          <w:lang w:val="ru-RU"/>
        </w:rPr>
        <w:t>зйомки</w:t>
      </w:r>
      <w:proofErr w:type="spellEnd"/>
      <w:r w:rsidRPr="00541039">
        <w:rPr>
          <w:lang w:val="ru-RU"/>
        </w:rPr>
        <w:t xml:space="preserve">, </w:t>
      </w:r>
      <w:proofErr w:type="spellStart"/>
      <w:r w:rsidRPr="00541039">
        <w:rPr>
          <w:lang w:val="ru-RU"/>
        </w:rPr>
        <w:t>проживання</w:t>
      </w:r>
      <w:proofErr w:type="spellEnd"/>
      <w:r w:rsidRPr="00541039">
        <w:rPr>
          <w:lang w:val="ru-RU"/>
        </w:rPr>
        <w:t xml:space="preserve">, </w:t>
      </w:r>
      <w:proofErr w:type="spellStart"/>
      <w:r w:rsidRPr="00541039">
        <w:rPr>
          <w:lang w:val="ru-RU"/>
        </w:rPr>
        <w:t>харчування</w:t>
      </w:r>
      <w:proofErr w:type="spellEnd"/>
      <w:r w:rsidRPr="00541039">
        <w:rPr>
          <w:lang w:val="ru-RU"/>
        </w:rPr>
        <w:t xml:space="preserve">, </w:t>
      </w:r>
      <w:proofErr w:type="spellStart"/>
      <w:r w:rsidRPr="00541039">
        <w:rPr>
          <w:lang w:val="ru-RU"/>
        </w:rPr>
        <w:t>страхування</w:t>
      </w:r>
      <w:proofErr w:type="spellEnd"/>
      <w:r w:rsidRPr="00541039">
        <w:rPr>
          <w:lang w:val="ru-RU"/>
        </w:rPr>
        <w:t xml:space="preserve"> та </w:t>
      </w:r>
      <w:proofErr w:type="spellStart"/>
      <w:r w:rsidRPr="00541039">
        <w:rPr>
          <w:lang w:val="ru-RU"/>
        </w:rPr>
        <w:t>всі</w:t>
      </w:r>
      <w:proofErr w:type="spellEnd"/>
      <w:r w:rsidRPr="00541039">
        <w:rPr>
          <w:lang w:val="ru-RU"/>
        </w:rPr>
        <w:t xml:space="preserve"> </w:t>
      </w:r>
      <w:proofErr w:type="spellStart"/>
      <w:r w:rsidRPr="00541039">
        <w:rPr>
          <w:lang w:val="ru-RU"/>
        </w:rPr>
        <w:t>інші</w:t>
      </w:r>
      <w:proofErr w:type="spellEnd"/>
      <w:r w:rsidRPr="00541039">
        <w:rPr>
          <w:lang w:val="ru-RU"/>
        </w:rPr>
        <w:t xml:space="preserve"> </w:t>
      </w:r>
      <w:proofErr w:type="spellStart"/>
      <w:r w:rsidRPr="00541039">
        <w:rPr>
          <w:lang w:val="ru-RU"/>
        </w:rPr>
        <w:t>витрати</w:t>
      </w:r>
      <w:proofErr w:type="spellEnd"/>
      <w:r w:rsidRPr="00541039">
        <w:rPr>
          <w:lang w:val="ru-RU"/>
        </w:rPr>
        <w:t xml:space="preserve">, не </w:t>
      </w:r>
      <w:proofErr w:type="spellStart"/>
      <w:r w:rsidRPr="00541039">
        <w:rPr>
          <w:lang w:val="ru-RU"/>
        </w:rPr>
        <w:t>включені</w:t>
      </w:r>
      <w:proofErr w:type="spellEnd"/>
      <w:r w:rsidRPr="00541039">
        <w:rPr>
          <w:lang w:val="ru-RU"/>
        </w:rPr>
        <w:t xml:space="preserve"> </w:t>
      </w:r>
      <w:proofErr w:type="spellStart"/>
      <w:r w:rsidRPr="00541039">
        <w:rPr>
          <w:lang w:val="ru-RU"/>
        </w:rPr>
        <w:t>безпосередньо</w:t>
      </w:r>
      <w:proofErr w:type="spellEnd"/>
      <w:r w:rsidRPr="00541039">
        <w:rPr>
          <w:lang w:val="ru-RU"/>
        </w:rPr>
        <w:t xml:space="preserve"> до квитка, </w:t>
      </w:r>
      <w:proofErr w:type="spellStart"/>
      <w:r w:rsidRPr="00541039">
        <w:rPr>
          <w:lang w:val="ru-RU"/>
        </w:rPr>
        <w:t>переможець</w:t>
      </w:r>
      <w:proofErr w:type="spellEnd"/>
      <w:r w:rsidRPr="00541039">
        <w:rPr>
          <w:lang w:val="ru-RU"/>
        </w:rPr>
        <w:t xml:space="preserve"> і </w:t>
      </w:r>
      <w:proofErr w:type="spellStart"/>
      <w:r w:rsidRPr="00541039">
        <w:rPr>
          <w:lang w:val="ru-RU"/>
        </w:rPr>
        <w:t>його</w:t>
      </w:r>
      <w:proofErr w:type="spellEnd"/>
      <w:r w:rsidRPr="00541039">
        <w:rPr>
          <w:lang w:val="ru-RU"/>
        </w:rPr>
        <w:t xml:space="preserve"> </w:t>
      </w:r>
      <w:proofErr w:type="spellStart"/>
      <w:r w:rsidRPr="00541039">
        <w:rPr>
          <w:lang w:val="ru-RU"/>
        </w:rPr>
        <w:t>супутник</w:t>
      </w:r>
      <w:proofErr w:type="spellEnd"/>
      <w:r w:rsidRPr="00541039">
        <w:rPr>
          <w:lang w:val="ru-RU"/>
        </w:rPr>
        <w:t xml:space="preserve"> </w:t>
      </w:r>
      <w:proofErr w:type="spellStart"/>
      <w:r w:rsidRPr="00541039">
        <w:rPr>
          <w:lang w:val="ru-RU"/>
        </w:rPr>
        <w:t>оплачують</w:t>
      </w:r>
      <w:proofErr w:type="spellEnd"/>
      <w:r w:rsidRPr="00541039">
        <w:rPr>
          <w:lang w:val="ru-RU"/>
        </w:rPr>
        <w:t xml:space="preserve"> </w:t>
      </w:r>
      <w:proofErr w:type="spellStart"/>
      <w:r w:rsidRPr="00541039">
        <w:rPr>
          <w:lang w:val="ru-RU"/>
        </w:rPr>
        <w:t>самостійно</w:t>
      </w:r>
      <w:proofErr w:type="spellEnd"/>
      <w:r w:rsidRPr="00541039">
        <w:rPr>
          <w:lang w:val="ru-RU"/>
        </w:rPr>
        <w:t>.</w:t>
      </w:r>
    </w:p>
    <w:p w14:paraId="799E595F" w14:textId="77777777" w:rsidR="00D97F10" w:rsidRDefault="00000000" w:rsidP="00324D6C">
      <w:pPr>
        <w:pStyle w:val="LegalClause"/>
        <w:numPr>
          <w:ilvl w:val="1"/>
          <w:numId w:val="1"/>
        </w:numPr>
        <w:tabs>
          <w:tab w:val="left" w:pos="851"/>
          <w:tab w:val="left" w:pos="1418"/>
        </w:tabs>
      </w:pPr>
      <w:r w:rsidRPr="00541039">
        <w:rPr>
          <w:lang w:val="ru-RU"/>
        </w:rPr>
        <w:t xml:space="preserve">Особа, яка не </w:t>
      </w:r>
      <w:proofErr w:type="spellStart"/>
      <w:r w:rsidRPr="00541039">
        <w:rPr>
          <w:lang w:val="ru-RU"/>
        </w:rPr>
        <w:t>досягла</w:t>
      </w:r>
      <w:proofErr w:type="spellEnd"/>
      <w:r w:rsidRPr="00541039">
        <w:rPr>
          <w:lang w:val="ru-RU"/>
        </w:rPr>
        <w:t xml:space="preserve"> 18 </w:t>
      </w:r>
      <w:proofErr w:type="spellStart"/>
      <w:r w:rsidRPr="00541039">
        <w:rPr>
          <w:lang w:val="ru-RU"/>
        </w:rPr>
        <w:t>років</w:t>
      </w:r>
      <w:proofErr w:type="spellEnd"/>
      <w:r w:rsidRPr="00541039">
        <w:rPr>
          <w:lang w:val="ru-RU"/>
        </w:rPr>
        <w:t xml:space="preserve">, </w:t>
      </w:r>
      <w:proofErr w:type="spellStart"/>
      <w:r w:rsidRPr="00541039">
        <w:rPr>
          <w:lang w:val="ru-RU"/>
        </w:rPr>
        <w:t>може</w:t>
      </w:r>
      <w:proofErr w:type="spellEnd"/>
      <w:r w:rsidRPr="00541039">
        <w:rPr>
          <w:lang w:val="ru-RU"/>
        </w:rPr>
        <w:t xml:space="preserve"> </w:t>
      </w:r>
      <w:proofErr w:type="spellStart"/>
      <w:r w:rsidRPr="00541039">
        <w:rPr>
          <w:lang w:val="ru-RU"/>
        </w:rPr>
        <w:t>скористатися</w:t>
      </w:r>
      <w:proofErr w:type="spellEnd"/>
      <w:r w:rsidRPr="00541039">
        <w:rPr>
          <w:lang w:val="ru-RU"/>
        </w:rPr>
        <w:t xml:space="preserve"> квитком </w:t>
      </w:r>
      <w:proofErr w:type="spellStart"/>
      <w:r w:rsidRPr="00541039">
        <w:rPr>
          <w:lang w:val="ru-RU"/>
        </w:rPr>
        <w:t>лише</w:t>
      </w:r>
      <w:proofErr w:type="spellEnd"/>
      <w:r w:rsidRPr="00541039">
        <w:rPr>
          <w:lang w:val="ru-RU"/>
        </w:rPr>
        <w:t xml:space="preserve"> разом </w:t>
      </w:r>
      <w:proofErr w:type="spellStart"/>
      <w:r w:rsidRPr="00541039">
        <w:rPr>
          <w:lang w:val="ru-RU"/>
        </w:rPr>
        <w:t>із</w:t>
      </w:r>
      <w:proofErr w:type="spellEnd"/>
      <w:r w:rsidRPr="00541039">
        <w:rPr>
          <w:lang w:val="ru-RU"/>
        </w:rPr>
        <w:t xml:space="preserve"> </w:t>
      </w:r>
      <w:proofErr w:type="spellStart"/>
      <w:r w:rsidRPr="00541039">
        <w:rPr>
          <w:lang w:val="ru-RU"/>
        </w:rPr>
        <w:t>повнолітнім</w:t>
      </w:r>
      <w:proofErr w:type="spellEnd"/>
      <w:r w:rsidRPr="00541039">
        <w:rPr>
          <w:lang w:val="ru-RU"/>
        </w:rPr>
        <w:t xml:space="preserve"> </w:t>
      </w:r>
      <w:proofErr w:type="spellStart"/>
      <w:r w:rsidRPr="00541039">
        <w:rPr>
          <w:lang w:val="ru-RU"/>
        </w:rPr>
        <w:t>супроводжуючим</w:t>
      </w:r>
      <w:proofErr w:type="spellEnd"/>
      <w:r w:rsidRPr="00541039">
        <w:rPr>
          <w:lang w:val="ru-RU"/>
        </w:rPr>
        <w:t xml:space="preserve">, </w:t>
      </w:r>
      <w:proofErr w:type="spellStart"/>
      <w:r w:rsidRPr="00541039">
        <w:rPr>
          <w:lang w:val="ru-RU"/>
        </w:rPr>
        <w:t>який</w:t>
      </w:r>
      <w:proofErr w:type="spellEnd"/>
      <w:r w:rsidRPr="00541039">
        <w:rPr>
          <w:lang w:val="ru-RU"/>
        </w:rPr>
        <w:t xml:space="preserve"> </w:t>
      </w:r>
      <w:proofErr w:type="spellStart"/>
      <w:r w:rsidRPr="00541039">
        <w:rPr>
          <w:lang w:val="ru-RU"/>
        </w:rPr>
        <w:t>несе</w:t>
      </w:r>
      <w:proofErr w:type="spellEnd"/>
      <w:r w:rsidRPr="00541039">
        <w:rPr>
          <w:lang w:val="ru-RU"/>
        </w:rPr>
        <w:t xml:space="preserve"> </w:t>
      </w:r>
      <w:proofErr w:type="spellStart"/>
      <w:r w:rsidRPr="00541039">
        <w:rPr>
          <w:lang w:val="ru-RU"/>
        </w:rPr>
        <w:t>відповідальність</w:t>
      </w:r>
      <w:proofErr w:type="spellEnd"/>
      <w:r w:rsidRPr="00541039">
        <w:rPr>
          <w:lang w:val="ru-RU"/>
        </w:rPr>
        <w:t xml:space="preserve"> за </w:t>
      </w:r>
      <w:proofErr w:type="spellStart"/>
      <w:r w:rsidRPr="00541039">
        <w:rPr>
          <w:lang w:val="ru-RU"/>
        </w:rPr>
        <w:t>неї</w:t>
      </w:r>
      <w:proofErr w:type="spellEnd"/>
      <w:r w:rsidRPr="00541039">
        <w:rPr>
          <w:lang w:val="ru-RU"/>
        </w:rPr>
        <w:t xml:space="preserve"> та </w:t>
      </w:r>
      <w:proofErr w:type="spellStart"/>
      <w:r w:rsidRPr="00541039">
        <w:rPr>
          <w:lang w:val="ru-RU"/>
        </w:rPr>
        <w:t>виконує</w:t>
      </w:r>
      <w:proofErr w:type="spellEnd"/>
      <w:r w:rsidRPr="00541039">
        <w:rPr>
          <w:lang w:val="ru-RU"/>
        </w:rPr>
        <w:t xml:space="preserve"> правила доступу до </w:t>
      </w:r>
      <w:proofErr w:type="spellStart"/>
      <w:r w:rsidRPr="00541039">
        <w:rPr>
          <w:lang w:val="ru-RU"/>
        </w:rPr>
        <w:t>місця</w:t>
      </w:r>
      <w:proofErr w:type="spellEnd"/>
      <w:r w:rsidRPr="00541039">
        <w:rPr>
          <w:lang w:val="ru-RU"/>
        </w:rPr>
        <w:t xml:space="preserve"> </w:t>
      </w:r>
      <w:proofErr w:type="spellStart"/>
      <w:r w:rsidRPr="00541039">
        <w:rPr>
          <w:lang w:val="ru-RU"/>
        </w:rPr>
        <w:t>зйомки</w:t>
      </w:r>
      <w:proofErr w:type="spellEnd"/>
      <w:r w:rsidRPr="00541039">
        <w:rPr>
          <w:lang w:val="ru-RU"/>
        </w:rPr>
        <w:t xml:space="preserve">. </w:t>
      </w:r>
      <w:proofErr w:type="spellStart"/>
      <w:r>
        <w:t>Переможець</w:t>
      </w:r>
      <w:proofErr w:type="spellEnd"/>
      <w:r>
        <w:t xml:space="preserve"> </w:t>
      </w:r>
      <w:proofErr w:type="spellStart"/>
      <w:r>
        <w:t>Розіграшу</w:t>
      </w:r>
      <w:proofErr w:type="spellEnd"/>
      <w:r>
        <w:t xml:space="preserve"> в </w:t>
      </w:r>
      <w:proofErr w:type="spellStart"/>
      <w:r>
        <w:t>будь-якому</w:t>
      </w:r>
      <w:proofErr w:type="spellEnd"/>
      <w:r>
        <w:t xml:space="preserve"> разі має бути повнолітнім.</w:t>
      </w:r>
    </w:p>
    <w:p w14:paraId="4AD78E0B" w14:textId="77777777" w:rsidR="00D97F10" w:rsidRPr="00541039" w:rsidRDefault="00000000" w:rsidP="00324D6C">
      <w:pPr>
        <w:pStyle w:val="LegalClause"/>
        <w:numPr>
          <w:ilvl w:val="1"/>
          <w:numId w:val="1"/>
        </w:numPr>
        <w:tabs>
          <w:tab w:val="left" w:pos="851"/>
          <w:tab w:val="left" w:pos="1418"/>
        </w:tabs>
        <w:rPr>
          <w:lang w:val="ru-RU"/>
        </w:rPr>
      </w:pPr>
      <w:r>
        <w:t xml:space="preserve">У разі перенесення або скасування запланованої зйомки Організатор замінює надані квитки на таку саму кількість квитків на іншу доступну зйомку Проєкту. </w:t>
      </w:r>
      <w:r w:rsidRPr="00541039">
        <w:rPr>
          <w:lang w:val="ru-RU"/>
        </w:rPr>
        <w:t xml:space="preserve">Дата і </w:t>
      </w:r>
      <w:proofErr w:type="spellStart"/>
      <w:r w:rsidRPr="00541039">
        <w:rPr>
          <w:lang w:val="ru-RU"/>
        </w:rPr>
        <w:t>умови</w:t>
      </w:r>
      <w:proofErr w:type="spellEnd"/>
      <w:r w:rsidRPr="00541039">
        <w:rPr>
          <w:lang w:val="ru-RU"/>
        </w:rPr>
        <w:t xml:space="preserve"> </w:t>
      </w:r>
      <w:proofErr w:type="spellStart"/>
      <w:r w:rsidRPr="00541039">
        <w:rPr>
          <w:lang w:val="ru-RU"/>
        </w:rPr>
        <w:t>заміни</w:t>
      </w:r>
      <w:proofErr w:type="spellEnd"/>
      <w:r w:rsidRPr="00541039">
        <w:rPr>
          <w:lang w:val="ru-RU"/>
        </w:rPr>
        <w:t xml:space="preserve"> </w:t>
      </w:r>
      <w:proofErr w:type="spellStart"/>
      <w:r w:rsidRPr="00541039">
        <w:rPr>
          <w:lang w:val="ru-RU"/>
        </w:rPr>
        <w:t>повідомляються</w:t>
      </w:r>
      <w:proofErr w:type="spellEnd"/>
      <w:r w:rsidRPr="00541039">
        <w:rPr>
          <w:lang w:val="ru-RU"/>
        </w:rPr>
        <w:t xml:space="preserve"> </w:t>
      </w:r>
      <w:proofErr w:type="spellStart"/>
      <w:r w:rsidRPr="00541039">
        <w:rPr>
          <w:lang w:val="ru-RU"/>
        </w:rPr>
        <w:t>додатково</w:t>
      </w:r>
      <w:proofErr w:type="spellEnd"/>
      <w:r w:rsidRPr="00541039">
        <w:rPr>
          <w:lang w:val="ru-RU"/>
        </w:rPr>
        <w:t xml:space="preserve">; </w:t>
      </w:r>
      <w:proofErr w:type="spellStart"/>
      <w:r w:rsidRPr="00541039">
        <w:rPr>
          <w:lang w:val="ru-RU"/>
        </w:rPr>
        <w:t>грошова</w:t>
      </w:r>
      <w:proofErr w:type="spellEnd"/>
      <w:r w:rsidRPr="00541039">
        <w:rPr>
          <w:lang w:val="ru-RU"/>
        </w:rPr>
        <w:t xml:space="preserve"> </w:t>
      </w:r>
      <w:proofErr w:type="spellStart"/>
      <w:r w:rsidRPr="00541039">
        <w:rPr>
          <w:lang w:val="ru-RU"/>
        </w:rPr>
        <w:t>компенсація</w:t>
      </w:r>
      <w:proofErr w:type="spellEnd"/>
      <w:r w:rsidRPr="00541039">
        <w:rPr>
          <w:lang w:val="ru-RU"/>
        </w:rPr>
        <w:t xml:space="preserve"> не </w:t>
      </w:r>
      <w:proofErr w:type="spellStart"/>
      <w:r w:rsidRPr="00541039">
        <w:rPr>
          <w:lang w:val="ru-RU"/>
        </w:rPr>
        <w:t>виплачується</w:t>
      </w:r>
      <w:proofErr w:type="spellEnd"/>
      <w:r w:rsidRPr="00541039">
        <w:rPr>
          <w:lang w:val="ru-RU"/>
        </w:rPr>
        <w:t>.</w:t>
      </w:r>
    </w:p>
    <w:p w14:paraId="4A71117D" w14:textId="77777777" w:rsidR="00D97F10" w:rsidRPr="00541039" w:rsidRDefault="00000000" w:rsidP="00324D6C">
      <w:pPr>
        <w:pStyle w:val="LegalClause"/>
        <w:numPr>
          <w:ilvl w:val="1"/>
          <w:numId w:val="1"/>
        </w:numPr>
        <w:tabs>
          <w:tab w:val="left" w:pos="851"/>
          <w:tab w:val="left" w:pos="1418"/>
        </w:tabs>
        <w:rPr>
          <w:lang w:val="ru-RU"/>
        </w:rPr>
      </w:pPr>
      <w:proofErr w:type="spellStart"/>
      <w:r w:rsidRPr="00541039">
        <w:rPr>
          <w:lang w:val="ru-RU"/>
        </w:rPr>
        <w:t>Оподаткування</w:t>
      </w:r>
      <w:proofErr w:type="spellEnd"/>
      <w:r w:rsidRPr="00541039">
        <w:rPr>
          <w:lang w:val="ru-RU"/>
        </w:rPr>
        <w:t xml:space="preserve"> </w:t>
      </w:r>
      <w:proofErr w:type="spellStart"/>
      <w:r w:rsidRPr="00541039">
        <w:rPr>
          <w:lang w:val="ru-RU"/>
        </w:rPr>
        <w:t>заохочень</w:t>
      </w:r>
      <w:proofErr w:type="spellEnd"/>
      <w:r w:rsidRPr="00541039">
        <w:rPr>
          <w:lang w:val="ru-RU"/>
        </w:rPr>
        <w:t xml:space="preserve"> </w:t>
      </w:r>
      <w:proofErr w:type="spellStart"/>
      <w:r w:rsidRPr="00541039">
        <w:rPr>
          <w:lang w:val="ru-RU"/>
        </w:rPr>
        <w:t>здійснюється</w:t>
      </w:r>
      <w:proofErr w:type="spellEnd"/>
      <w:r w:rsidRPr="00541039">
        <w:rPr>
          <w:lang w:val="ru-RU"/>
        </w:rPr>
        <w:t xml:space="preserve"> </w:t>
      </w:r>
      <w:proofErr w:type="spellStart"/>
      <w:r w:rsidRPr="00541039">
        <w:rPr>
          <w:lang w:val="ru-RU"/>
        </w:rPr>
        <w:t>відповідно</w:t>
      </w:r>
      <w:proofErr w:type="spellEnd"/>
      <w:r w:rsidRPr="00541039">
        <w:rPr>
          <w:lang w:val="ru-RU"/>
        </w:rPr>
        <w:t xml:space="preserve"> до </w:t>
      </w:r>
      <w:proofErr w:type="spellStart"/>
      <w:r w:rsidRPr="00541039">
        <w:rPr>
          <w:lang w:val="ru-RU"/>
        </w:rPr>
        <w:t>законодавства</w:t>
      </w:r>
      <w:proofErr w:type="spellEnd"/>
      <w:r w:rsidRPr="00541039">
        <w:rPr>
          <w:lang w:val="ru-RU"/>
        </w:rPr>
        <w:t xml:space="preserve"> </w:t>
      </w:r>
      <w:proofErr w:type="spellStart"/>
      <w:r w:rsidRPr="00541039">
        <w:rPr>
          <w:lang w:val="ru-RU"/>
        </w:rPr>
        <w:t>України</w:t>
      </w:r>
      <w:proofErr w:type="spellEnd"/>
      <w:r w:rsidRPr="00541039">
        <w:rPr>
          <w:lang w:val="ru-RU"/>
        </w:rPr>
        <w:t xml:space="preserve">. </w:t>
      </w:r>
      <w:proofErr w:type="spellStart"/>
      <w:r w:rsidRPr="00541039">
        <w:rPr>
          <w:lang w:val="ru-RU"/>
        </w:rPr>
        <w:t>Якщо</w:t>
      </w:r>
      <w:proofErr w:type="spellEnd"/>
      <w:r w:rsidRPr="00541039">
        <w:rPr>
          <w:lang w:val="ru-RU"/>
        </w:rPr>
        <w:t xml:space="preserve"> </w:t>
      </w:r>
      <w:proofErr w:type="spellStart"/>
      <w:r w:rsidRPr="00541039">
        <w:rPr>
          <w:lang w:val="ru-RU"/>
        </w:rPr>
        <w:t>Організатор</w:t>
      </w:r>
      <w:proofErr w:type="spellEnd"/>
      <w:r w:rsidRPr="00541039">
        <w:rPr>
          <w:lang w:val="ru-RU"/>
        </w:rPr>
        <w:t xml:space="preserve"> </w:t>
      </w:r>
      <w:proofErr w:type="spellStart"/>
      <w:r w:rsidRPr="00541039">
        <w:rPr>
          <w:lang w:val="ru-RU"/>
        </w:rPr>
        <w:t>або</w:t>
      </w:r>
      <w:proofErr w:type="spellEnd"/>
      <w:r w:rsidRPr="00541039">
        <w:rPr>
          <w:lang w:val="ru-RU"/>
        </w:rPr>
        <w:t xml:space="preserve"> </w:t>
      </w:r>
      <w:proofErr w:type="spellStart"/>
      <w:r w:rsidRPr="00541039">
        <w:rPr>
          <w:lang w:val="ru-RU"/>
        </w:rPr>
        <w:t>інша</w:t>
      </w:r>
      <w:proofErr w:type="spellEnd"/>
      <w:r w:rsidRPr="00541039">
        <w:rPr>
          <w:lang w:val="ru-RU"/>
        </w:rPr>
        <w:t xml:space="preserve"> особа, яка </w:t>
      </w:r>
      <w:proofErr w:type="spellStart"/>
      <w:r w:rsidRPr="00541039">
        <w:rPr>
          <w:lang w:val="ru-RU"/>
        </w:rPr>
        <w:t>надає</w:t>
      </w:r>
      <w:proofErr w:type="spellEnd"/>
      <w:r w:rsidRPr="00541039">
        <w:rPr>
          <w:lang w:val="ru-RU"/>
        </w:rPr>
        <w:t xml:space="preserve"> квитки, </w:t>
      </w:r>
      <w:proofErr w:type="spellStart"/>
      <w:r w:rsidRPr="00541039">
        <w:rPr>
          <w:lang w:val="ru-RU"/>
        </w:rPr>
        <w:t>зобов'язана</w:t>
      </w:r>
      <w:proofErr w:type="spellEnd"/>
      <w:r w:rsidRPr="00541039">
        <w:rPr>
          <w:lang w:val="ru-RU"/>
        </w:rPr>
        <w:t xml:space="preserve"> </w:t>
      </w:r>
      <w:proofErr w:type="spellStart"/>
      <w:r w:rsidRPr="00541039">
        <w:rPr>
          <w:lang w:val="ru-RU"/>
        </w:rPr>
        <w:t>виконати</w:t>
      </w:r>
      <w:proofErr w:type="spellEnd"/>
      <w:r w:rsidRPr="00541039">
        <w:rPr>
          <w:lang w:val="ru-RU"/>
        </w:rPr>
        <w:t xml:space="preserve"> </w:t>
      </w:r>
      <w:proofErr w:type="spellStart"/>
      <w:r w:rsidRPr="00541039">
        <w:rPr>
          <w:lang w:val="ru-RU"/>
        </w:rPr>
        <w:t>функції</w:t>
      </w:r>
      <w:proofErr w:type="spellEnd"/>
      <w:r w:rsidRPr="00541039">
        <w:rPr>
          <w:lang w:val="ru-RU"/>
        </w:rPr>
        <w:t xml:space="preserve"> </w:t>
      </w:r>
      <w:proofErr w:type="spellStart"/>
      <w:r w:rsidRPr="00541039">
        <w:rPr>
          <w:lang w:val="ru-RU"/>
        </w:rPr>
        <w:t>податкового</w:t>
      </w:r>
      <w:proofErr w:type="spellEnd"/>
      <w:r w:rsidRPr="00541039">
        <w:rPr>
          <w:lang w:val="ru-RU"/>
        </w:rPr>
        <w:t xml:space="preserve"> агента, вона </w:t>
      </w:r>
      <w:proofErr w:type="spellStart"/>
      <w:r w:rsidRPr="00541039">
        <w:rPr>
          <w:lang w:val="ru-RU"/>
        </w:rPr>
        <w:t>здійснює</w:t>
      </w:r>
      <w:proofErr w:type="spellEnd"/>
      <w:r w:rsidRPr="00541039">
        <w:rPr>
          <w:lang w:val="ru-RU"/>
        </w:rPr>
        <w:t xml:space="preserve"> </w:t>
      </w:r>
      <w:proofErr w:type="spellStart"/>
      <w:r w:rsidRPr="00541039">
        <w:rPr>
          <w:lang w:val="ru-RU"/>
        </w:rPr>
        <w:t>необхідні</w:t>
      </w:r>
      <w:proofErr w:type="spellEnd"/>
      <w:r w:rsidRPr="00541039">
        <w:rPr>
          <w:lang w:val="ru-RU"/>
        </w:rPr>
        <w:t xml:space="preserve"> </w:t>
      </w:r>
      <w:proofErr w:type="spellStart"/>
      <w:r w:rsidRPr="00541039">
        <w:rPr>
          <w:lang w:val="ru-RU"/>
        </w:rPr>
        <w:t>нарахування</w:t>
      </w:r>
      <w:proofErr w:type="spellEnd"/>
      <w:r w:rsidRPr="00541039">
        <w:rPr>
          <w:lang w:val="ru-RU"/>
        </w:rPr>
        <w:t xml:space="preserve">, </w:t>
      </w:r>
      <w:proofErr w:type="spellStart"/>
      <w:r w:rsidRPr="00541039">
        <w:rPr>
          <w:lang w:val="ru-RU"/>
        </w:rPr>
        <w:t>утримання</w:t>
      </w:r>
      <w:proofErr w:type="spellEnd"/>
      <w:r w:rsidRPr="00541039">
        <w:rPr>
          <w:lang w:val="ru-RU"/>
        </w:rPr>
        <w:t xml:space="preserve">, </w:t>
      </w:r>
      <w:proofErr w:type="spellStart"/>
      <w:r w:rsidRPr="00541039">
        <w:rPr>
          <w:lang w:val="ru-RU"/>
        </w:rPr>
        <w:t>сплату</w:t>
      </w:r>
      <w:proofErr w:type="spellEnd"/>
      <w:r w:rsidRPr="00541039">
        <w:rPr>
          <w:lang w:val="ru-RU"/>
        </w:rPr>
        <w:t xml:space="preserve"> та </w:t>
      </w:r>
      <w:proofErr w:type="spellStart"/>
      <w:r w:rsidRPr="00541039">
        <w:rPr>
          <w:lang w:val="ru-RU"/>
        </w:rPr>
        <w:t>звітність</w:t>
      </w:r>
      <w:proofErr w:type="spellEnd"/>
      <w:r w:rsidRPr="00541039">
        <w:rPr>
          <w:lang w:val="ru-RU"/>
        </w:rPr>
        <w:t xml:space="preserve"> у </w:t>
      </w:r>
      <w:proofErr w:type="spellStart"/>
      <w:r w:rsidRPr="00541039">
        <w:rPr>
          <w:lang w:val="ru-RU"/>
        </w:rPr>
        <w:t>встановленому</w:t>
      </w:r>
      <w:proofErr w:type="spellEnd"/>
      <w:r w:rsidRPr="00541039">
        <w:rPr>
          <w:lang w:val="ru-RU"/>
        </w:rPr>
        <w:t xml:space="preserve"> законом порядку.</w:t>
      </w:r>
    </w:p>
    <w:p w14:paraId="6EB8CBEA" w14:textId="77777777" w:rsidR="00D97F10" w:rsidRDefault="00000000" w:rsidP="00544987">
      <w:pPr>
        <w:pStyle w:val="Heading1"/>
        <w:numPr>
          <w:ilvl w:val="0"/>
          <w:numId w:val="1"/>
        </w:numPr>
        <w:tabs>
          <w:tab w:val="left" w:pos="851"/>
        </w:tabs>
        <w:ind w:firstLine="66"/>
      </w:pPr>
      <w:r>
        <w:rPr>
          <w:rFonts w:ascii="Times New Roman" w:eastAsia="Times New Roman" w:hAnsi="Times New Roman" w:cs="Times New Roman"/>
        </w:rPr>
        <w:t>ОГОЛОШЕННЯ РЕЗУЛЬТАТІВ ГОЛОСУВАННЯ ТА ЗВІТНІСТЬ</w:t>
      </w:r>
    </w:p>
    <w:p w14:paraId="4273B23D" w14:textId="77777777" w:rsidR="00D97F10" w:rsidRPr="00541039" w:rsidRDefault="00000000" w:rsidP="00544987">
      <w:pPr>
        <w:pStyle w:val="LegalClause"/>
        <w:numPr>
          <w:ilvl w:val="1"/>
          <w:numId w:val="1"/>
        </w:numPr>
        <w:tabs>
          <w:tab w:val="left" w:pos="851"/>
          <w:tab w:val="left" w:pos="1418"/>
        </w:tabs>
        <w:rPr>
          <w:lang w:val="ru-RU"/>
        </w:rPr>
      </w:pPr>
      <w:proofErr w:type="spellStart"/>
      <w:r w:rsidRPr="00541039">
        <w:rPr>
          <w:lang w:val="ru-RU"/>
        </w:rPr>
        <w:t>Офіційні</w:t>
      </w:r>
      <w:proofErr w:type="spellEnd"/>
      <w:r w:rsidRPr="00541039">
        <w:rPr>
          <w:lang w:val="ru-RU"/>
        </w:rPr>
        <w:t xml:space="preserve"> </w:t>
      </w:r>
      <w:proofErr w:type="spellStart"/>
      <w:r w:rsidRPr="00541039">
        <w:rPr>
          <w:lang w:val="ru-RU"/>
        </w:rPr>
        <w:t>результати</w:t>
      </w:r>
      <w:proofErr w:type="spellEnd"/>
      <w:r w:rsidRPr="00541039">
        <w:rPr>
          <w:lang w:val="ru-RU"/>
        </w:rPr>
        <w:t xml:space="preserve"> </w:t>
      </w:r>
      <w:proofErr w:type="spellStart"/>
      <w:r w:rsidRPr="00541039">
        <w:rPr>
          <w:lang w:val="ru-RU"/>
        </w:rPr>
        <w:t>Голосування</w:t>
      </w:r>
      <w:proofErr w:type="spellEnd"/>
      <w:r w:rsidRPr="00541039">
        <w:rPr>
          <w:lang w:val="ru-RU"/>
        </w:rPr>
        <w:t xml:space="preserve"> </w:t>
      </w:r>
      <w:proofErr w:type="spellStart"/>
      <w:r w:rsidRPr="00541039">
        <w:rPr>
          <w:lang w:val="ru-RU"/>
        </w:rPr>
        <w:t>оголошуються</w:t>
      </w:r>
      <w:proofErr w:type="spellEnd"/>
      <w:r w:rsidRPr="00541039">
        <w:rPr>
          <w:lang w:val="ru-RU"/>
        </w:rPr>
        <w:t xml:space="preserve"> у </w:t>
      </w:r>
      <w:proofErr w:type="spellStart"/>
      <w:r w:rsidRPr="00541039">
        <w:rPr>
          <w:lang w:val="ru-RU"/>
        </w:rPr>
        <w:t>третьому</w:t>
      </w:r>
      <w:proofErr w:type="spellEnd"/>
      <w:r w:rsidRPr="00541039">
        <w:rPr>
          <w:lang w:val="ru-RU"/>
        </w:rPr>
        <w:t xml:space="preserve"> </w:t>
      </w:r>
      <w:proofErr w:type="spellStart"/>
      <w:r w:rsidRPr="00541039">
        <w:rPr>
          <w:lang w:val="ru-RU"/>
        </w:rPr>
        <w:t>епізоді</w:t>
      </w:r>
      <w:proofErr w:type="spellEnd"/>
      <w:r w:rsidRPr="00541039">
        <w:rPr>
          <w:lang w:val="ru-RU"/>
        </w:rPr>
        <w:t xml:space="preserve"> </w:t>
      </w:r>
      <w:proofErr w:type="spellStart"/>
      <w:r w:rsidRPr="00541039">
        <w:rPr>
          <w:lang w:val="ru-RU"/>
        </w:rPr>
        <w:t>Проєкту</w:t>
      </w:r>
      <w:proofErr w:type="spellEnd"/>
      <w:r w:rsidRPr="00541039">
        <w:rPr>
          <w:lang w:val="ru-RU"/>
        </w:rPr>
        <w:t xml:space="preserve">, </w:t>
      </w:r>
      <w:proofErr w:type="spellStart"/>
      <w:r w:rsidRPr="00541039">
        <w:rPr>
          <w:lang w:val="ru-RU"/>
        </w:rPr>
        <w:t>прем'єрний</w:t>
      </w:r>
      <w:proofErr w:type="spellEnd"/>
      <w:r w:rsidRPr="00541039">
        <w:rPr>
          <w:lang w:val="ru-RU"/>
        </w:rPr>
        <w:t xml:space="preserve"> </w:t>
      </w:r>
      <w:proofErr w:type="spellStart"/>
      <w:r w:rsidRPr="00541039">
        <w:rPr>
          <w:lang w:val="ru-RU"/>
        </w:rPr>
        <w:t>вихід</w:t>
      </w:r>
      <w:proofErr w:type="spellEnd"/>
      <w:r w:rsidRPr="00541039">
        <w:rPr>
          <w:lang w:val="ru-RU"/>
        </w:rPr>
        <w:t xml:space="preserve"> </w:t>
      </w:r>
      <w:proofErr w:type="spellStart"/>
      <w:r w:rsidRPr="00541039">
        <w:rPr>
          <w:lang w:val="ru-RU"/>
        </w:rPr>
        <w:t>якого</w:t>
      </w:r>
      <w:proofErr w:type="spellEnd"/>
      <w:r w:rsidRPr="00541039">
        <w:rPr>
          <w:lang w:val="ru-RU"/>
        </w:rPr>
        <w:t xml:space="preserve"> на </w:t>
      </w:r>
      <w:r>
        <w:t>SWEET</w:t>
      </w:r>
      <w:r w:rsidRPr="00541039">
        <w:rPr>
          <w:lang w:val="ru-RU"/>
        </w:rPr>
        <w:t>.</w:t>
      </w:r>
      <w:r>
        <w:t>TV</w:t>
      </w:r>
      <w:r w:rsidRPr="00541039">
        <w:rPr>
          <w:lang w:val="ru-RU"/>
        </w:rPr>
        <w:t xml:space="preserve"> </w:t>
      </w:r>
      <w:proofErr w:type="spellStart"/>
      <w:r w:rsidRPr="00541039">
        <w:rPr>
          <w:lang w:val="ru-RU"/>
        </w:rPr>
        <w:t>заплановано</w:t>
      </w:r>
      <w:proofErr w:type="spellEnd"/>
      <w:r w:rsidRPr="00541039">
        <w:rPr>
          <w:lang w:val="ru-RU"/>
        </w:rPr>
        <w:t xml:space="preserve"> на 18 вересня 2026 року.</w:t>
      </w:r>
    </w:p>
    <w:p w14:paraId="6B89AD18" w14:textId="77777777" w:rsidR="00D97F10" w:rsidRPr="00541039" w:rsidRDefault="00000000" w:rsidP="00544987">
      <w:pPr>
        <w:pStyle w:val="LegalClause"/>
        <w:numPr>
          <w:ilvl w:val="1"/>
          <w:numId w:val="1"/>
        </w:numPr>
        <w:tabs>
          <w:tab w:val="left" w:pos="851"/>
          <w:tab w:val="left" w:pos="1418"/>
        </w:tabs>
        <w:rPr>
          <w:lang w:val="ru-RU"/>
        </w:rPr>
      </w:pPr>
      <w:proofErr w:type="spellStart"/>
      <w:r w:rsidRPr="00541039">
        <w:rPr>
          <w:lang w:val="ru-RU"/>
        </w:rPr>
        <w:t>Після</w:t>
      </w:r>
      <w:proofErr w:type="spellEnd"/>
      <w:r w:rsidRPr="00541039">
        <w:rPr>
          <w:lang w:val="ru-RU"/>
        </w:rPr>
        <w:t xml:space="preserve"> </w:t>
      </w:r>
      <w:proofErr w:type="spellStart"/>
      <w:r w:rsidRPr="00541039">
        <w:rPr>
          <w:lang w:val="ru-RU"/>
        </w:rPr>
        <w:t>оголошення</w:t>
      </w:r>
      <w:proofErr w:type="spellEnd"/>
      <w:r w:rsidRPr="00541039">
        <w:rPr>
          <w:lang w:val="ru-RU"/>
        </w:rPr>
        <w:t xml:space="preserve"> в </w:t>
      </w:r>
      <w:proofErr w:type="spellStart"/>
      <w:r w:rsidRPr="00541039">
        <w:rPr>
          <w:lang w:val="ru-RU"/>
        </w:rPr>
        <w:t>епізоді</w:t>
      </w:r>
      <w:proofErr w:type="spellEnd"/>
      <w:r w:rsidRPr="00541039">
        <w:rPr>
          <w:lang w:val="ru-RU"/>
        </w:rPr>
        <w:t xml:space="preserve"> </w:t>
      </w:r>
      <w:proofErr w:type="spellStart"/>
      <w:r w:rsidRPr="00541039">
        <w:rPr>
          <w:lang w:val="ru-RU"/>
        </w:rPr>
        <w:t>результати</w:t>
      </w:r>
      <w:proofErr w:type="spellEnd"/>
      <w:r w:rsidRPr="00541039">
        <w:rPr>
          <w:lang w:val="ru-RU"/>
        </w:rPr>
        <w:t xml:space="preserve"> </w:t>
      </w:r>
      <w:proofErr w:type="spellStart"/>
      <w:r w:rsidRPr="00541039">
        <w:rPr>
          <w:lang w:val="ru-RU"/>
        </w:rPr>
        <w:t>публікуються</w:t>
      </w:r>
      <w:proofErr w:type="spellEnd"/>
      <w:r w:rsidRPr="00541039">
        <w:rPr>
          <w:lang w:val="ru-RU"/>
        </w:rPr>
        <w:t xml:space="preserve"> на </w:t>
      </w:r>
      <w:proofErr w:type="spellStart"/>
      <w:r w:rsidRPr="00541039">
        <w:rPr>
          <w:lang w:val="ru-RU"/>
        </w:rPr>
        <w:t>Сторінці</w:t>
      </w:r>
      <w:proofErr w:type="spellEnd"/>
      <w:r w:rsidRPr="00541039">
        <w:rPr>
          <w:lang w:val="ru-RU"/>
        </w:rPr>
        <w:t xml:space="preserve"> </w:t>
      </w:r>
      <w:proofErr w:type="spellStart"/>
      <w:r w:rsidRPr="00541039">
        <w:rPr>
          <w:lang w:val="ru-RU"/>
        </w:rPr>
        <w:t>голосування</w:t>
      </w:r>
      <w:proofErr w:type="spellEnd"/>
      <w:r w:rsidRPr="00541039">
        <w:rPr>
          <w:lang w:val="ru-RU"/>
        </w:rPr>
        <w:t xml:space="preserve">, в </w:t>
      </w:r>
      <w:proofErr w:type="spellStart"/>
      <w:r w:rsidRPr="00541039">
        <w:rPr>
          <w:lang w:val="ru-RU"/>
        </w:rPr>
        <w:t>офіційних</w:t>
      </w:r>
      <w:proofErr w:type="spellEnd"/>
      <w:r w:rsidRPr="00541039">
        <w:rPr>
          <w:lang w:val="ru-RU"/>
        </w:rPr>
        <w:t xml:space="preserve"> </w:t>
      </w:r>
      <w:proofErr w:type="spellStart"/>
      <w:r w:rsidRPr="00541039">
        <w:rPr>
          <w:lang w:val="ru-RU"/>
        </w:rPr>
        <w:t>соціальних</w:t>
      </w:r>
      <w:proofErr w:type="spellEnd"/>
      <w:r w:rsidRPr="00541039">
        <w:rPr>
          <w:lang w:val="ru-RU"/>
        </w:rPr>
        <w:t xml:space="preserve"> мережах </w:t>
      </w:r>
      <w:proofErr w:type="spellStart"/>
      <w:r w:rsidRPr="00541039">
        <w:rPr>
          <w:lang w:val="ru-RU"/>
        </w:rPr>
        <w:t>Проєкту</w:t>
      </w:r>
      <w:proofErr w:type="spellEnd"/>
      <w:r w:rsidRPr="00541039">
        <w:rPr>
          <w:lang w:val="ru-RU"/>
        </w:rPr>
        <w:t xml:space="preserve"> «Фабрика </w:t>
      </w:r>
      <w:proofErr w:type="spellStart"/>
      <w:r w:rsidRPr="00541039">
        <w:rPr>
          <w:lang w:val="ru-RU"/>
        </w:rPr>
        <w:t>Зірок</w:t>
      </w:r>
      <w:proofErr w:type="spellEnd"/>
      <w:r w:rsidRPr="00541039">
        <w:rPr>
          <w:lang w:val="ru-RU"/>
        </w:rPr>
        <w:t xml:space="preserve">» та </w:t>
      </w:r>
      <w:r>
        <w:t>SWEET</w:t>
      </w:r>
      <w:r w:rsidRPr="00541039">
        <w:rPr>
          <w:lang w:val="ru-RU"/>
        </w:rPr>
        <w:t>.</w:t>
      </w:r>
      <w:r>
        <w:t>TV</w:t>
      </w:r>
      <w:r w:rsidRPr="00541039">
        <w:rPr>
          <w:lang w:val="ru-RU"/>
        </w:rPr>
        <w:t>.</w:t>
      </w:r>
    </w:p>
    <w:p w14:paraId="1BC250E1" w14:textId="77777777" w:rsidR="00D97F10" w:rsidRDefault="00000000" w:rsidP="00544987">
      <w:pPr>
        <w:pStyle w:val="LegalClause"/>
        <w:numPr>
          <w:ilvl w:val="1"/>
          <w:numId w:val="1"/>
        </w:numPr>
        <w:tabs>
          <w:tab w:val="left" w:pos="851"/>
          <w:tab w:val="left" w:pos="1418"/>
        </w:tabs>
      </w:pPr>
      <w:proofErr w:type="spellStart"/>
      <w:r w:rsidRPr="00541039">
        <w:rPr>
          <w:lang w:val="ru-RU"/>
        </w:rPr>
        <w:t>Оприлюднюються</w:t>
      </w:r>
      <w:proofErr w:type="spellEnd"/>
      <w:r w:rsidRPr="00541039">
        <w:rPr>
          <w:lang w:val="ru-RU"/>
        </w:rPr>
        <w:t xml:space="preserve">: </w:t>
      </w:r>
      <w:proofErr w:type="spellStart"/>
      <w:r w:rsidRPr="00541039">
        <w:rPr>
          <w:lang w:val="ru-RU"/>
        </w:rPr>
        <w:t>місце</w:t>
      </w:r>
      <w:proofErr w:type="spellEnd"/>
      <w:r w:rsidRPr="00541039">
        <w:rPr>
          <w:lang w:val="ru-RU"/>
        </w:rPr>
        <w:t xml:space="preserve"> кожного Кандидата; точна </w:t>
      </w:r>
      <w:proofErr w:type="spellStart"/>
      <w:r w:rsidRPr="00541039">
        <w:rPr>
          <w:lang w:val="ru-RU"/>
        </w:rPr>
        <w:t>кількість</w:t>
      </w:r>
      <w:proofErr w:type="spellEnd"/>
      <w:r w:rsidRPr="00541039">
        <w:rPr>
          <w:lang w:val="ru-RU"/>
        </w:rPr>
        <w:t xml:space="preserve"> </w:t>
      </w:r>
      <w:proofErr w:type="spellStart"/>
      <w:r w:rsidRPr="00541039">
        <w:rPr>
          <w:lang w:val="ru-RU"/>
        </w:rPr>
        <w:t>його</w:t>
      </w:r>
      <w:proofErr w:type="spellEnd"/>
      <w:r w:rsidRPr="00541039">
        <w:rPr>
          <w:lang w:val="ru-RU"/>
        </w:rPr>
        <w:t xml:space="preserve"> </w:t>
      </w:r>
      <w:proofErr w:type="spellStart"/>
      <w:r w:rsidRPr="00541039">
        <w:rPr>
          <w:lang w:val="ru-RU"/>
        </w:rPr>
        <w:t>Дійсних</w:t>
      </w:r>
      <w:proofErr w:type="spellEnd"/>
      <w:r w:rsidRPr="00541039">
        <w:rPr>
          <w:lang w:val="ru-RU"/>
        </w:rPr>
        <w:t xml:space="preserve"> </w:t>
      </w:r>
      <w:proofErr w:type="spellStart"/>
      <w:r w:rsidRPr="00541039">
        <w:rPr>
          <w:lang w:val="ru-RU"/>
        </w:rPr>
        <w:t>голосів</w:t>
      </w:r>
      <w:proofErr w:type="spellEnd"/>
      <w:r w:rsidRPr="00541039">
        <w:rPr>
          <w:lang w:val="ru-RU"/>
        </w:rPr>
        <w:t xml:space="preserve">; </w:t>
      </w:r>
      <w:proofErr w:type="spellStart"/>
      <w:r w:rsidRPr="00541039">
        <w:rPr>
          <w:lang w:val="ru-RU"/>
        </w:rPr>
        <w:t>загальна</w:t>
      </w:r>
      <w:proofErr w:type="spellEnd"/>
      <w:r w:rsidRPr="00541039">
        <w:rPr>
          <w:lang w:val="ru-RU"/>
        </w:rPr>
        <w:t xml:space="preserve"> </w:t>
      </w:r>
      <w:proofErr w:type="spellStart"/>
      <w:r w:rsidRPr="00541039">
        <w:rPr>
          <w:lang w:val="ru-RU"/>
        </w:rPr>
        <w:t>кількість</w:t>
      </w:r>
      <w:proofErr w:type="spellEnd"/>
      <w:r w:rsidRPr="00541039">
        <w:rPr>
          <w:lang w:val="ru-RU"/>
        </w:rPr>
        <w:t xml:space="preserve"> </w:t>
      </w:r>
      <w:proofErr w:type="spellStart"/>
      <w:r w:rsidRPr="00541039">
        <w:rPr>
          <w:lang w:val="ru-RU"/>
        </w:rPr>
        <w:t>Дійсних</w:t>
      </w:r>
      <w:proofErr w:type="spellEnd"/>
      <w:r w:rsidRPr="00541039">
        <w:rPr>
          <w:lang w:val="ru-RU"/>
        </w:rPr>
        <w:t xml:space="preserve"> </w:t>
      </w:r>
      <w:proofErr w:type="spellStart"/>
      <w:r w:rsidRPr="00541039">
        <w:rPr>
          <w:lang w:val="ru-RU"/>
        </w:rPr>
        <w:t>голосів</w:t>
      </w:r>
      <w:proofErr w:type="spellEnd"/>
      <w:r w:rsidRPr="00541039">
        <w:rPr>
          <w:lang w:val="ru-RU"/>
        </w:rPr>
        <w:t xml:space="preserve">; </w:t>
      </w:r>
      <w:proofErr w:type="spellStart"/>
      <w:r w:rsidRPr="00541039">
        <w:rPr>
          <w:lang w:val="ru-RU"/>
        </w:rPr>
        <w:t>підсумкова</w:t>
      </w:r>
      <w:proofErr w:type="spellEnd"/>
      <w:r w:rsidRPr="00541039">
        <w:rPr>
          <w:lang w:val="ru-RU"/>
        </w:rPr>
        <w:t xml:space="preserve"> сума </w:t>
      </w:r>
      <w:proofErr w:type="spellStart"/>
      <w:r w:rsidRPr="00541039">
        <w:rPr>
          <w:lang w:val="ru-RU"/>
        </w:rPr>
        <w:t>Благодійної</w:t>
      </w:r>
      <w:proofErr w:type="spellEnd"/>
      <w:r w:rsidRPr="00541039">
        <w:rPr>
          <w:lang w:val="ru-RU"/>
        </w:rPr>
        <w:t xml:space="preserve"> </w:t>
      </w:r>
      <w:proofErr w:type="spellStart"/>
      <w:r w:rsidRPr="00541039">
        <w:rPr>
          <w:lang w:val="ru-RU"/>
        </w:rPr>
        <w:t>складової</w:t>
      </w:r>
      <w:proofErr w:type="spellEnd"/>
      <w:r w:rsidRPr="00541039">
        <w:rPr>
          <w:lang w:val="ru-RU"/>
        </w:rPr>
        <w:t xml:space="preserve">; </w:t>
      </w:r>
      <w:proofErr w:type="spellStart"/>
      <w:r w:rsidRPr="00541039">
        <w:rPr>
          <w:lang w:val="ru-RU"/>
        </w:rPr>
        <w:t>ім'я</w:t>
      </w:r>
      <w:proofErr w:type="spellEnd"/>
      <w:r w:rsidRPr="00541039">
        <w:rPr>
          <w:lang w:val="ru-RU"/>
        </w:rPr>
        <w:t xml:space="preserve"> </w:t>
      </w:r>
      <w:proofErr w:type="spellStart"/>
      <w:r w:rsidRPr="00541039">
        <w:rPr>
          <w:lang w:val="ru-RU"/>
        </w:rPr>
        <w:t>Переможця</w:t>
      </w:r>
      <w:proofErr w:type="spellEnd"/>
      <w:r w:rsidRPr="00541039">
        <w:rPr>
          <w:lang w:val="ru-RU"/>
        </w:rPr>
        <w:t xml:space="preserve"> </w:t>
      </w:r>
      <w:proofErr w:type="spellStart"/>
      <w:r w:rsidRPr="00541039">
        <w:rPr>
          <w:lang w:val="ru-RU"/>
        </w:rPr>
        <w:t>голосування</w:t>
      </w:r>
      <w:proofErr w:type="spellEnd"/>
      <w:r w:rsidRPr="00541039">
        <w:rPr>
          <w:lang w:val="ru-RU"/>
        </w:rPr>
        <w:t xml:space="preserve">. </w:t>
      </w:r>
      <w:proofErr w:type="spellStart"/>
      <w:r>
        <w:t>Статус</w:t>
      </w:r>
      <w:proofErr w:type="spellEnd"/>
      <w:r>
        <w:t xml:space="preserve"> </w:t>
      </w:r>
      <w:proofErr w:type="spellStart"/>
      <w:r>
        <w:t>виключеного</w:t>
      </w:r>
      <w:proofErr w:type="spellEnd"/>
      <w:r>
        <w:t xml:space="preserve"> Кандидата, </w:t>
      </w:r>
      <w:proofErr w:type="spellStart"/>
      <w:r>
        <w:t>якщо</w:t>
      </w:r>
      <w:proofErr w:type="spellEnd"/>
      <w:r>
        <w:t xml:space="preserve"> такий є, зазначається окремо.</w:t>
      </w:r>
    </w:p>
    <w:p w14:paraId="08A59571" w14:textId="77777777" w:rsidR="00D97F10" w:rsidRDefault="00000000" w:rsidP="00544987">
      <w:pPr>
        <w:pStyle w:val="LegalClause"/>
        <w:numPr>
          <w:ilvl w:val="1"/>
          <w:numId w:val="1"/>
        </w:numPr>
        <w:tabs>
          <w:tab w:val="left" w:pos="851"/>
          <w:tab w:val="left" w:pos="1418"/>
        </w:tabs>
      </w:pPr>
      <w:r>
        <w:t>До офіційного оголошення будь-які витоки, припущення, неофіційні таблиці, знімки екрана або повідомлення третіх осіб не є результатами Голосування.</w:t>
      </w:r>
    </w:p>
    <w:p w14:paraId="5362D163" w14:textId="77777777" w:rsidR="00D97F10" w:rsidRPr="00541039" w:rsidRDefault="00000000" w:rsidP="00544987">
      <w:pPr>
        <w:pStyle w:val="LegalClause"/>
        <w:numPr>
          <w:ilvl w:val="1"/>
          <w:numId w:val="1"/>
        </w:numPr>
        <w:tabs>
          <w:tab w:val="left" w:pos="851"/>
          <w:tab w:val="left" w:pos="1418"/>
        </w:tabs>
        <w:rPr>
          <w:lang w:val="ru-RU"/>
        </w:rPr>
      </w:pPr>
      <w:proofErr w:type="spellStart"/>
      <w:r w:rsidRPr="00541039">
        <w:rPr>
          <w:lang w:val="ru-RU"/>
        </w:rPr>
        <w:t>Якщо</w:t>
      </w:r>
      <w:proofErr w:type="spellEnd"/>
      <w:r w:rsidRPr="00541039">
        <w:rPr>
          <w:lang w:val="ru-RU"/>
        </w:rPr>
        <w:t xml:space="preserve"> </w:t>
      </w:r>
      <w:proofErr w:type="spellStart"/>
      <w:r w:rsidRPr="00541039">
        <w:rPr>
          <w:lang w:val="ru-RU"/>
        </w:rPr>
        <w:t>вихід</w:t>
      </w:r>
      <w:proofErr w:type="spellEnd"/>
      <w:r w:rsidRPr="00541039">
        <w:rPr>
          <w:lang w:val="ru-RU"/>
        </w:rPr>
        <w:t xml:space="preserve"> </w:t>
      </w:r>
      <w:proofErr w:type="spellStart"/>
      <w:r w:rsidRPr="00541039">
        <w:rPr>
          <w:lang w:val="ru-RU"/>
        </w:rPr>
        <w:t>третього</w:t>
      </w:r>
      <w:proofErr w:type="spellEnd"/>
      <w:r w:rsidRPr="00541039">
        <w:rPr>
          <w:lang w:val="ru-RU"/>
        </w:rPr>
        <w:t xml:space="preserve"> </w:t>
      </w:r>
      <w:proofErr w:type="spellStart"/>
      <w:r w:rsidRPr="00541039">
        <w:rPr>
          <w:lang w:val="ru-RU"/>
        </w:rPr>
        <w:t>епізоду</w:t>
      </w:r>
      <w:proofErr w:type="spellEnd"/>
      <w:r w:rsidRPr="00541039">
        <w:rPr>
          <w:lang w:val="ru-RU"/>
        </w:rPr>
        <w:t xml:space="preserve"> переноситься, </w:t>
      </w:r>
      <w:proofErr w:type="spellStart"/>
      <w:r w:rsidRPr="00541039">
        <w:rPr>
          <w:lang w:val="ru-RU"/>
        </w:rPr>
        <w:t>одночасно</w:t>
      </w:r>
      <w:proofErr w:type="spellEnd"/>
      <w:r w:rsidRPr="00541039">
        <w:rPr>
          <w:lang w:val="ru-RU"/>
        </w:rPr>
        <w:t xml:space="preserve"> переноситься </w:t>
      </w:r>
      <w:proofErr w:type="spellStart"/>
      <w:r w:rsidRPr="00541039">
        <w:rPr>
          <w:lang w:val="ru-RU"/>
        </w:rPr>
        <w:t>публічне</w:t>
      </w:r>
      <w:proofErr w:type="spellEnd"/>
      <w:r w:rsidRPr="00541039">
        <w:rPr>
          <w:lang w:val="ru-RU"/>
        </w:rPr>
        <w:t xml:space="preserve"> </w:t>
      </w:r>
      <w:proofErr w:type="spellStart"/>
      <w:r w:rsidRPr="00541039">
        <w:rPr>
          <w:lang w:val="ru-RU"/>
        </w:rPr>
        <w:t>оголошення</w:t>
      </w:r>
      <w:proofErr w:type="spellEnd"/>
      <w:r w:rsidRPr="00541039">
        <w:rPr>
          <w:lang w:val="ru-RU"/>
        </w:rPr>
        <w:t xml:space="preserve"> </w:t>
      </w:r>
      <w:proofErr w:type="spellStart"/>
      <w:r w:rsidRPr="00541039">
        <w:rPr>
          <w:lang w:val="ru-RU"/>
        </w:rPr>
        <w:t>всіх</w:t>
      </w:r>
      <w:proofErr w:type="spellEnd"/>
      <w:r w:rsidRPr="00541039">
        <w:rPr>
          <w:lang w:val="ru-RU"/>
        </w:rPr>
        <w:t xml:space="preserve"> </w:t>
      </w:r>
      <w:proofErr w:type="spellStart"/>
      <w:r w:rsidRPr="00541039">
        <w:rPr>
          <w:lang w:val="ru-RU"/>
        </w:rPr>
        <w:t>результатів</w:t>
      </w:r>
      <w:proofErr w:type="spellEnd"/>
      <w:r w:rsidRPr="00541039">
        <w:rPr>
          <w:lang w:val="ru-RU"/>
        </w:rPr>
        <w:t xml:space="preserve">. </w:t>
      </w:r>
      <w:proofErr w:type="spellStart"/>
      <w:r w:rsidRPr="00541039">
        <w:rPr>
          <w:lang w:val="ru-RU"/>
        </w:rPr>
        <w:t>Організатор</w:t>
      </w:r>
      <w:proofErr w:type="spellEnd"/>
      <w:r w:rsidRPr="00541039">
        <w:rPr>
          <w:lang w:val="ru-RU"/>
        </w:rPr>
        <w:t xml:space="preserve"> </w:t>
      </w:r>
      <w:proofErr w:type="spellStart"/>
      <w:r w:rsidRPr="00541039">
        <w:rPr>
          <w:lang w:val="ru-RU"/>
        </w:rPr>
        <w:t>повідомляє</w:t>
      </w:r>
      <w:proofErr w:type="spellEnd"/>
      <w:r w:rsidRPr="00541039">
        <w:rPr>
          <w:lang w:val="ru-RU"/>
        </w:rPr>
        <w:t xml:space="preserve"> про </w:t>
      </w:r>
      <w:proofErr w:type="spellStart"/>
      <w:r w:rsidRPr="00541039">
        <w:rPr>
          <w:lang w:val="ru-RU"/>
        </w:rPr>
        <w:t>нову</w:t>
      </w:r>
      <w:proofErr w:type="spellEnd"/>
      <w:r w:rsidRPr="00541039">
        <w:rPr>
          <w:lang w:val="ru-RU"/>
        </w:rPr>
        <w:t xml:space="preserve"> дату на </w:t>
      </w:r>
      <w:proofErr w:type="spellStart"/>
      <w:r w:rsidRPr="00541039">
        <w:rPr>
          <w:lang w:val="ru-RU"/>
        </w:rPr>
        <w:t>офіційних</w:t>
      </w:r>
      <w:proofErr w:type="spellEnd"/>
      <w:r w:rsidRPr="00541039">
        <w:rPr>
          <w:lang w:val="ru-RU"/>
        </w:rPr>
        <w:t xml:space="preserve"> ресурсах. Строк </w:t>
      </w:r>
      <w:proofErr w:type="spellStart"/>
      <w:r w:rsidRPr="00541039">
        <w:rPr>
          <w:lang w:val="ru-RU"/>
        </w:rPr>
        <w:t>благодійного</w:t>
      </w:r>
      <w:proofErr w:type="spellEnd"/>
      <w:r w:rsidRPr="00541039">
        <w:rPr>
          <w:lang w:val="ru-RU"/>
        </w:rPr>
        <w:t xml:space="preserve"> </w:t>
      </w:r>
      <w:proofErr w:type="spellStart"/>
      <w:r w:rsidRPr="00541039">
        <w:rPr>
          <w:lang w:val="ru-RU"/>
        </w:rPr>
        <w:t>переказу</w:t>
      </w:r>
      <w:proofErr w:type="spellEnd"/>
      <w:r w:rsidRPr="00541039">
        <w:rPr>
          <w:lang w:val="ru-RU"/>
        </w:rPr>
        <w:t xml:space="preserve"> до 2 </w:t>
      </w:r>
      <w:proofErr w:type="spellStart"/>
      <w:r w:rsidRPr="00541039">
        <w:rPr>
          <w:lang w:val="ru-RU"/>
        </w:rPr>
        <w:t>жовтня</w:t>
      </w:r>
      <w:proofErr w:type="spellEnd"/>
      <w:r w:rsidRPr="00541039">
        <w:rPr>
          <w:lang w:val="ru-RU"/>
        </w:rPr>
        <w:t xml:space="preserve"> 2026 року </w:t>
      </w:r>
      <w:proofErr w:type="spellStart"/>
      <w:r w:rsidRPr="00541039">
        <w:rPr>
          <w:lang w:val="ru-RU"/>
        </w:rPr>
        <w:t>зберігається</w:t>
      </w:r>
      <w:proofErr w:type="spellEnd"/>
      <w:r w:rsidRPr="00541039">
        <w:rPr>
          <w:lang w:val="ru-RU"/>
        </w:rPr>
        <w:t xml:space="preserve">, </w:t>
      </w:r>
      <w:proofErr w:type="spellStart"/>
      <w:r w:rsidRPr="00541039">
        <w:rPr>
          <w:lang w:val="ru-RU"/>
        </w:rPr>
        <w:t>крім</w:t>
      </w:r>
      <w:proofErr w:type="spellEnd"/>
      <w:r w:rsidRPr="00541039">
        <w:rPr>
          <w:lang w:val="ru-RU"/>
        </w:rPr>
        <w:t xml:space="preserve"> </w:t>
      </w:r>
      <w:proofErr w:type="spellStart"/>
      <w:r w:rsidRPr="00541039">
        <w:rPr>
          <w:lang w:val="ru-RU"/>
        </w:rPr>
        <w:t>випадків</w:t>
      </w:r>
      <w:proofErr w:type="spellEnd"/>
      <w:r w:rsidRPr="00541039">
        <w:rPr>
          <w:lang w:val="ru-RU"/>
        </w:rPr>
        <w:t xml:space="preserve">, </w:t>
      </w:r>
      <w:proofErr w:type="spellStart"/>
      <w:r w:rsidRPr="00541039">
        <w:rPr>
          <w:lang w:val="ru-RU"/>
        </w:rPr>
        <w:t>визначених</w:t>
      </w:r>
      <w:proofErr w:type="spellEnd"/>
      <w:r w:rsidRPr="00541039">
        <w:rPr>
          <w:lang w:val="ru-RU"/>
        </w:rPr>
        <w:t xml:space="preserve"> пунктом 13.5 Правил.</w:t>
      </w:r>
    </w:p>
    <w:p w14:paraId="1107ABCB" w14:textId="77777777" w:rsidR="00D97F10" w:rsidRDefault="00000000" w:rsidP="00544987">
      <w:pPr>
        <w:pStyle w:val="Heading1"/>
        <w:numPr>
          <w:ilvl w:val="0"/>
          <w:numId w:val="1"/>
        </w:numPr>
        <w:ind w:hanging="76"/>
      </w:pPr>
      <w:r>
        <w:rPr>
          <w:rFonts w:ascii="Times New Roman" w:eastAsia="Times New Roman" w:hAnsi="Times New Roman" w:cs="Times New Roman"/>
        </w:rPr>
        <w:lastRenderedPageBreak/>
        <w:t>ПРАВА ТА ОБОВ'ЯЗКИ УЧАСНИКА</w:t>
      </w:r>
    </w:p>
    <w:p w14:paraId="6E5642A4" w14:textId="77777777" w:rsidR="00D97F10" w:rsidRPr="00541039" w:rsidRDefault="00000000" w:rsidP="00544987">
      <w:pPr>
        <w:pStyle w:val="LegalClause"/>
        <w:numPr>
          <w:ilvl w:val="1"/>
          <w:numId w:val="1"/>
        </w:numPr>
        <w:tabs>
          <w:tab w:val="left" w:pos="851"/>
        </w:tabs>
        <w:rPr>
          <w:lang w:val="ru-RU"/>
        </w:rPr>
      </w:pPr>
      <w:proofErr w:type="spellStart"/>
      <w:r w:rsidRPr="00541039">
        <w:rPr>
          <w:lang w:val="ru-RU"/>
        </w:rPr>
        <w:t>Учасник</w:t>
      </w:r>
      <w:proofErr w:type="spellEnd"/>
      <w:r w:rsidRPr="00541039">
        <w:rPr>
          <w:lang w:val="ru-RU"/>
        </w:rPr>
        <w:t xml:space="preserve"> </w:t>
      </w:r>
      <w:proofErr w:type="spellStart"/>
      <w:r w:rsidRPr="00541039">
        <w:rPr>
          <w:lang w:val="ru-RU"/>
        </w:rPr>
        <w:t>має</w:t>
      </w:r>
      <w:proofErr w:type="spellEnd"/>
      <w:r w:rsidRPr="00541039">
        <w:rPr>
          <w:lang w:val="ru-RU"/>
        </w:rPr>
        <w:t xml:space="preserve"> право </w:t>
      </w:r>
      <w:proofErr w:type="spellStart"/>
      <w:r w:rsidRPr="00541039">
        <w:rPr>
          <w:lang w:val="ru-RU"/>
        </w:rPr>
        <w:t>ознайомитися</w:t>
      </w:r>
      <w:proofErr w:type="spellEnd"/>
      <w:r w:rsidRPr="00541039">
        <w:rPr>
          <w:lang w:val="ru-RU"/>
        </w:rPr>
        <w:t xml:space="preserve"> з </w:t>
      </w:r>
      <w:proofErr w:type="spellStart"/>
      <w:r w:rsidRPr="00541039">
        <w:rPr>
          <w:lang w:val="ru-RU"/>
        </w:rPr>
        <w:t>актуальними</w:t>
      </w:r>
      <w:proofErr w:type="spellEnd"/>
      <w:r w:rsidRPr="00541039">
        <w:rPr>
          <w:lang w:val="ru-RU"/>
        </w:rPr>
        <w:t xml:space="preserve"> Правилами, подати один Голос за </w:t>
      </w:r>
      <w:proofErr w:type="spellStart"/>
      <w:r w:rsidRPr="00541039">
        <w:rPr>
          <w:lang w:val="ru-RU"/>
        </w:rPr>
        <w:t>обраного</w:t>
      </w:r>
      <w:proofErr w:type="spellEnd"/>
      <w:r w:rsidRPr="00541039">
        <w:rPr>
          <w:lang w:val="ru-RU"/>
        </w:rPr>
        <w:t xml:space="preserve"> Кандидата, </w:t>
      </w:r>
      <w:proofErr w:type="spellStart"/>
      <w:r w:rsidRPr="00541039">
        <w:rPr>
          <w:lang w:val="ru-RU"/>
        </w:rPr>
        <w:t>отримувати</w:t>
      </w:r>
      <w:proofErr w:type="spellEnd"/>
      <w:r w:rsidRPr="00541039">
        <w:rPr>
          <w:lang w:val="ru-RU"/>
        </w:rPr>
        <w:t xml:space="preserve"> </w:t>
      </w:r>
      <w:proofErr w:type="spellStart"/>
      <w:r w:rsidRPr="00541039">
        <w:rPr>
          <w:lang w:val="ru-RU"/>
        </w:rPr>
        <w:t>передбачену</w:t>
      </w:r>
      <w:proofErr w:type="spellEnd"/>
      <w:r w:rsidRPr="00541039">
        <w:rPr>
          <w:lang w:val="ru-RU"/>
        </w:rPr>
        <w:t xml:space="preserve"> Правилами </w:t>
      </w:r>
      <w:proofErr w:type="spellStart"/>
      <w:r w:rsidRPr="00541039">
        <w:rPr>
          <w:lang w:val="ru-RU"/>
        </w:rPr>
        <w:t>інформацію</w:t>
      </w:r>
      <w:proofErr w:type="spellEnd"/>
      <w:r w:rsidRPr="00541039">
        <w:rPr>
          <w:lang w:val="ru-RU"/>
        </w:rPr>
        <w:t xml:space="preserve">, </w:t>
      </w:r>
      <w:proofErr w:type="spellStart"/>
      <w:r w:rsidRPr="00541039">
        <w:rPr>
          <w:lang w:val="ru-RU"/>
        </w:rPr>
        <w:t>брати</w:t>
      </w:r>
      <w:proofErr w:type="spellEnd"/>
      <w:r w:rsidRPr="00541039">
        <w:rPr>
          <w:lang w:val="ru-RU"/>
        </w:rPr>
        <w:t xml:space="preserve"> участь у </w:t>
      </w:r>
      <w:proofErr w:type="spellStart"/>
      <w:r w:rsidRPr="00541039">
        <w:rPr>
          <w:lang w:val="ru-RU"/>
        </w:rPr>
        <w:t>Розіграші</w:t>
      </w:r>
      <w:proofErr w:type="spellEnd"/>
      <w:r w:rsidRPr="00541039">
        <w:rPr>
          <w:lang w:val="ru-RU"/>
        </w:rPr>
        <w:t xml:space="preserve"> та, за </w:t>
      </w:r>
      <w:proofErr w:type="spellStart"/>
      <w:r w:rsidRPr="00541039">
        <w:rPr>
          <w:lang w:val="ru-RU"/>
        </w:rPr>
        <w:t>наявності</w:t>
      </w:r>
      <w:proofErr w:type="spellEnd"/>
      <w:r w:rsidRPr="00541039">
        <w:rPr>
          <w:lang w:val="ru-RU"/>
        </w:rPr>
        <w:t xml:space="preserve"> умов, </w:t>
      </w:r>
      <w:proofErr w:type="spellStart"/>
      <w:r w:rsidRPr="00541039">
        <w:rPr>
          <w:lang w:val="ru-RU"/>
        </w:rPr>
        <w:t>отримати</w:t>
      </w:r>
      <w:proofErr w:type="spellEnd"/>
      <w:r w:rsidRPr="00541039">
        <w:rPr>
          <w:lang w:val="ru-RU"/>
        </w:rPr>
        <w:t xml:space="preserve"> </w:t>
      </w:r>
      <w:proofErr w:type="spellStart"/>
      <w:r w:rsidRPr="00541039">
        <w:rPr>
          <w:lang w:val="ru-RU"/>
        </w:rPr>
        <w:t>Подарунковий</w:t>
      </w:r>
      <w:proofErr w:type="spellEnd"/>
      <w:r w:rsidRPr="00541039">
        <w:rPr>
          <w:lang w:val="ru-RU"/>
        </w:rPr>
        <w:t xml:space="preserve"> доступ.</w:t>
      </w:r>
    </w:p>
    <w:p w14:paraId="7E477ABF" w14:textId="4173F59E" w:rsidR="00D97F10" w:rsidRPr="00541039" w:rsidRDefault="00544987" w:rsidP="00544987">
      <w:pPr>
        <w:pStyle w:val="LegalClause"/>
        <w:numPr>
          <w:ilvl w:val="1"/>
          <w:numId w:val="1"/>
        </w:numPr>
        <w:tabs>
          <w:tab w:val="left" w:pos="851"/>
        </w:tabs>
        <w:rPr>
          <w:lang w:val="ru-RU"/>
        </w:rPr>
      </w:pPr>
      <w:proofErr w:type="spellStart"/>
      <w:r w:rsidRPr="00544987">
        <w:rPr>
          <w:lang w:val="ru-RU"/>
        </w:rPr>
        <w:t>Учасник</w:t>
      </w:r>
      <w:proofErr w:type="spellEnd"/>
      <w:r w:rsidRPr="00544987">
        <w:rPr>
          <w:lang w:val="ru-RU"/>
        </w:rPr>
        <w:t xml:space="preserve"> </w:t>
      </w:r>
      <w:proofErr w:type="spellStart"/>
      <w:r w:rsidRPr="00544987">
        <w:rPr>
          <w:lang w:val="ru-RU"/>
        </w:rPr>
        <w:t>зобов'язаний</w:t>
      </w:r>
      <w:proofErr w:type="spellEnd"/>
      <w:r w:rsidRPr="00544987">
        <w:rPr>
          <w:lang w:val="ru-RU"/>
        </w:rPr>
        <w:t xml:space="preserve"> </w:t>
      </w:r>
      <w:proofErr w:type="spellStart"/>
      <w:r w:rsidRPr="00544987">
        <w:rPr>
          <w:lang w:val="ru-RU"/>
        </w:rPr>
        <w:t>дотримуватися</w:t>
      </w:r>
      <w:proofErr w:type="spellEnd"/>
      <w:r w:rsidRPr="00544987">
        <w:rPr>
          <w:lang w:val="ru-RU"/>
        </w:rPr>
        <w:t xml:space="preserve"> </w:t>
      </w:r>
      <w:proofErr w:type="spellStart"/>
      <w:r w:rsidRPr="00544987">
        <w:rPr>
          <w:lang w:val="ru-RU"/>
        </w:rPr>
        <w:t>цих</w:t>
      </w:r>
      <w:proofErr w:type="spellEnd"/>
      <w:r w:rsidRPr="00544987">
        <w:rPr>
          <w:lang w:val="ru-RU"/>
        </w:rPr>
        <w:t xml:space="preserve"> Правил, </w:t>
      </w:r>
      <w:proofErr w:type="spellStart"/>
      <w:r w:rsidRPr="00544987">
        <w:rPr>
          <w:lang w:val="ru-RU"/>
        </w:rPr>
        <w:t>перевірити</w:t>
      </w:r>
      <w:proofErr w:type="spellEnd"/>
      <w:r w:rsidRPr="00544987">
        <w:rPr>
          <w:lang w:val="ru-RU"/>
        </w:rPr>
        <w:t xml:space="preserve"> </w:t>
      </w:r>
      <w:proofErr w:type="spellStart"/>
      <w:r w:rsidRPr="00544987">
        <w:rPr>
          <w:lang w:val="ru-RU"/>
        </w:rPr>
        <w:t>обраного</w:t>
      </w:r>
      <w:proofErr w:type="spellEnd"/>
      <w:r w:rsidRPr="00544987">
        <w:rPr>
          <w:lang w:val="ru-RU"/>
        </w:rPr>
        <w:t xml:space="preserve"> Кандидата перед </w:t>
      </w:r>
      <w:proofErr w:type="spellStart"/>
      <w:r w:rsidRPr="00544987">
        <w:rPr>
          <w:lang w:val="ru-RU"/>
        </w:rPr>
        <w:t>підтвердженням</w:t>
      </w:r>
      <w:proofErr w:type="spellEnd"/>
      <w:r w:rsidRPr="00544987">
        <w:rPr>
          <w:lang w:val="ru-RU"/>
        </w:rPr>
        <w:t xml:space="preserve"> Голосу, </w:t>
      </w:r>
      <w:proofErr w:type="spellStart"/>
      <w:r w:rsidRPr="00544987">
        <w:rPr>
          <w:lang w:val="ru-RU"/>
        </w:rPr>
        <w:t>дотримуватися</w:t>
      </w:r>
      <w:proofErr w:type="spellEnd"/>
      <w:r w:rsidRPr="00544987">
        <w:rPr>
          <w:lang w:val="ru-RU"/>
        </w:rPr>
        <w:t xml:space="preserve"> принципу одного Голосу, не </w:t>
      </w:r>
      <w:proofErr w:type="spellStart"/>
      <w:r w:rsidRPr="00544987">
        <w:rPr>
          <w:lang w:val="ru-RU"/>
        </w:rPr>
        <w:t>втручатися</w:t>
      </w:r>
      <w:proofErr w:type="spellEnd"/>
      <w:r w:rsidRPr="00544987">
        <w:rPr>
          <w:lang w:val="ru-RU"/>
        </w:rPr>
        <w:t xml:space="preserve"> у роботу </w:t>
      </w:r>
      <w:proofErr w:type="spellStart"/>
      <w:r w:rsidRPr="00544987">
        <w:rPr>
          <w:lang w:val="ru-RU"/>
        </w:rPr>
        <w:t>Платформи</w:t>
      </w:r>
      <w:proofErr w:type="spellEnd"/>
      <w:r w:rsidRPr="00544987">
        <w:rPr>
          <w:lang w:val="ru-RU"/>
        </w:rPr>
        <w:t xml:space="preserve"> та не </w:t>
      </w:r>
      <w:proofErr w:type="spellStart"/>
      <w:r w:rsidRPr="00544987">
        <w:rPr>
          <w:lang w:val="ru-RU"/>
        </w:rPr>
        <w:t>передавати</w:t>
      </w:r>
      <w:proofErr w:type="spellEnd"/>
      <w:r w:rsidRPr="00544987">
        <w:rPr>
          <w:lang w:val="ru-RU"/>
        </w:rPr>
        <w:t xml:space="preserve"> </w:t>
      </w:r>
      <w:proofErr w:type="spellStart"/>
      <w:r w:rsidRPr="00544987">
        <w:rPr>
          <w:lang w:val="ru-RU"/>
        </w:rPr>
        <w:t>Організатору</w:t>
      </w:r>
      <w:proofErr w:type="spellEnd"/>
      <w:r w:rsidRPr="00544987">
        <w:rPr>
          <w:lang w:val="ru-RU"/>
        </w:rPr>
        <w:t xml:space="preserve"> </w:t>
      </w:r>
      <w:proofErr w:type="spellStart"/>
      <w:r w:rsidRPr="00544987">
        <w:rPr>
          <w:lang w:val="ru-RU"/>
        </w:rPr>
        <w:t>паролі</w:t>
      </w:r>
      <w:proofErr w:type="spellEnd"/>
      <w:r w:rsidRPr="00544987">
        <w:rPr>
          <w:lang w:val="ru-RU"/>
        </w:rPr>
        <w:t xml:space="preserve">, </w:t>
      </w:r>
      <w:proofErr w:type="spellStart"/>
      <w:r w:rsidRPr="00544987">
        <w:rPr>
          <w:lang w:val="ru-RU"/>
        </w:rPr>
        <w:t>повні</w:t>
      </w:r>
      <w:proofErr w:type="spellEnd"/>
      <w:r w:rsidRPr="00544987">
        <w:rPr>
          <w:lang w:val="ru-RU"/>
        </w:rPr>
        <w:t xml:space="preserve"> </w:t>
      </w:r>
      <w:proofErr w:type="spellStart"/>
      <w:r w:rsidRPr="00544987">
        <w:rPr>
          <w:lang w:val="ru-RU"/>
        </w:rPr>
        <w:t>реквізити</w:t>
      </w:r>
      <w:proofErr w:type="spellEnd"/>
      <w:r w:rsidRPr="00544987">
        <w:rPr>
          <w:lang w:val="ru-RU"/>
        </w:rPr>
        <w:t xml:space="preserve"> </w:t>
      </w:r>
      <w:proofErr w:type="spellStart"/>
      <w:r w:rsidRPr="00544987">
        <w:rPr>
          <w:lang w:val="ru-RU"/>
        </w:rPr>
        <w:t>платіжної</w:t>
      </w:r>
      <w:proofErr w:type="spellEnd"/>
      <w:r w:rsidRPr="00544987">
        <w:rPr>
          <w:lang w:val="ru-RU"/>
        </w:rPr>
        <w:t xml:space="preserve"> </w:t>
      </w:r>
      <w:proofErr w:type="spellStart"/>
      <w:r w:rsidRPr="00544987">
        <w:rPr>
          <w:lang w:val="ru-RU"/>
        </w:rPr>
        <w:t>картки</w:t>
      </w:r>
      <w:proofErr w:type="spellEnd"/>
      <w:r w:rsidRPr="00544987">
        <w:rPr>
          <w:lang w:val="ru-RU"/>
        </w:rPr>
        <w:t xml:space="preserve">, </w:t>
      </w:r>
      <w:r>
        <w:t>PIN</w:t>
      </w:r>
      <w:r w:rsidRPr="00544987">
        <w:rPr>
          <w:lang w:val="ru-RU"/>
        </w:rPr>
        <w:t>-</w:t>
      </w:r>
      <w:proofErr w:type="spellStart"/>
      <w:r w:rsidRPr="00544987">
        <w:rPr>
          <w:lang w:val="ru-RU"/>
        </w:rPr>
        <w:t>коди</w:t>
      </w:r>
      <w:proofErr w:type="spellEnd"/>
      <w:r w:rsidRPr="00544987">
        <w:rPr>
          <w:lang w:val="ru-RU"/>
        </w:rPr>
        <w:t xml:space="preserve">, </w:t>
      </w:r>
      <w:r>
        <w:t>CVV</w:t>
      </w:r>
      <w:r w:rsidRPr="00544987">
        <w:rPr>
          <w:lang w:val="ru-RU"/>
        </w:rPr>
        <w:t>/</w:t>
      </w:r>
      <w:r>
        <w:t>CVC</w:t>
      </w:r>
      <w:r w:rsidRPr="00544987">
        <w:rPr>
          <w:lang w:val="ru-RU"/>
        </w:rPr>
        <w:t xml:space="preserve"> </w:t>
      </w:r>
      <w:proofErr w:type="spellStart"/>
      <w:r w:rsidRPr="00544987">
        <w:rPr>
          <w:lang w:val="ru-RU"/>
        </w:rPr>
        <w:t>або</w:t>
      </w:r>
      <w:proofErr w:type="spellEnd"/>
      <w:r w:rsidRPr="00544987">
        <w:rPr>
          <w:lang w:val="ru-RU"/>
        </w:rPr>
        <w:t xml:space="preserve"> </w:t>
      </w:r>
      <w:proofErr w:type="spellStart"/>
      <w:r w:rsidRPr="00544987">
        <w:rPr>
          <w:lang w:val="ru-RU"/>
        </w:rPr>
        <w:t>одноразові</w:t>
      </w:r>
      <w:proofErr w:type="spellEnd"/>
      <w:r w:rsidRPr="00544987">
        <w:rPr>
          <w:lang w:val="ru-RU"/>
        </w:rPr>
        <w:t xml:space="preserve"> </w:t>
      </w:r>
      <w:proofErr w:type="spellStart"/>
      <w:r w:rsidRPr="00544987">
        <w:rPr>
          <w:lang w:val="ru-RU"/>
        </w:rPr>
        <w:t>банківські</w:t>
      </w:r>
      <w:proofErr w:type="spellEnd"/>
      <w:r w:rsidRPr="00544987">
        <w:rPr>
          <w:lang w:val="ru-RU"/>
        </w:rPr>
        <w:t xml:space="preserve"> </w:t>
      </w:r>
      <w:proofErr w:type="spellStart"/>
      <w:r w:rsidRPr="00544987">
        <w:rPr>
          <w:lang w:val="ru-RU"/>
        </w:rPr>
        <w:t>коди</w:t>
      </w:r>
      <w:proofErr w:type="spellEnd"/>
      <w:r w:rsidRPr="00541039">
        <w:rPr>
          <w:lang w:val="ru-RU"/>
        </w:rPr>
        <w:t>.</w:t>
      </w:r>
    </w:p>
    <w:p w14:paraId="173CE441" w14:textId="77777777" w:rsidR="00D97F10" w:rsidRPr="00541039" w:rsidRDefault="00000000" w:rsidP="00544987">
      <w:pPr>
        <w:pStyle w:val="LegalClause"/>
        <w:numPr>
          <w:ilvl w:val="1"/>
          <w:numId w:val="1"/>
        </w:numPr>
        <w:tabs>
          <w:tab w:val="left" w:pos="851"/>
        </w:tabs>
        <w:rPr>
          <w:lang w:val="ru-RU"/>
        </w:rPr>
      </w:pPr>
      <w:r w:rsidRPr="00541039">
        <w:rPr>
          <w:lang w:val="ru-RU"/>
        </w:rPr>
        <w:t xml:space="preserve">На запит </w:t>
      </w:r>
      <w:proofErr w:type="spellStart"/>
      <w:r w:rsidRPr="00541039">
        <w:rPr>
          <w:lang w:val="ru-RU"/>
        </w:rPr>
        <w:t>Організатора</w:t>
      </w:r>
      <w:proofErr w:type="spellEnd"/>
      <w:r w:rsidRPr="00541039">
        <w:rPr>
          <w:lang w:val="ru-RU"/>
        </w:rPr>
        <w:t xml:space="preserve"> </w:t>
      </w:r>
      <w:proofErr w:type="spellStart"/>
      <w:r w:rsidRPr="00541039">
        <w:rPr>
          <w:lang w:val="ru-RU"/>
        </w:rPr>
        <w:t>Учасник</w:t>
      </w:r>
      <w:proofErr w:type="spellEnd"/>
      <w:r w:rsidRPr="00541039">
        <w:rPr>
          <w:lang w:val="ru-RU"/>
        </w:rPr>
        <w:t xml:space="preserve"> </w:t>
      </w:r>
      <w:proofErr w:type="spellStart"/>
      <w:r w:rsidRPr="00541039">
        <w:rPr>
          <w:lang w:val="ru-RU"/>
        </w:rPr>
        <w:t>зобов'язаний</w:t>
      </w:r>
      <w:proofErr w:type="spellEnd"/>
      <w:r w:rsidRPr="00541039">
        <w:rPr>
          <w:lang w:val="ru-RU"/>
        </w:rPr>
        <w:t xml:space="preserve"> </w:t>
      </w:r>
      <w:proofErr w:type="spellStart"/>
      <w:r w:rsidRPr="00541039">
        <w:rPr>
          <w:lang w:val="ru-RU"/>
        </w:rPr>
        <w:t>надати</w:t>
      </w:r>
      <w:proofErr w:type="spellEnd"/>
      <w:r w:rsidRPr="00541039">
        <w:rPr>
          <w:lang w:val="ru-RU"/>
        </w:rPr>
        <w:t xml:space="preserve"> в </w:t>
      </w:r>
      <w:proofErr w:type="spellStart"/>
      <w:r w:rsidRPr="00541039">
        <w:rPr>
          <w:lang w:val="ru-RU"/>
        </w:rPr>
        <w:t>розумний</w:t>
      </w:r>
      <w:proofErr w:type="spellEnd"/>
      <w:r w:rsidRPr="00541039">
        <w:rPr>
          <w:lang w:val="ru-RU"/>
        </w:rPr>
        <w:t xml:space="preserve"> строк </w:t>
      </w:r>
      <w:proofErr w:type="spellStart"/>
      <w:r w:rsidRPr="00541039">
        <w:rPr>
          <w:lang w:val="ru-RU"/>
        </w:rPr>
        <w:t>інформацію</w:t>
      </w:r>
      <w:proofErr w:type="spellEnd"/>
      <w:r w:rsidRPr="00541039">
        <w:rPr>
          <w:lang w:val="ru-RU"/>
        </w:rPr>
        <w:t xml:space="preserve">, </w:t>
      </w:r>
      <w:proofErr w:type="spellStart"/>
      <w:r w:rsidRPr="00541039">
        <w:rPr>
          <w:lang w:val="ru-RU"/>
        </w:rPr>
        <w:t>необхідну</w:t>
      </w:r>
      <w:proofErr w:type="spellEnd"/>
      <w:r w:rsidRPr="00541039">
        <w:rPr>
          <w:lang w:val="ru-RU"/>
        </w:rPr>
        <w:t xml:space="preserve"> для </w:t>
      </w:r>
      <w:proofErr w:type="spellStart"/>
      <w:r w:rsidRPr="00541039">
        <w:rPr>
          <w:lang w:val="ru-RU"/>
        </w:rPr>
        <w:t>платіжної</w:t>
      </w:r>
      <w:proofErr w:type="spellEnd"/>
      <w:r w:rsidRPr="00541039">
        <w:rPr>
          <w:lang w:val="ru-RU"/>
        </w:rPr>
        <w:t xml:space="preserve"> </w:t>
      </w:r>
      <w:proofErr w:type="spellStart"/>
      <w:r w:rsidRPr="00541039">
        <w:rPr>
          <w:lang w:val="ru-RU"/>
        </w:rPr>
        <w:t>звірки</w:t>
      </w:r>
      <w:proofErr w:type="spellEnd"/>
      <w:r w:rsidRPr="00541039">
        <w:rPr>
          <w:lang w:val="ru-RU"/>
        </w:rPr>
        <w:t>, антифрод-</w:t>
      </w:r>
      <w:proofErr w:type="spellStart"/>
      <w:r w:rsidRPr="00541039">
        <w:rPr>
          <w:lang w:val="ru-RU"/>
        </w:rPr>
        <w:t>перевірки</w:t>
      </w:r>
      <w:proofErr w:type="spellEnd"/>
      <w:r w:rsidRPr="00541039">
        <w:rPr>
          <w:lang w:val="ru-RU"/>
        </w:rPr>
        <w:t xml:space="preserve">, </w:t>
      </w:r>
      <w:proofErr w:type="spellStart"/>
      <w:r w:rsidRPr="00541039">
        <w:rPr>
          <w:lang w:val="ru-RU"/>
        </w:rPr>
        <w:t>вручення</w:t>
      </w:r>
      <w:proofErr w:type="spellEnd"/>
      <w:r w:rsidRPr="00541039">
        <w:rPr>
          <w:lang w:val="ru-RU"/>
        </w:rPr>
        <w:t xml:space="preserve"> </w:t>
      </w:r>
      <w:proofErr w:type="spellStart"/>
      <w:r w:rsidRPr="00541039">
        <w:rPr>
          <w:lang w:val="ru-RU"/>
        </w:rPr>
        <w:t>квитків</w:t>
      </w:r>
      <w:proofErr w:type="spellEnd"/>
      <w:r w:rsidRPr="00541039">
        <w:rPr>
          <w:lang w:val="ru-RU"/>
        </w:rPr>
        <w:t xml:space="preserve"> </w:t>
      </w:r>
      <w:proofErr w:type="spellStart"/>
      <w:r w:rsidRPr="00541039">
        <w:rPr>
          <w:lang w:val="ru-RU"/>
        </w:rPr>
        <w:t>або</w:t>
      </w:r>
      <w:proofErr w:type="spellEnd"/>
      <w:r w:rsidRPr="00541039">
        <w:rPr>
          <w:lang w:val="ru-RU"/>
        </w:rPr>
        <w:t xml:space="preserve"> </w:t>
      </w:r>
      <w:proofErr w:type="spellStart"/>
      <w:r w:rsidRPr="00541039">
        <w:rPr>
          <w:lang w:val="ru-RU"/>
        </w:rPr>
        <w:t>виконання</w:t>
      </w:r>
      <w:proofErr w:type="spellEnd"/>
      <w:r w:rsidRPr="00541039">
        <w:rPr>
          <w:lang w:val="ru-RU"/>
        </w:rPr>
        <w:t xml:space="preserve"> </w:t>
      </w:r>
      <w:proofErr w:type="spellStart"/>
      <w:r w:rsidRPr="00541039">
        <w:rPr>
          <w:lang w:val="ru-RU"/>
        </w:rPr>
        <w:t>вимог</w:t>
      </w:r>
      <w:proofErr w:type="spellEnd"/>
      <w:r w:rsidRPr="00541039">
        <w:rPr>
          <w:lang w:val="ru-RU"/>
        </w:rPr>
        <w:t xml:space="preserve"> закону. Запит не повинен </w:t>
      </w:r>
      <w:proofErr w:type="spellStart"/>
      <w:r w:rsidRPr="00541039">
        <w:rPr>
          <w:lang w:val="ru-RU"/>
        </w:rPr>
        <w:t>передбачати</w:t>
      </w:r>
      <w:proofErr w:type="spellEnd"/>
      <w:r w:rsidRPr="00541039">
        <w:rPr>
          <w:lang w:val="ru-RU"/>
        </w:rPr>
        <w:t xml:space="preserve"> передачу пароля, </w:t>
      </w:r>
      <w:r>
        <w:t>PIN</w:t>
      </w:r>
      <w:r w:rsidRPr="00541039">
        <w:rPr>
          <w:lang w:val="ru-RU"/>
        </w:rPr>
        <w:t xml:space="preserve">-коду, </w:t>
      </w:r>
      <w:r>
        <w:t>CVV</w:t>
      </w:r>
      <w:r w:rsidRPr="00541039">
        <w:rPr>
          <w:lang w:val="ru-RU"/>
        </w:rPr>
        <w:t>/</w:t>
      </w:r>
      <w:r>
        <w:t>CVC</w:t>
      </w:r>
      <w:r w:rsidRPr="00541039">
        <w:rPr>
          <w:lang w:val="ru-RU"/>
        </w:rPr>
        <w:t xml:space="preserve"> </w:t>
      </w:r>
      <w:proofErr w:type="spellStart"/>
      <w:r w:rsidRPr="00541039">
        <w:rPr>
          <w:lang w:val="ru-RU"/>
        </w:rPr>
        <w:t>чи</w:t>
      </w:r>
      <w:proofErr w:type="spellEnd"/>
      <w:r w:rsidRPr="00541039">
        <w:rPr>
          <w:lang w:val="ru-RU"/>
        </w:rPr>
        <w:t xml:space="preserve"> одноразового </w:t>
      </w:r>
      <w:proofErr w:type="spellStart"/>
      <w:r w:rsidRPr="00541039">
        <w:rPr>
          <w:lang w:val="ru-RU"/>
        </w:rPr>
        <w:t>банківського</w:t>
      </w:r>
      <w:proofErr w:type="spellEnd"/>
      <w:r w:rsidRPr="00541039">
        <w:rPr>
          <w:lang w:val="ru-RU"/>
        </w:rPr>
        <w:t xml:space="preserve"> коду.</w:t>
      </w:r>
    </w:p>
    <w:p w14:paraId="160D56A0" w14:textId="77777777" w:rsidR="00D97F10" w:rsidRPr="00541039" w:rsidRDefault="00000000" w:rsidP="00544987">
      <w:pPr>
        <w:pStyle w:val="LegalClause"/>
        <w:numPr>
          <w:ilvl w:val="1"/>
          <w:numId w:val="1"/>
        </w:numPr>
        <w:tabs>
          <w:tab w:val="left" w:pos="851"/>
        </w:tabs>
        <w:rPr>
          <w:lang w:val="ru-RU"/>
        </w:rPr>
      </w:pPr>
      <w:proofErr w:type="spellStart"/>
      <w:r w:rsidRPr="00541039">
        <w:rPr>
          <w:lang w:val="ru-RU"/>
        </w:rPr>
        <w:t>Учасник</w:t>
      </w:r>
      <w:proofErr w:type="spellEnd"/>
      <w:r w:rsidRPr="00541039">
        <w:rPr>
          <w:lang w:val="ru-RU"/>
        </w:rPr>
        <w:t xml:space="preserve"> </w:t>
      </w:r>
      <w:proofErr w:type="spellStart"/>
      <w:r w:rsidRPr="00541039">
        <w:rPr>
          <w:lang w:val="ru-RU"/>
        </w:rPr>
        <w:t>самостійно</w:t>
      </w:r>
      <w:proofErr w:type="spellEnd"/>
      <w:r w:rsidRPr="00541039">
        <w:rPr>
          <w:lang w:val="ru-RU"/>
        </w:rPr>
        <w:t xml:space="preserve"> </w:t>
      </w:r>
      <w:proofErr w:type="spellStart"/>
      <w:r w:rsidRPr="00541039">
        <w:rPr>
          <w:lang w:val="ru-RU"/>
        </w:rPr>
        <w:t>забезпечує</w:t>
      </w:r>
      <w:proofErr w:type="spellEnd"/>
      <w:r w:rsidRPr="00541039">
        <w:rPr>
          <w:lang w:val="ru-RU"/>
        </w:rPr>
        <w:t xml:space="preserve"> </w:t>
      </w:r>
      <w:proofErr w:type="spellStart"/>
      <w:r w:rsidRPr="00541039">
        <w:rPr>
          <w:lang w:val="ru-RU"/>
        </w:rPr>
        <w:t>сумісний</w:t>
      </w:r>
      <w:proofErr w:type="spellEnd"/>
      <w:r w:rsidRPr="00541039">
        <w:rPr>
          <w:lang w:val="ru-RU"/>
        </w:rPr>
        <w:t xml:space="preserve"> </w:t>
      </w:r>
      <w:proofErr w:type="spellStart"/>
      <w:r w:rsidRPr="00541039">
        <w:rPr>
          <w:lang w:val="ru-RU"/>
        </w:rPr>
        <w:t>пристрій</w:t>
      </w:r>
      <w:proofErr w:type="spellEnd"/>
      <w:r w:rsidRPr="00541039">
        <w:rPr>
          <w:lang w:val="ru-RU"/>
        </w:rPr>
        <w:t xml:space="preserve">, доступ до </w:t>
      </w:r>
      <w:proofErr w:type="spellStart"/>
      <w:r w:rsidRPr="00541039">
        <w:rPr>
          <w:lang w:val="ru-RU"/>
        </w:rPr>
        <w:t>Інтернету</w:t>
      </w:r>
      <w:proofErr w:type="spellEnd"/>
      <w:r w:rsidRPr="00541039">
        <w:rPr>
          <w:lang w:val="ru-RU"/>
        </w:rPr>
        <w:t xml:space="preserve">, </w:t>
      </w:r>
      <w:proofErr w:type="spellStart"/>
      <w:r w:rsidRPr="00541039">
        <w:rPr>
          <w:lang w:val="ru-RU"/>
        </w:rPr>
        <w:t>працездатність</w:t>
      </w:r>
      <w:proofErr w:type="spellEnd"/>
      <w:r w:rsidRPr="00541039">
        <w:rPr>
          <w:lang w:val="ru-RU"/>
        </w:rPr>
        <w:t xml:space="preserve"> </w:t>
      </w:r>
      <w:proofErr w:type="spellStart"/>
      <w:r w:rsidRPr="00541039">
        <w:rPr>
          <w:lang w:val="ru-RU"/>
        </w:rPr>
        <w:t>засобу</w:t>
      </w:r>
      <w:proofErr w:type="spellEnd"/>
      <w:r w:rsidRPr="00541039">
        <w:rPr>
          <w:lang w:val="ru-RU"/>
        </w:rPr>
        <w:t xml:space="preserve"> </w:t>
      </w:r>
      <w:proofErr w:type="spellStart"/>
      <w:r w:rsidRPr="00541039">
        <w:rPr>
          <w:lang w:val="ru-RU"/>
        </w:rPr>
        <w:t>авторизації</w:t>
      </w:r>
      <w:proofErr w:type="spellEnd"/>
      <w:r w:rsidRPr="00541039">
        <w:rPr>
          <w:lang w:val="ru-RU"/>
        </w:rPr>
        <w:t xml:space="preserve">, </w:t>
      </w:r>
      <w:proofErr w:type="spellStart"/>
      <w:r w:rsidRPr="00541039">
        <w:rPr>
          <w:lang w:val="ru-RU"/>
        </w:rPr>
        <w:t>можливість</w:t>
      </w:r>
      <w:proofErr w:type="spellEnd"/>
      <w:r w:rsidRPr="00541039">
        <w:rPr>
          <w:lang w:val="ru-RU"/>
        </w:rPr>
        <w:t xml:space="preserve"> </w:t>
      </w:r>
      <w:proofErr w:type="spellStart"/>
      <w:r w:rsidRPr="00541039">
        <w:rPr>
          <w:lang w:val="ru-RU"/>
        </w:rPr>
        <w:t>здійснити</w:t>
      </w:r>
      <w:proofErr w:type="spellEnd"/>
      <w:r w:rsidRPr="00541039">
        <w:rPr>
          <w:lang w:val="ru-RU"/>
        </w:rPr>
        <w:t xml:space="preserve"> </w:t>
      </w:r>
      <w:proofErr w:type="spellStart"/>
      <w:r w:rsidRPr="00541039">
        <w:rPr>
          <w:lang w:val="ru-RU"/>
        </w:rPr>
        <w:t>платіж</w:t>
      </w:r>
      <w:proofErr w:type="spellEnd"/>
      <w:r w:rsidRPr="00541039">
        <w:rPr>
          <w:lang w:val="ru-RU"/>
        </w:rPr>
        <w:t xml:space="preserve"> та </w:t>
      </w:r>
      <w:proofErr w:type="spellStart"/>
      <w:r w:rsidRPr="00541039">
        <w:rPr>
          <w:lang w:val="ru-RU"/>
        </w:rPr>
        <w:t>актуальність</w:t>
      </w:r>
      <w:proofErr w:type="spellEnd"/>
      <w:r w:rsidRPr="00541039">
        <w:rPr>
          <w:lang w:val="ru-RU"/>
        </w:rPr>
        <w:t xml:space="preserve"> </w:t>
      </w:r>
      <w:proofErr w:type="spellStart"/>
      <w:r w:rsidRPr="00541039">
        <w:rPr>
          <w:lang w:val="ru-RU"/>
        </w:rPr>
        <w:t>контактів</w:t>
      </w:r>
      <w:proofErr w:type="spellEnd"/>
      <w:r w:rsidRPr="00541039">
        <w:rPr>
          <w:lang w:val="ru-RU"/>
        </w:rPr>
        <w:t>.</w:t>
      </w:r>
    </w:p>
    <w:p w14:paraId="18C0F6C5" w14:textId="77777777" w:rsidR="00D97F10" w:rsidRDefault="00000000" w:rsidP="00544987">
      <w:pPr>
        <w:pStyle w:val="Heading1"/>
        <w:numPr>
          <w:ilvl w:val="0"/>
          <w:numId w:val="1"/>
        </w:numPr>
        <w:tabs>
          <w:tab w:val="left" w:pos="851"/>
          <w:tab w:val="left" w:pos="1418"/>
        </w:tabs>
        <w:ind w:firstLine="66"/>
      </w:pPr>
      <w:r>
        <w:rPr>
          <w:rFonts w:ascii="Times New Roman" w:eastAsia="Times New Roman" w:hAnsi="Times New Roman" w:cs="Times New Roman"/>
        </w:rPr>
        <w:t>ПРАВА ТА ОБОВ'ЯЗКИ ОРГАНІЗАТОРА</w:t>
      </w:r>
    </w:p>
    <w:p w14:paraId="3DC79159" w14:textId="77777777" w:rsidR="00D97F10" w:rsidRDefault="00000000" w:rsidP="00544987">
      <w:pPr>
        <w:pStyle w:val="LegalClause"/>
        <w:numPr>
          <w:ilvl w:val="1"/>
          <w:numId w:val="1"/>
        </w:numPr>
        <w:tabs>
          <w:tab w:val="left" w:pos="851"/>
          <w:tab w:val="left" w:pos="1418"/>
        </w:tabs>
      </w:pPr>
      <w:r>
        <w:t>Організатор зобов'язаний забезпечити функціонування механіки в межах розумно очікуваної технічної доступності, вести облік Голосів, здійснити фінальну звірку, визначити та оприлюднити результати, провести Розіграш і виконати Благодійну складову у встановлені строки.</w:t>
      </w:r>
    </w:p>
    <w:p w14:paraId="2C1FDC80" w14:textId="77777777" w:rsidR="00D97F10" w:rsidRPr="00541039" w:rsidRDefault="00000000" w:rsidP="00544987">
      <w:pPr>
        <w:pStyle w:val="LegalClause"/>
        <w:numPr>
          <w:ilvl w:val="1"/>
          <w:numId w:val="1"/>
        </w:numPr>
        <w:tabs>
          <w:tab w:val="left" w:pos="851"/>
          <w:tab w:val="left" w:pos="1418"/>
        </w:tabs>
        <w:rPr>
          <w:lang w:val="ru-RU"/>
        </w:rPr>
      </w:pPr>
      <w:proofErr w:type="spellStart"/>
      <w:r w:rsidRPr="00541039">
        <w:rPr>
          <w:lang w:val="ru-RU"/>
        </w:rPr>
        <w:t>Організатор</w:t>
      </w:r>
      <w:proofErr w:type="spellEnd"/>
      <w:r w:rsidRPr="00541039">
        <w:rPr>
          <w:lang w:val="ru-RU"/>
        </w:rPr>
        <w:t xml:space="preserve"> </w:t>
      </w:r>
      <w:proofErr w:type="spellStart"/>
      <w:r w:rsidRPr="00541039">
        <w:rPr>
          <w:lang w:val="ru-RU"/>
        </w:rPr>
        <w:t>має</w:t>
      </w:r>
      <w:proofErr w:type="spellEnd"/>
      <w:r w:rsidRPr="00541039">
        <w:rPr>
          <w:lang w:val="ru-RU"/>
        </w:rPr>
        <w:t xml:space="preserve"> право </w:t>
      </w:r>
      <w:proofErr w:type="spellStart"/>
      <w:r w:rsidRPr="00541039">
        <w:rPr>
          <w:lang w:val="ru-RU"/>
        </w:rPr>
        <w:t>перевіряти</w:t>
      </w:r>
      <w:proofErr w:type="spellEnd"/>
      <w:r w:rsidRPr="00541039">
        <w:rPr>
          <w:lang w:val="ru-RU"/>
        </w:rPr>
        <w:t xml:space="preserve"> </w:t>
      </w:r>
      <w:proofErr w:type="spellStart"/>
      <w:r w:rsidRPr="00541039">
        <w:rPr>
          <w:lang w:val="ru-RU"/>
        </w:rPr>
        <w:t>дотримання</w:t>
      </w:r>
      <w:proofErr w:type="spellEnd"/>
      <w:r w:rsidRPr="00541039">
        <w:rPr>
          <w:lang w:val="ru-RU"/>
        </w:rPr>
        <w:t xml:space="preserve"> Правил, </w:t>
      </w:r>
      <w:proofErr w:type="spellStart"/>
      <w:r w:rsidRPr="00541039">
        <w:rPr>
          <w:lang w:val="ru-RU"/>
        </w:rPr>
        <w:t>виправляти</w:t>
      </w:r>
      <w:proofErr w:type="spellEnd"/>
      <w:r w:rsidRPr="00541039">
        <w:rPr>
          <w:lang w:val="ru-RU"/>
        </w:rPr>
        <w:t xml:space="preserve"> </w:t>
      </w:r>
      <w:proofErr w:type="spellStart"/>
      <w:r w:rsidRPr="00541039">
        <w:rPr>
          <w:lang w:val="ru-RU"/>
        </w:rPr>
        <w:t>очевидні</w:t>
      </w:r>
      <w:proofErr w:type="spellEnd"/>
      <w:r w:rsidRPr="00541039">
        <w:rPr>
          <w:lang w:val="ru-RU"/>
        </w:rPr>
        <w:t xml:space="preserve"> </w:t>
      </w:r>
      <w:proofErr w:type="spellStart"/>
      <w:r w:rsidRPr="00541039">
        <w:rPr>
          <w:lang w:val="ru-RU"/>
        </w:rPr>
        <w:t>технічні</w:t>
      </w:r>
      <w:proofErr w:type="spellEnd"/>
      <w:r w:rsidRPr="00541039">
        <w:rPr>
          <w:lang w:val="ru-RU"/>
        </w:rPr>
        <w:t xml:space="preserve"> </w:t>
      </w:r>
      <w:proofErr w:type="spellStart"/>
      <w:r w:rsidRPr="00541039">
        <w:rPr>
          <w:lang w:val="ru-RU"/>
        </w:rPr>
        <w:t>помилки</w:t>
      </w:r>
      <w:proofErr w:type="spellEnd"/>
      <w:r w:rsidRPr="00541039">
        <w:rPr>
          <w:lang w:val="ru-RU"/>
        </w:rPr>
        <w:t xml:space="preserve">, </w:t>
      </w:r>
      <w:proofErr w:type="spellStart"/>
      <w:r w:rsidRPr="00541039">
        <w:rPr>
          <w:lang w:val="ru-RU"/>
        </w:rPr>
        <w:t>анулювати</w:t>
      </w:r>
      <w:proofErr w:type="spellEnd"/>
      <w:r w:rsidRPr="00541039">
        <w:rPr>
          <w:lang w:val="ru-RU"/>
        </w:rPr>
        <w:t xml:space="preserve"> Голоси, </w:t>
      </w:r>
      <w:proofErr w:type="spellStart"/>
      <w:r w:rsidRPr="00541039">
        <w:rPr>
          <w:lang w:val="ru-RU"/>
        </w:rPr>
        <w:t>застосовувати</w:t>
      </w:r>
      <w:proofErr w:type="spellEnd"/>
      <w:r w:rsidRPr="00541039">
        <w:rPr>
          <w:lang w:val="ru-RU"/>
        </w:rPr>
        <w:t xml:space="preserve"> антифрод-заходи, </w:t>
      </w:r>
      <w:proofErr w:type="spellStart"/>
      <w:r w:rsidRPr="00541039">
        <w:rPr>
          <w:lang w:val="ru-RU"/>
        </w:rPr>
        <w:t>виключати</w:t>
      </w:r>
      <w:proofErr w:type="spellEnd"/>
      <w:r w:rsidRPr="00541039">
        <w:rPr>
          <w:lang w:val="ru-RU"/>
        </w:rPr>
        <w:t xml:space="preserve"> </w:t>
      </w:r>
      <w:proofErr w:type="spellStart"/>
      <w:r w:rsidRPr="00541039">
        <w:rPr>
          <w:lang w:val="ru-RU"/>
        </w:rPr>
        <w:t>Кандидатів</w:t>
      </w:r>
      <w:proofErr w:type="spellEnd"/>
      <w:r w:rsidRPr="00541039">
        <w:rPr>
          <w:lang w:val="ru-RU"/>
        </w:rPr>
        <w:t xml:space="preserve">, </w:t>
      </w:r>
      <w:proofErr w:type="spellStart"/>
      <w:r w:rsidRPr="00541039">
        <w:rPr>
          <w:lang w:val="ru-RU"/>
        </w:rPr>
        <w:t>вимагати</w:t>
      </w:r>
      <w:proofErr w:type="spellEnd"/>
      <w:r w:rsidRPr="00541039">
        <w:rPr>
          <w:lang w:val="ru-RU"/>
        </w:rPr>
        <w:t xml:space="preserve"> </w:t>
      </w:r>
      <w:proofErr w:type="spellStart"/>
      <w:r w:rsidRPr="00541039">
        <w:rPr>
          <w:lang w:val="ru-RU"/>
        </w:rPr>
        <w:t>належні</w:t>
      </w:r>
      <w:proofErr w:type="spellEnd"/>
      <w:r w:rsidRPr="00541039">
        <w:rPr>
          <w:lang w:val="ru-RU"/>
        </w:rPr>
        <w:t xml:space="preserve"> </w:t>
      </w:r>
      <w:proofErr w:type="spellStart"/>
      <w:r w:rsidRPr="00541039">
        <w:rPr>
          <w:lang w:val="ru-RU"/>
        </w:rPr>
        <w:t>підтвердження</w:t>
      </w:r>
      <w:proofErr w:type="spellEnd"/>
      <w:r w:rsidRPr="00541039">
        <w:rPr>
          <w:lang w:val="ru-RU"/>
        </w:rPr>
        <w:t xml:space="preserve"> та </w:t>
      </w:r>
      <w:proofErr w:type="spellStart"/>
      <w:r w:rsidRPr="00541039">
        <w:rPr>
          <w:lang w:val="ru-RU"/>
        </w:rPr>
        <w:t>відмовляти</w:t>
      </w:r>
      <w:proofErr w:type="spellEnd"/>
      <w:r w:rsidRPr="00541039">
        <w:rPr>
          <w:lang w:val="ru-RU"/>
        </w:rPr>
        <w:t xml:space="preserve"> у </w:t>
      </w:r>
      <w:proofErr w:type="spellStart"/>
      <w:r w:rsidRPr="00541039">
        <w:rPr>
          <w:lang w:val="ru-RU"/>
        </w:rPr>
        <w:t>наданні</w:t>
      </w:r>
      <w:proofErr w:type="spellEnd"/>
      <w:r w:rsidRPr="00541039">
        <w:rPr>
          <w:lang w:val="ru-RU"/>
        </w:rPr>
        <w:t xml:space="preserve"> </w:t>
      </w:r>
      <w:proofErr w:type="spellStart"/>
      <w:r w:rsidRPr="00541039">
        <w:rPr>
          <w:lang w:val="ru-RU"/>
        </w:rPr>
        <w:t>переваг</w:t>
      </w:r>
      <w:proofErr w:type="spellEnd"/>
      <w:r w:rsidRPr="00541039">
        <w:rPr>
          <w:lang w:val="ru-RU"/>
        </w:rPr>
        <w:t xml:space="preserve"> особам, </w:t>
      </w:r>
      <w:proofErr w:type="spellStart"/>
      <w:r w:rsidRPr="00541039">
        <w:rPr>
          <w:lang w:val="ru-RU"/>
        </w:rPr>
        <w:t>які</w:t>
      </w:r>
      <w:proofErr w:type="spellEnd"/>
      <w:r w:rsidRPr="00541039">
        <w:rPr>
          <w:lang w:val="ru-RU"/>
        </w:rPr>
        <w:t xml:space="preserve"> не </w:t>
      </w:r>
      <w:proofErr w:type="spellStart"/>
      <w:r w:rsidRPr="00541039">
        <w:rPr>
          <w:lang w:val="ru-RU"/>
        </w:rPr>
        <w:t>виконали</w:t>
      </w:r>
      <w:proofErr w:type="spellEnd"/>
      <w:r w:rsidRPr="00541039">
        <w:rPr>
          <w:lang w:val="ru-RU"/>
        </w:rPr>
        <w:t xml:space="preserve"> </w:t>
      </w:r>
      <w:proofErr w:type="spellStart"/>
      <w:r w:rsidRPr="00541039">
        <w:rPr>
          <w:lang w:val="ru-RU"/>
        </w:rPr>
        <w:t>умови</w:t>
      </w:r>
      <w:proofErr w:type="spellEnd"/>
      <w:r w:rsidRPr="00541039">
        <w:rPr>
          <w:lang w:val="ru-RU"/>
        </w:rPr>
        <w:t xml:space="preserve"> Правил.</w:t>
      </w:r>
    </w:p>
    <w:p w14:paraId="5D5AD3D2" w14:textId="77777777" w:rsidR="00D97F10" w:rsidRPr="00541039" w:rsidRDefault="00000000" w:rsidP="00544987">
      <w:pPr>
        <w:pStyle w:val="LegalClause"/>
        <w:numPr>
          <w:ilvl w:val="1"/>
          <w:numId w:val="1"/>
        </w:numPr>
        <w:tabs>
          <w:tab w:val="left" w:pos="851"/>
          <w:tab w:val="left" w:pos="1418"/>
        </w:tabs>
        <w:rPr>
          <w:lang w:val="ru-RU"/>
        </w:rPr>
      </w:pPr>
      <w:proofErr w:type="spellStart"/>
      <w:r w:rsidRPr="00541039">
        <w:rPr>
          <w:lang w:val="ru-RU"/>
        </w:rPr>
        <w:t>Організатор</w:t>
      </w:r>
      <w:proofErr w:type="spellEnd"/>
      <w:r w:rsidRPr="00541039">
        <w:rPr>
          <w:lang w:val="ru-RU"/>
        </w:rPr>
        <w:t xml:space="preserve"> не </w:t>
      </w:r>
      <w:proofErr w:type="spellStart"/>
      <w:r w:rsidRPr="00541039">
        <w:rPr>
          <w:lang w:val="ru-RU"/>
        </w:rPr>
        <w:t>має</w:t>
      </w:r>
      <w:proofErr w:type="spellEnd"/>
      <w:r w:rsidRPr="00541039">
        <w:rPr>
          <w:lang w:val="ru-RU"/>
        </w:rPr>
        <w:t xml:space="preserve"> права </w:t>
      </w:r>
      <w:proofErr w:type="spellStart"/>
      <w:r w:rsidRPr="00541039">
        <w:rPr>
          <w:lang w:val="ru-RU"/>
        </w:rPr>
        <w:t>довільно</w:t>
      </w:r>
      <w:proofErr w:type="spellEnd"/>
      <w:r w:rsidRPr="00541039">
        <w:rPr>
          <w:lang w:val="ru-RU"/>
        </w:rPr>
        <w:t xml:space="preserve"> </w:t>
      </w:r>
      <w:proofErr w:type="spellStart"/>
      <w:r w:rsidRPr="00541039">
        <w:rPr>
          <w:lang w:val="ru-RU"/>
        </w:rPr>
        <w:t>змінювати</w:t>
      </w:r>
      <w:proofErr w:type="spellEnd"/>
      <w:r w:rsidRPr="00541039">
        <w:rPr>
          <w:lang w:val="ru-RU"/>
        </w:rPr>
        <w:t xml:space="preserve"> </w:t>
      </w:r>
      <w:proofErr w:type="spellStart"/>
      <w:r w:rsidRPr="00541039">
        <w:rPr>
          <w:lang w:val="ru-RU"/>
        </w:rPr>
        <w:t>належно</w:t>
      </w:r>
      <w:proofErr w:type="spellEnd"/>
      <w:r w:rsidRPr="00541039">
        <w:rPr>
          <w:lang w:val="ru-RU"/>
        </w:rPr>
        <w:t xml:space="preserve"> </w:t>
      </w:r>
      <w:proofErr w:type="spellStart"/>
      <w:r w:rsidRPr="00541039">
        <w:rPr>
          <w:lang w:val="ru-RU"/>
        </w:rPr>
        <w:t>поданий</w:t>
      </w:r>
      <w:proofErr w:type="spellEnd"/>
      <w:r w:rsidRPr="00541039">
        <w:rPr>
          <w:lang w:val="ru-RU"/>
        </w:rPr>
        <w:t xml:space="preserve"> </w:t>
      </w:r>
      <w:proofErr w:type="spellStart"/>
      <w:r w:rsidRPr="00541039">
        <w:rPr>
          <w:lang w:val="ru-RU"/>
        </w:rPr>
        <w:t>Дійсний</w:t>
      </w:r>
      <w:proofErr w:type="spellEnd"/>
      <w:r w:rsidRPr="00541039">
        <w:rPr>
          <w:lang w:val="ru-RU"/>
        </w:rPr>
        <w:t xml:space="preserve"> голос </w:t>
      </w:r>
      <w:proofErr w:type="spellStart"/>
      <w:r w:rsidRPr="00541039">
        <w:rPr>
          <w:lang w:val="ru-RU"/>
        </w:rPr>
        <w:t>або</w:t>
      </w:r>
      <w:proofErr w:type="spellEnd"/>
      <w:r w:rsidRPr="00541039">
        <w:rPr>
          <w:lang w:val="ru-RU"/>
        </w:rPr>
        <w:t xml:space="preserve"> </w:t>
      </w:r>
      <w:proofErr w:type="spellStart"/>
      <w:r w:rsidRPr="00541039">
        <w:rPr>
          <w:lang w:val="ru-RU"/>
        </w:rPr>
        <w:t>переносити</w:t>
      </w:r>
      <w:proofErr w:type="spellEnd"/>
      <w:r w:rsidRPr="00541039">
        <w:rPr>
          <w:lang w:val="ru-RU"/>
        </w:rPr>
        <w:t xml:space="preserve"> </w:t>
      </w:r>
      <w:proofErr w:type="spellStart"/>
      <w:r w:rsidRPr="00541039">
        <w:rPr>
          <w:lang w:val="ru-RU"/>
        </w:rPr>
        <w:t>його</w:t>
      </w:r>
      <w:proofErr w:type="spellEnd"/>
      <w:r w:rsidRPr="00541039">
        <w:rPr>
          <w:lang w:val="ru-RU"/>
        </w:rPr>
        <w:t xml:space="preserve"> до </w:t>
      </w:r>
      <w:proofErr w:type="spellStart"/>
      <w:r w:rsidRPr="00541039">
        <w:rPr>
          <w:lang w:val="ru-RU"/>
        </w:rPr>
        <w:t>іншого</w:t>
      </w:r>
      <w:proofErr w:type="spellEnd"/>
      <w:r w:rsidRPr="00541039">
        <w:rPr>
          <w:lang w:val="ru-RU"/>
        </w:rPr>
        <w:t xml:space="preserve"> Кандидата.</w:t>
      </w:r>
    </w:p>
    <w:p w14:paraId="007CF769" w14:textId="77777777" w:rsidR="00D97F10" w:rsidRPr="00541039" w:rsidRDefault="00000000" w:rsidP="00544987">
      <w:pPr>
        <w:pStyle w:val="LegalClause"/>
        <w:numPr>
          <w:ilvl w:val="1"/>
          <w:numId w:val="1"/>
        </w:numPr>
        <w:tabs>
          <w:tab w:val="left" w:pos="851"/>
          <w:tab w:val="left" w:pos="1418"/>
        </w:tabs>
        <w:rPr>
          <w:lang w:val="ru-RU"/>
        </w:rPr>
      </w:pPr>
      <w:proofErr w:type="spellStart"/>
      <w:r w:rsidRPr="00541039">
        <w:rPr>
          <w:lang w:val="ru-RU"/>
        </w:rPr>
        <w:t>Організатор</w:t>
      </w:r>
      <w:proofErr w:type="spellEnd"/>
      <w:r w:rsidRPr="00541039">
        <w:rPr>
          <w:lang w:val="ru-RU"/>
        </w:rPr>
        <w:t xml:space="preserve"> </w:t>
      </w:r>
      <w:proofErr w:type="spellStart"/>
      <w:r w:rsidRPr="00541039">
        <w:rPr>
          <w:lang w:val="ru-RU"/>
        </w:rPr>
        <w:t>забезпечує</w:t>
      </w:r>
      <w:proofErr w:type="spellEnd"/>
      <w:r w:rsidRPr="00541039">
        <w:rPr>
          <w:lang w:val="ru-RU"/>
        </w:rPr>
        <w:t xml:space="preserve"> </w:t>
      </w:r>
      <w:proofErr w:type="spellStart"/>
      <w:r w:rsidRPr="00541039">
        <w:rPr>
          <w:lang w:val="ru-RU"/>
        </w:rPr>
        <w:t>документування</w:t>
      </w:r>
      <w:proofErr w:type="spellEnd"/>
      <w:r w:rsidRPr="00541039">
        <w:rPr>
          <w:lang w:val="ru-RU"/>
        </w:rPr>
        <w:t xml:space="preserve"> </w:t>
      </w:r>
      <w:proofErr w:type="spellStart"/>
      <w:r w:rsidRPr="00541039">
        <w:rPr>
          <w:lang w:val="ru-RU"/>
        </w:rPr>
        <w:t>ключових</w:t>
      </w:r>
      <w:proofErr w:type="spellEnd"/>
      <w:r w:rsidRPr="00541039">
        <w:rPr>
          <w:lang w:val="ru-RU"/>
        </w:rPr>
        <w:t xml:space="preserve"> </w:t>
      </w:r>
      <w:proofErr w:type="spellStart"/>
      <w:r w:rsidRPr="00541039">
        <w:rPr>
          <w:lang w:val="ru-RU"/>
        </w:rPr>
        <w:t>операцій</w:t>
      </w:r>
      <w:proofErr w:type="spellEnd"/>
      <w:r w:rsidRPr="00541039">
        <w:rPr>
          <w:lang w:val="ru-RU"/>
        </w:rPr>
        <w:t xml:space="preserve">: </w:t>
      </w:r>
      <w:proofErr w:type="spellStart"/>
      <w:r w:rsidRPr="00541039">
        <w:rPr>
          <w:lang w:val="ru-RU"/>
        </w:rPr>
        <w:t>відкриття</w:t>
      </w:r>
      <w:proofErr w:type="spellEnd"/>
      <w:r w:rsidRPr="00541039">
        <w:rPr>
          <w:lang w:val="ru-RU"/>
        </w:rPr>
        <w:t xml:space="preserve"> і </w:t>
      </w:r>
      <w:proofErr w:type="spellStart"/>
      <w:r w:rsidRPr="00541039">
        <w:rPr>
          <w:lang w:val="ru-RU"/>
        </w:rPr>
        <w:t>завершення</w:t>
      </w:r>
      <w:proofErr w:type="spellEnd"/>
      <w:r w:rsidRPr="00541039">
        <w:rPr>
          <w:lang w:val="ru-RU"/>
        </w:rPr>
        <w:t xml:space="preserve"> </w:t>
      </w:r>
      <w:proofErr w:type="spellStart"/>
      <w:r w:rsidRPr="00541039">
        <w:rPr>
          <w:lang w:val="ru-RU"/>
        </w:rPr>
        <w:t>Голосування</w:t>
      </w:r>
      <w:proofErr w:type="spellEnd"/>
      <w:r w:rsidRPr="00541039">
        <w:rPr>
          <w:lang w:val="ru-RU"/>
        </w:rPr>
        <w:t xml:space="preserve">, </w:t>
      </w:r>
      <w:proofErr w:type="spellStart"/>
      <w:r w:rsidRPr="00541039">
        <w:rPr>
          <w:lang w:val="ru-RU"/>
        </w:rPr>
        <w:t>фінального</w:t>
      </w:r>
      <w:proofErr w:type="spellEnd"/>
      <w:r w:rsidRPr="00541039">
        <w:rPr>
          <w:lang w:val="ru-RU"/>
        </w:rPr>
        <w:t xml:space="preserve"> </w:t>
      </w:r>
      <w:proofErr w:type="spellStart"/>
      <w:r w:rsidRPr="00541039">
        <w:rPr>
          <w:lang w:val="ru-RU"/>
        </w:rPr>
        <w:t>підрахунку</w:t>
      </w:r>
      <w:proofErr w:type="spellEnd"/>
      <w:r w:rsidRPr="00541039">
        <w:rPr>
          <w:lang w:val="ru-RU"/>
        </w:rPr>
        <w:t xml:space="preserve">, </w:t>
      </w:r>
      <w:proofErr w:type="spellStart"/>
      <w:r w:rsidRPr="00541039">
        <w:rPr>
          <w:lang w:val="ru-RU"/>
        </w:rPr>
        <w:t>Розіграшу</w:t>
      </w:r>
      <w:proofErr w:type="spellEnd"/>
      <w:r w:rsidRPr="00541039">
        <w:rPr>
          <w:lang w:val="ru-RU"/>
        </w:rPr>
        <w:t xml:space="preserve">, </w:t>
      </w:r>
      <w:proofErr w:type="spellStart"/>
      <w:r w:rsidRPr="00541039">
        <w:rPr>
          <w:lang w:val="ru-RU"/>
        </w:rPr>
        <w:t>оголошення</w:t>
      </w:r>
      <w:proofErr w:type="spellEnd"/>
      <w:r w:rsidRPr="00541039">
        <w:rPr>
          <w:lang w:val="ru-RU"/>
        </w:rPr>
        <w:t xml:space="preserve"> </w:t>
      </w:r>
      <w:proofErr w:type="spellStart"/>
      <w:r w:rsidRPr="00541039">
        <w:rPr>
          <w:lang w:val="ru-RU"/>
        </w:rPr>
        <w:t>результатів</w:t>
      </w:r>
      <w:proofErr w:type="spellEnd"/>
      <w:r w:rsidRPr="00541039">
        <w:rPr>
          <w:lang w:val="ru-RU"/>
        </w:rPr>
        <w:t xml:space="preserve"> та </w:t>
      </w:r>
      <w:proofErr w:type="spellStart"/>
      <w:r w:rsidRPr="00541039">
        <w:rPr>
          <w:lang w:val="ru-RU"/>
        </w:rPr>
        <w:t>благодійного</w:t>
      </w:r>
      <w:proofErr w:type="spellEnd"/>
      <w:r w:rsidRPr="00541039">
        <w:rPr>
          <w:lang w:val="ru-RU"/>
        </w:rPr>
        <w:t xml:space="preserve"> </w:t>
      </w:r>
      <w:proofErr w:type="spellStart"/>
      <w:r w:rsidRPr="00541039">
        <w:rPr>
          <w:lang w:val="ru-RU"/>
        </w:rPr>
        <w:t>переказу</w:t>
      </w:r>
      <w:proofErr w:type="spellEnd"/>
      <w:r w:rsidRPr="00541039">
        <w:rPr>
          <w:lang w:val="ru-RU"/>
        </w:rPr>
        <w:t>.</w:t>
      </w:r>
    </w:p>
    <w:p w14:paraId="552C1BA2" w14:textId="77777777" w:rsidR="00D97F10" w:rsidRDefault="00000000" w:rsidP="00544987">
      <w:pPr>
        <w:pStyle w:val="Heading1"/>
        <w:numPr>
          <w:ilvl w:val="0"/>
          <w:numId w:val="1"/>
        </w:numPr>
        <w:tabs>
          <w:tab w:val="left" w:pos="851"/>
          <w:tab w:val="left" w:pos="1418"/>
        </w:tabs>
        <w:ind w:hanging="76"/>
      </w:pPr>
      <w:r>
        <w:rPr>
          <w:rFonts w:ascii="Times New Roman" w:eastAsia="Times New Roman" w:hAnsi="Times New Roman" w:cs="Times New Roman"/>
        </w:rPr>
        <w:t>ПЕРСОНАЛЬНІ ДАНІ ТА КОНФІДЕНЦІЙНІСТЬ</w:t>
      </w:r>
    </w:p>
    <w:p w14:paraId="182D014D" w14:textId="77777777" w:rsidR="00D97F10" w:rsidRPr="00541039" w:rsidRDefault="00000000" w:rsidP="00544987">
      <w:pPr>
        <w:pStyle w:val="LegalClause"/>
        <w:numPr>
          <w:ilvl w:val="1"/>
          <w:numId w:val="1"/>
        </w:numPr>
        <w:tabs>
          <w:tab w:val="left" w:pos="851"/>
          <w:tab w:val="left" w:pos="1418"/>
        </w:tabs>
        <w:rPr>
          <w:lang w:val="ru-RU"/>
        </w:rPr>
      </w:pPr>
      <w:proofErr w:type="spellStart"/>
      <w:r w:rsidRPr="00541039">
        <w:rPr>
          <w:lang w:val="ru-RU"/>
        </w:rPr>
        <w:t>Володільцем</w:t>
      </w:r>
      <w:proofErr w:type="spellEnd"/>
      <w:r w:rsidRPr="00541039">
        <w:rPr>
          <w:lang w:val="ru-RU"/>
        </w:rPr>
        <w:t xml:space="preserve"> </w:t>
      </w:r>
      <w:proofErr w:type="spellStart"/>
      <w:r w:rsidRPr="00541039">
        <w:rPr>
          <w:lang w:val="ru-RU"/>
        </w:rPr>
        <w:t>персональних</w:t>
      </w:r>
      <w:proofErr w:type="spellEnd"/>
      <w:r w:rsidRPr="00541039">
        <w:rPr>
          <w:lang w:val="ru-RU"/>
        </w:rPr>
        <w:t xml:space="preserve"> </w:t>
      </w:r>
      <w:proofErr w:type="spellStart"/>
      <w:r w:rsidRPr="00541039">
        <w:rPr>
          <w:lang w:val="ru-RU"/>
        </w:rPr>
        <w:t>даних</w:t>
      </w:r>
      <w:proofErr w:type="spellEnd"/>
      <w:r w:rsidRPr="00541039">
        <w:rPr>
          <w:lang w:val="ru-RU"/>
        </w:rPr>
        <w:t xml:space="preserve">, </w:t>
      </w:r>
      <w:proofErr w:type="spellStart"/>
      <w:r w:rsidRPr="00541039">
        <w:rPr>
          <w:lang w:val="ru-RU"/>
        </w:rPr>
        <w:t>що</w:t>
      </w:r>
      <w:proofErr w:type="spellEnd"/>
      <w:r w:rsidRPr="00541039">
        <w:rPr>
          <w:lang w:val="ru-RU"/>
        </w:rPr>
        <w:t xml:space="preserve"> </w:t>
      </w:r>
      <w:proofErr w:type="spellStart"/>
      <w:r w:rsidRPr="00541039">
        <w:rPr>
          <w:lang w:val="ru-RU"/>
        </w:rPr>
        <w:t>обробляються</w:t>
      </w:r>
      <w:proofErr w:type="spellEnd"/>
      <w:r w:rsidRPr="00541039">
        <w:rPr>
          <w:lang w:val="ru-RU"/>
        </w:rPr>
        <w:t xml:space="preserve"> у </w:t>
      </w:r>
      <w:proofErr w:type="spellStart"/>
      <w:r w:rsidRPr="00541039">
        <w:rPr>
          <w:lang w:val="ru-RU"/>
        </w:rPr>
        <w:t>зв'язку</w:t>
      </w:r>
      <w:proofErr w:type="spellEnd"/>
      <w:r w:rsidRPr="00541039">
        <w:rPr>
          <w:lang w:val="ru-RU"/>
        </w:rPr>
        <w:t xml:space="preserve"> з </w:t>
      </w:r>
      <w:proofErr w:type="spellStart"/>
      <w:r w:rsidRPr="00541039">
        <w:rPr>
          <w:lang w:val="ru-RU"/>
        </w:rPr>
        <w:t>Кампанією</w:t>
      </w:r>
      <w:proofErr w:type="spellEnd"/>
      <w:r w:rsidRPr="00541039">
        <w:rPr>
          <w:lang w:val="ru-RU"/>
        </w:rPr>
        <w:t xml:space="preserve">, є ТОВ «ОТТ УКРАЇНА». </w:t>
      </w:r>
      <w:proofErr w:type="spellStart"/>
      <w:r w:rsidRPr="00541039">
        <w:rPr>
          <w:lang w:val="ru-RU"/>
        </w:rPr>
        <w:t>Обробка</w:t>
      </w:r>
      <w:proofErr w:type="spellEnd"/>
      <w:r w:rsidRPr="00541039">
        <w:rPr>
          <w:lang w:val="ru-RU"/>
        </w:rPr>
        <w:t xml:space="preserve"> </w:t>
      </w:r>
      <w:proofErr w:type="spellStart"/>
      <w:r w:rsidRPr="00541039">
        <w:rPr>
          <w:lang w:val="ru-RU"/>
        </w:rPr>
        <w:t>здійснюється</w:t>
      </w:r>
      <w:proofErr w:type="spellEnd"/>
      <w:r w:rsidRPr="00541039">
        <w:rPr>
          <w:lang w:val="ru-RU"/>
        </w:rPr>
        <w:t xml:space="preserve"> для </w:t>
      </w:r>
      <w:proofErr w:type="spellStart"/>
      <w:r w:rsidRPr="00541039">
        <w:rPr>
          <w:lang w:val="ru-RU"/>
        </w:rPr>
        <w:t>реєстрації</w:t>
      </w:r>
      <w:proofErr w:type="spellEnd"/>
      <w:r w:rsidRPr="00541039">
        <w:rPr>
          <w:lang w:val="ru-RU"/>
        </w:rPr>
        <w:t xml:space="preserve"> та </w:t>
      </w:r>
      <w:proofErr w:type="spellStart"/>
      <w:r w:rsidRPr="00541039">
        <w:rPr>
          <w:lang w:val="ru-RU"/>
        </w:rPr>
        <w:t>авторизації</w:t>
      </w:r>
      <w:proofErr w:type="spellEnd"/>
      <w:r w:rsidRPr="00541039">
        <w:rPr>
          <w:lang w:val="ru-RU"/>
        </w:rPr>
        <w:t xml:space="preserve">, </w:t>
      </w:r>
      <w:proofErr w:type="spellStart"/>
      <w:r w:rsidRPr="00541039">
        <w:rPr>
          <w:lang w:val="ru-RU"/>
        </w:rPr>
        <w:t>прийняття</w:t>
      </w:r>
      <w:proofErr w:type="spellEnd"/>
      <w:r w:rsidRPr="00541039">
        <w:rPr>
          <w:lang w:val="ru-RU"/>
        </w:rPr>
        <w:t xml:space="preserve"> і </w:t>
      </w:r>
      <w:proofErr w:type="spellStart"/>
      <w:r w:rsidRPr="00541039">
        <w:rPr>
          <w:lang w:val="ru-RU"/>
        </w:rPr>
        <w:t>перевірки</w:t>
      </w:r>
      <w:proofErr w:type="spellEnd"/>
      <w:r w:rsidRPr="00541039">
        <w:rPr>
          <w:lang w:val="ru-RU"/>
        </w:rPr>
        <w:t xml:space="preserve"> Голосу, </w:t>
      </w:r>
      <w:proofErr w:type="spellStart"/>
      <w:r w:rsidRPr="00541039">
        <w:rPr>
          <w:lang w:val="ru-RU"/>
        </w:rPr>
        <w:t>проведення</w:t>
      </w:r>
      <w:proofErr w:type="spellEnd"/>
      <w:r w:rsidRPr="00541039">
        <w:rPr>
          <w:lang w:val="ru-RU"/>
        </w:rPr>
        <w:t xml:space="preserve"> платежу, </w:t>
      </w:r>
      <w:proofErr w:type="spellStart"/>
      <w:r w:rsidRPr="00541039">
        <w:rPr>
          <w:lang w:val="ru-RU"/>
        </w:rPr>
        <w:t>запобігання</w:t>
      </w:r>
      <w:proofErr w:type="spellEnd"/>
      <w:r w:rsidRPr="00541039">
        <w:rPr>
          <w:lang w:val="ru-RU"/>
        </w:rPr>
        <w:t xml:space="preserve"> фроду, </w:t>
      </w:r>
      <w:proofErr w:type="spellStart"/>
      <w:r w:rsidRPr="00541039">
        <w:rPr>
          <w:lang w:val="ru-RU"/>
        </w:rPr>
        <w:t>надання</w:t>
      </w:r>
      <w:proofErr w:type="spellEnd"/>
      <w:r w:rsidRPr="00541039">
        <w:rPr>
          <w:lang w:val="ru-RU"/>
        </w:rPr>
        <w:t xml:space="preserve"> </w:t>
      </w:r>
      <w:proofErr w:type="spellStart"/>
      <w:r w:rsidRPr="00541039">
        <w:rPr>
          <w:lang w:val="ru-RU"/>
        </w:rPr>
        <w:t>Подарункового</w:t>
      </w:r>
      <w:proofErr w:type="spellEnd"/>
      <w:r w:rsidRPr="00541039">
        <w:rPr>
          <w:lang w:val="ru-RU"/>
        </w:rPr>
        <w:t xml:space="preserve"> доступу, </w:t>
      </w:r>
      <w:proofErr w:type="spellStart"/>
      <w:r w:rsidRPr="00541039">
        <w:rPr>
          <w:lang w:val="ru-RU"/>
        </w:rPr>
        <w:t>проведення</w:t>
      </w:r>
      <w:proofErr w:type="spellEnd"/>
      <w:r w:rsidRPr="00541039">
        <w:rPr>
          <w:lang w:val="ru-RU"/>
        </w:rPr>
        <w:t xml:space="preserve"> </w:t>
      </w:r>
      <w:proofErr w:type="spellStart"/>
      <w:r w:rsidRPr="00541039">
        <w:rPr>
          <w:lang w:val="ru-RU"/>
        </w:rPr>
        <w:t>Розіграшу</w:t>
      </w:r>
      <w:proofErr w:type="spellEnd"/>
      <w:r w:rsidRPr="00541039">
        <w:rPr>
          <w:lang w:val="ru-RU"/>
        </w:rPr>
        <w:t xml:space="preserve">, </w:t>
      </w:r>
      <w:proofErr w:type="spellStart"/>
      <w:r w:rsidRPr="00541039">
        <w:rPr>
          <w:lang w:val="ru-RU"/>
        </w:rPr>
        <w:t>зв'язку</w:t>
      </w:r>
      <w:proofErr w:type="spellEnd"/>
      <w:r w:rsidRPr="00541039">
        <w:rPr>
          <w:lang w:val="ru-RU"/>
        </w:rPr>
        <w:t xml:space="preserve"> з </w:t>
      </w:r>
      <w:proofErr w:type="spellStart"/>
      <w:r w:rsidRPr="00541039">
        <w:rPr>
          <w:lang w:val="ru-RU"/>
        </w:rPr>
        <w:t>переможцями</w:t>
      </w:r>
      <w:proofErr w:type="spellEnd"/>
      <w:r w:rsidRPr="00541039">
        <w:rPr>
          <w:lang w:val="ru-RU"/>
        </w:rPr>
        <w:t xml:space="preserve">, </w:t>
      </w:r>
      <w:proofErr w:type="spellStart"/>
      <w:r w:rsidRPr="00541039">
        <w:rPr>
          <w:lang w:val="ru-RU"/>
        </w:rPr>
        <w:t>вручення</w:t>
      </w:r>
      <w:proofErr w:type="spellEnd"/>
      <w:r w:rsidRPr="00541039">
        <w:rPr>
          <w:lang w:val="ru-RU"/>
        </w:rPr>
        <w:t xml:space="preserve"> </w:t>
      </w:r>
      <w:proofErr w:type="spellStart"/>
      <w:r w:rsidRPr="00541039">
        <w:rPr>
          <w:lang w:val="ru-RU"/>
        </w:rPr>
        <w:t>квитків</w:t>
      </w:r>
      <w:proofErr w:type="spellEnd"/>
      <w:r w:rsidRPr="00541039">
        <w:rPr>
          <w:lang w:val="ru-RU"/>
        </w:rPr>
        <w:t xml:space="preserve">, </w:t>
      </w:r>
      <w:proofErr w:type="spellStart"/>
      <w:r w:rsidRPr="00541039">
        <w:rPr>
          <w:lang w:val="ru-RU"/>
        </w:rPr>
        <w:t>виконання</w:t>
      </w:r>
      <w:proofErr w:type="spellEnd"/>
      <w:r w:rsidRPr="00541039">
        <w:rPr>
          <w:lang w:val="ru-RU"/>
        </w:rPr>
        <w:t xml:space="preserve"> </w:t>
      </w:r>
      <w:proofErr w:type="spellStart"/>
      <w:r w:rsidRPr="00541039">
        <w:rPr>
          <w:lang w:val="ru-RU"/>
        </w:rPr>
        <w:t>податкових</w:t>
      </w:r>
      <w:proofErr w:type="spellEnd"/>
      <w:r w:rsidRPr="00541039">
        <w:rPr>
          <w:lang w:val="ru-RU"/>
        </w:rPr>
        <w:t xml:space="preserve"> та </w:t>
      </w:r>
      <w:proofErr w:type="spellStart"/>
      <w:r w:rsidRPr="00541039">
        <w:rPr>
          <w:lang w:val="ru-RU"/>
        </w:rPr>
        <w:t>інших</w:t>
      </w:r>
      <w:proofErr w:type="spellEnd"/>
      <w:r w:rsidRPr="00541039">
        <w:rPr>
          <w:lang w:val="ru-RU"/>
        </w:rPr>
        <w:t xml:space="preserve"> </w:t>
      </w:r>
      <w:proofErr w:type="spellStart"/>
      <w:r w:rsidRPr="00541039">
        <w:rPr>
          <w:lang w:val="ru-RU"/>
        </w:rPr>
        <w:t>законних</w:t>
      </w:r>
      <w:proofErr w:type="spellEnd"/>
      <w:r w:rsidRPr="00541039">
        <w:rPr>
          <w:lang w:val="ru-RU"/>
        </w:rPr>
        <w:t xml:space="preserve"> </w:t>
      </w:r>
      <w:proofErr w:type="spellStart"/>
      <w:r w:rsidRPr="00541039">
        <w:rPr>
          <w:lang w:val="ru-RU"/>
        </w:rPr>
        <w:t>обов'язків</w:t>
      </w:r>
      <w:proofErr w:type="spellEnd"/>
      <w:r w:rsidRPr="00541039">
        <w:rPr>
          <w:lang w:val="ru-RU"/>
        </w:rPr>
        <w:t xml:space="preserve">, </w:t>
      </w:r>
      <w:proofErr w:type="spellStart"/>
      <w:r w:rsidRPr="00541039">
        <w:rPr>
          <w:lang w:val="ru-RU"/>
        </w:rPr>
        <w:t>розгляду</w:t>
      </w:r>
      <w:proofErr w:type="spellEnd"/>
      <w:r w:rsidRPr="00541039">
        <w:rPr>
          <w:lang w:val="ru-RU"/>
        </w:rPr>
        <w:t xml:space="preserve"> </w:t>
      </w:r>
      <w:proofErr w:type="spellStart"/>
      <w:r w:rsidRPr="00541039">
        <w:rPr>
          <w:lang w:val="ru-RU"/>
        </w:rPr>
        <w:t>звернень</w:t>
      </w:r>
      <w:proofErr w:type="spellEnd"/>
      <w:r w:rsidRPr="00541039">
        <w:rPr>
          <w:lang w:val="ru-RU"/>
        </w:rPr>
        <w:t xml:space="preserve"> і </w:t>
      </w:r>
      <w:proofErr w:type="spellStart"/>
      <w:r w:rsidRPr="00541039">
        <w:rPr>
          <w:lang w:val="ru-RU"/>
        </w:rPr>
        <w:t>захисту</w:t>
      </w:r>
      <w:proofErr w:type="spellEnd"/>
      <w:r w:rsidRPr="00541039">
        <w:rPr>
          <w:lang w:val="ru-RU"/>
        </w:rPr>
        <w:t xml:space="preserve"> прав </w:t>
      </w:r>
      <w:proofErr w:type="spellStart"/>
      <w:r w:rsidRPr="00541039">
        <w:rPr>
          <w:lang w:val="ru-RU"/>
        </w:rPr>
        <w:t>Організатора</w:t>
      </w:r>
      <w:proofErr w:type="spellEnd"/>
      <w:r w:rsidRPr="00541039">
        <w:rPr>
          <w:lang w:val="ru-RU"/>
        </w:rPr>
        <w:t xml:space="preserve"> та </w:t>
      </w:r>
      <w:proofErr w:type="spellStart"/>
      <w:r w:rsidRPr="00541039">
        <w:rPr>
          <w:lang w:val="ru-RU"/>
        </w:rPr>
        <w:t>Учасників</w:t>
      </w:r>
      <w:proofErr w:type="spellEnd"/>
      <w:r w:rsidRPr="00541039">
        <w:rPr>
          <w:lang w:val="ru-RU"/>
        </w:rPr>
        <w:t>.</w:t>
      </w:r>
    </w:p>
    <w:p w14:paraId="1197B80C" w14:textId="77777777" w:rsidR="00D97F10" w:rsidRPr="00541039" w:rsidRDefault="00000000" w:rsidP="00544987">
      <w:pPr>
        <w:pStyle w:val="LegalClause"/>
        <w:numPr>
          <w:ilvl w:val="1"/>
          <w:numId w:val="1"/>
        </w:numPr>
        <w:tabs>
          <w:tab w:val="left" w:pos="851"/>
          <w:tab w:val="left" w:pos="1418"/>
        </w:tabs>
        <w:rPr>
          <w:lang w:val="ru-RU"/>
        </w:rPr>
      </w:pPr>
      <w:proofErr w:type="spellStart"/>
      <w:r w:rsidRPr="00541039">
        <w:rPr>
          <w:lang w:val="ru-RU"/>
        </w:rPr>
        <w:t>Залежно</w:t>
      </w:r>
      <w:proofErr w:type="spellEnd"/>
      <w:r w:rsidRPr="00541039">
        <w:rPr>
          <w:lang w:val="ru-RU"/>
        </w:rPr>
        <w:t xml:space="preserve"> </w:t>
      </w:r>
      <w:proofErr w:type="spellStart"/>
      <w:r w:rsidRPr="00541039">
        <w:rPr>
          <w:lang w:val="ru-RU"/>
        </w:rPr>
        <w:t>від</w:t>
      </w:r>
      <w:proofErr w:type="spellEnd"/>
      <w:r w:rsidRPr="00541039">
        <w:rPr>
          <w:lang w:val="ru-RU"/>
        </w:rPr>
        <w:t xml:space="preserve"> способу </w:t>
      </w:r>
      <w:proofErr w:type="spellStart"/>
      <w:r w:rsidRPr="00541039">
        <w:rPr>
          <w:lang w:val="ru-RU"/>
        </w:rPr>
        <w:t>участі</w:t>
      </w:r>
      <w:proofErr w:type="spellEnd"/>
      <w:r w:rsidRPr="00541039">
        <w:rPr>
          <w:lang w:val="ru-RU"/>
        </w:rPr>
        <w:t xml:space="preserve"> </w:t>
      </w:r>
      <w:proofErr w:type="spellStart"/>
      <w:r w:rsidRPr="00541039">
        <w:rPr>
          <w:lang w:val="ru-RU"/>
        </w:rPr>
        <w:t>можуть</w:t>
      </w:r>
      <w:proofErr w:type="spellEnd"/>
      <w:r w:rsidRPr="00541039">
        <w:rPr>
          <w:lang w:val="ru-RU"/>
        </w:rPr>
        <w:t xml:space="preserve"> </w:t>
      </w:r>
      <w:proofErr w:type="spellStart"/>
      <w:r w:rsidRPr="00541039">
        <w:rPr>
          <w:lang w:val="ru-RU"/>
        </w:rPr>
        <w:t>оброблятися</w:t>
      </w:r>
      <w:proofErr w:type="spellEnd"/>
      <w:r w:rsidRPr="00541039">
        <w:rPr>
          <w:lang w:val="ru-RU"/>
        </w:rPr>
        <w:t xml:space="preserve">: </w:t>
      </w:r>
      <w:proofErr w:type="spellStart"/>
      <w:r w:rsidRPr="00541039">
        <w:rPr>
          <w:lang w:val="ru-RU"/>
        </w:rPr>
        <w:t>ідентифікатор</w:t>
      </w:r>
      <w:proofErr w:type="spellEnd"/>
      <w:r w:rsidRPr="00541039">
        <w:rPr>
          <w:lang w:val="ru-RU"/>
        </w:rPr>
        <w:t xml:space="preserve"> </w:t>
      </w:r>
      <w:proofErr w:type="spellStart"/>
      <w:r w:rsidRPr="00541039">
        <w:rPr>
          <w:lang w:val="ru-RU"/>
        </w:rPr>
        <w:t>Акаунту</w:t>
      </w:r>
      <w:proofErr w:type="spellEnd"/>
      <w:r w:rsidRPr="00541039">
        <w:rPr>
          <w:lang w:val="ru-RU"/>
        </w:rPr>
        <w:t xml:space="preserve">; </w:t>
      </w:r>
      <w:proofErr w:type="spellStart"/>
      <w:r w:rsidRPr="00541039">
        <w:rPr>
          <w:lang w:val="ru-RU"/>
        </w:rPr>
        <w:t>ім'я</w:t>
      </w:r>
      <w:proofErr w:type="spellEnd"/>
      <w:r w:rsidRPr="00541039">
        <w:rPr>
          <w:lang w:val="ru-RU"/>
        </w:rPr>
        <w:t xml:space="preserve">; номер телефону; адреса </w:t>
      </w:r>
      <w:proofErr w:type="spellStart"/>
      <w:r w:rsidRPr="00541039">
        <w:rPr>
          <w:lang w:val="ru-RU"/>
        </w:rPr>
        <w:t>електронної</w:t>
      </w:r>
      <w:proofErr w:type="spellEnd"/>
      <w:r w:rsidRPr="00541039">
        <w:rPr>
          <w:lang w:val="ru-RU"/>
        </w:rPr>
        <w:t xml:space="preserve"> </w:t>
      </w:r>
      <w:proofErr w:type="spellStart"/>
      <w:r w:rsidRPr="00541039">
        <w:rPr>
          <w:lang w:val="ru-RU"/>
        </w:rPr>
        <w:t>пошти</w:t>
      </w:r>
      <w:proofErr w:type="spellEnd"/>
      <w:r w:rsidRPr="00541039">
        <w:rPr>
          <w:lang w:val="ru-RU"/>
        </w:rPr>
        <w:t xml:space="preserve">; </w:t>
      </w:r>
      <w:proofErr w:type="spellStart"/>
      <w:r w:rsidRPr="00541039">
        <w:rPr>
          <w:lang w:val="ru-RU"/>
        </w:rPr>
        <w:t>обраний</w:t>
      </w:r>
      <w:proofErr w:type="spellEnd"/>
      <w:r w:rsidRPr="00541039">
        <w:rPr>
          <w:lang w:val="ru-RU"/>
        </w:rPr>
        <w:t xml:space="preserve"> Кандидат; статус і </w:t>
      </w:r>
      <w:proofErr w:type="spellStart"/>
      <w:r w:rsidRPr="00541039">
        <w:rPr>
          <w:lang w:val="ru-RU"/>
        </w:rPr>
        <w:t>технічний</w:t>
      </w:r>
      <w:proofErr w:type="spellEnd"/>
      <w:r w:rsidRPr="00541039">
        <w:rPr>
          <w:lang w:val="ru-RU"/>
        </w:rPr>
        <w:t xml:space="preserve"> </w:t>
      </w:r>
      <w:proofErr w:type="spellStart"/>
      <w:r w:rsidRPr="00541039">
        <w:rPr>
          <w:lang w:val="ru-RU"/>
        </w:rPr>
        <w:t>ідентифікатор</w:t>
      </w:r>
      <w:proofErr w:type="spellEnd"/>
      <w:r w:rsidRPr="00541039">
        <w:rPr>
          <w:lang w:val="ru-RU"/>
        </w:rPr>
        <w:t xml:space="preserve"> платежу; </w:t>
      </w:r>
      <w:r>
        <w:t>IP</w:t>
      </w:r>
      <w:r w:rsidRPr="00541039">
        <w:rPr>
          <w:lang w:val="ru-RU"/>
        </w:rPr>
        <w:t xml:space="preserve">-адреса; </w:t>
      </w:r>
      <w:proofErr w:type="spellStart"/>
      <w:r w:rsidRPr="00541039">
        <w:rPr>
          <w:lang w:val="ru-RU"/>
        </w:rPr>
        <w:t>параметри</w:t>
      </w:r>
      <w:proofErr w:type="spellEnd"/>
      <w:r w:rsidRPr="00541039">
        <w:rPr>
          <w:lang w:val="ru-RU"/>
        </w:rPr>
        <w:t xml:space="preserve"> пристрою і браузера; </w:t>
      </w:r>
      <w:proofErr w:type="spellStart"/>
      <w:r w:rsidRPr="00541039">
        <w:rPr>
          <w:lang w:val="ru-RU"/>
        </w:rPr>
        <w:t>журнали</w:t>
      </w:r>
      <w:proofErr w:type="spellEnd"/>
      <w:r w:rsidRPr="00541039">
        <w:rPr>
          <w:lang w:val="ru-RU"/>
        </w:rPr>
        <w:t xml:space="preserve"> </w:t>
      </w:r>
      <w:proofErr w:type="spellStart"/>
      <w:r w:rsidRPr="00541039">
        <w:rPr>
          <w:lang w:val="ru-RU"/>
        </w:rPr>
        <w:t>авторизації</w:t>
      </w:r>
      <w:proofErr w:type="spellEnd"/>
      <w:r w:rsidRPr="00541039">
        <w:rPr>
          <w:lang w:val="ru-RU"/>
        </w:rPr>
        <w:t xml:space="preserve"> та </w:t>
      </w:r>
      <w:proofErr w:type="spellStart"/>
      <w:r w:rsidRPr="00541039">
        <w:rPr>
          <w:lang w:val="ru-RU"/>
        </w:rPr>
        <w:t>дій</w:t>
      </w:r>
      <w:proofErr w:type="spellEnd"/>
      <w:r w:rsidRPr="00541039">
        <w:rPr>
          <w:lang w:val="ru-RU"/>
        </w:rPr>
        <w:t xml:space="preserve">; </w:t>
      </w:r>
      <w:proofErr w:type="spellStart"/>
      <w:r w:rsidRPr="00541039">
        <w:rPr>
          <w:lang w:val="ru-RU"/>
        </w:rPr>
        <w:t>відомості</w:t>
      </w:r>
      <w:proofErr w:type="spellEnd"/>
      <w:r w:rsidRPr="00541039">
        <w:rPr>
          <w:lang w:val="ru-RU"/>
        </w:rPr>
        <w:t xml:space="preserve">, </w:t>
      </w:r>
      <w:proofErr w:type="spellStart"/>
      <w:r w:rsidRPr="00541039">
        <w:rPr>
          <w:lang w:val="ru-RU"/>
        </w:rPr>
        <w:t>необхідні</w:t>
      </w:r>
      <w:proofErr w:type="spellEnd"/>
      <w:r w:rsidRPr="00541039">
        <w:rPr>
          <w:lang w:val="ru-RU"/>
        </w:rPr>
        <w:t xml:space="preserve"> для </w:t>
      </w:r>
      <w:proofErr w:type="spellStart"/>
      <w:r w:rsidRPr="00541039">
        <w:rPr>
          <w:lang w:val="ru-RU"/>
        </w:rPr>
        <w:t>зв'язку</w:t>
      </w:r>
      <w:proofErr w:type="spellEnd"/>
      <w:r w:rsidRPr="00541039">
        <w:rPr>
          <w:lang w:val="ru-RU"/>
        </w:rPr>
        <w:t xml:space="preserve">, </w:t>
      </w:r>
      <w:proofErr w:type="spellStart"/>
      <w:r w:rsidRPr="00541039">
        <w:rPr>
          <w:lang w:val="ru-RU"/>
        </w:rPr>
        <w:t>вручення</w:t>
      </w:r>
      <w:proofErr w:type="spellEnd"/>
      <w:r w:rsidRPr="00541039">
        <w:rPr>
          <w:lang w:val="ru-RU"/>
        </w:rPr>
        <w:t xml:space="preserve"> </w:t>
      </w:r>
      <w:proofErr w:type="spellStart"/>
      <w:r w:rsidRPr="00541039">
        <w:rPr>
          <w:lang w:val="ru-RU"/>
        </w:rPr>
        <w:t>заохочення</w:t>
      </w:r>
      <w:proofErr w:type="spellEnd"/>
      <w:r w:rsidRPr="00541039">
        <w:rPr>
          <w:lang w:val="ru-RU"/>
        </w:rPr>
        <w:t xml:space="preserve"> та </w:t>
      </w:r>
      <w:proofErr w:type="spellStart"/>
      <w:r w:rsidRPr="00541039">
        <w:rPr>
          <w:lang w:val="ru-RU"/>
        </w:rPr>
        <w:t>виконання</w:t>
      </w:r>
      <w:proofErr w:type="spellEnd"/>
      <w:r w:rsidRPr="00541039">
        <w:rPr>
          <w:lang w:val="ru-RU"/>
        </w:rPr>
        <w:t xml:space="preserve"> </w:t>
      </w:r>
      <w:proofErr w:type="spellStart"/>
      <w:r w:rsidRPr="00541039">
        <w:rPr>
          <w:lang w:val="ru-RU"/>
        </w:rPr>
        <w:t>вимог</w:t>
      </w:r>
      <w:proofErr w:type="spellEnd"/>
      <w:r w:rsidRPr="00541039">
        <w:rPr>
          <w:lang w:val="ru-RU"/>
        </w:rPr>
        <w:t xml:space="preserve"> </w:t>
      </w:r>
      <w:proofErr w:type="spellStart"/>
      <w:r w:rsidRPr="00541039">
        <w:rPr>
          <w:lang w:val="ru-RU"/>
        </w:rPr>
        <w:t>законодавства</w:t>
      </w:r>
      <w:proofErr w:type="spellEnd"/>
      <w:r w:rsidRPr="00541039">
        <w:rPr>
          <w:lang w:val="ru-RU"/>
        </w:rPr>
        <w:t>.</w:t>
      </w:r>
    </w:p>
    <w:p w14:paraId="047C6C5F" w14:textId="77777777" w:rsidR="00D97F10" w:rsidRPr="00541039" w:rsidRDefault="00000000" w:rsidP="00544987">
      <w:pPr>
        <w:pStyle w:val="LegalClause"/>
        <w:numPr>
          <w:ilvl w:val="1"/>
          <w:numId w:val="1"/>
        </w:numPr>
        <w:tabs>
          <w:tab w:val="left" w:pos="851"/>
          <w:tab w:val="left" w:pos="1418"/>
        </w:tabs>
        <w:rPr>
          <w:lang w:val="ru-RU"/>
        </w:rPr>
      </w:pPr>
      <w:proofErr w:type="spellStart"/>
      <w:r w:rsidRPr="00541039">
        <w:rPr>
          <w:lang w:val="ru-RU"/>
        </w:rPr>
        <w:t>Повні</w:t>
      </w:r>
      <w:proofErr w:type="spellEnd"/>
      <w:r w:rsidRPr="00541039">
        <w:rPr>
          <w:lang w:val="ru-RU"/>
        </w:rPr>
        <w:t xml:space="preserve"> </w:t>
      </w:r>
      <w:proofErr w:type="spellStart"/>
      <w:r w:rsidRPr="00541039">
        <w:rPr>
          <w:lang w:val="ru-RU"/>
        </w:rPr>
        <w:t>реквізити</w:t>
      </w:r>
      <w:proofErr w:type="spellEnd"/>
      <w:r w:rsidRPr="00541039">
        <w:rPr>
          <w:lang w:val="ru-RU"/>
        </w:rPr>
        <w:t xml:space="preserve"> </w:t>
      </w:r>
      <w:proofErr w:type="spellStart"/>
      <w:r w:rsidRPr="00541039">
        <w:rPr>
          <w:lang w:val="ru-RU"/>
        </w:rPr>
        <w:t>платіжної</w:t>
      </w:r>
      <w:proofErr w:type="spellEnd"/>
      <w:r w:rsidRPr="00541039">
        <w:rPr>
          <w:lang w:val="ru-RU"/>
        </w:rPr>
        <w:t xml:space="preserve"> </w:t>
      </w:r>
      <w:proofErr w:type="spellStart"/>
      <w:r w:rsidRPr="00541039">
        <w:rPr>
          <w:lang w:val="ru-RU"/>
        </w:rPr>
        <w:t>картки</w:t>
      </w:r>
      <w:proofErr w:type="spellEnd"/>
      <w:r w:rsidRPr="00541039">
        <w:rPr>
          <w:lang w:val="ru-RU"/>
        </w:rPr>
        <w:t xml:space="preserve"> </w:t>
      </w:r>
      <w:proofErr w:type="spellStart"/>
      <w:r w:rsidRPr="00541039">
        <w:rPr>
          <w:lang w:val="ru-RU"/>
        </w:rPr>
        <w:t>обробляються</w:t>
      </w:r>
      <w:proofErr w:type="spellEnd"/>
      <w:r w:rsidRPr="00541039">
        <w:rPr>
          <w:lang w:val="ru-RU"/>
        </w:rPr>
        <w:t xml:space="preserve"> </w:t>
      </w:r>
      <w:proofErr w:type="spellStart"/>
      <w:r w:rsidRPr="00541039">
        <w:rPr>
          <w:lang w:val="ru-RU"/>
        </w:rPr>
        <w:t>платіжним</w:t>
      </w:r>
      <w:proofErr w:type="spellEnd"/>
      <w:r w:rsidRPr="00541039">
        <w:rPr>
          <w:lang w:val="ru-RU"/>
        </w:rPr>
        <w:t xml:space="preserve"> партнером. </w:t>
      </w:r>
      <w:proofErr w:type="spellStart"/>
      <w:r w:rsidRPr="00541039">
        <w:rPr>
          <w:lang w:val="ru-RU"/>
        </w:rPr>
        <w:t>Організатор</w:t>
      </w:r>
      <w:proofErr w:type="spellEnd"/>
      <w:r w:rsidRPr="00541039">
        <w:rPr>
          <w:lang w:val="ru-RU"/>
        </w:rPr>
        <w:t xml:space="preserve"> </w:t>
      </w:r>
      <w:proofErr w:type="spellStart"/>
      <w:r w:rsidRPr="00541039">
        <w:rPr>
          <w:lang w:val="ru-RU"/>
        </w:rPr>
        <w:t>отримує</w:t>
      </w:r>
      <w:proofErr w:type="spellEnd"/>
      <w:r w:rsidRPr="00541039">
        <w:rPr>
          <w:lang w:val="ru-RU"/>
        </w:rPr>
        <w:t xml:space="preserve"> </w:t>
      </w:r>
      <w:proofErr w:type="spellStart"/>
      <w:r w:rsidRPr="00541039">
        <w:rPr>
          <w:lang w:val="ru-RU"/>
        </w:rPr>
        <w:t>лише</w:t>
      </w:r>
      <w:proofErr w:type="spellEnd"/>
      <w:r w:rsidRPr="00541039">
        <w:rPr>
          <w:lang w:val="ru-RU"/>
        </w:rPr>
        <w:t xml:space="preserve"> той </w:t>
      </w:r>
      <w:proofErr w:type="spellStart"/>
      <w:r w:rsidRPr="00541039">
        <w:rPr>
          <w:lang w:val="ru-RU"/>
        </w:rPr>
        <w:t>обсяг</w:t>
      </w:r>
      <w:proofErr w:type="spellEnd"/>
      <w:r w:rsidRPr="00541039">
        <w:rPr>
          <w:lang w:val="ru-RU"/>
        </w:rPr>
        <w:t xml:space="preserve"> </w:t>
      </w:r>
      <w:proofErr w:type="spellStart"/>
      <w:r w:rsidRPr="00541039">
        <w:rPr>
          <w:lang w:val="ru-RU"/>
        </w:rPr>
        <w:t>платіжної</w:t>
      </w:r>
      <w:proofErr w:type="spellEnd"/>
      <w:r w:rsidRPr="00541039">
        <w:rPr>
          <w:lang w:val="ru-RU"/>
        </w:rPr>
        <w:t xml:space="preserve"> </w:t>
      </w:r>
      <w:proofErr w:type="spellStart"/>
      <w:r w:rsidRPr="00541039">
        <w:rPr>
          <w:lang w:val="ru-RU"/>
        </w:rPr>
        <w:t>інформації</w:t>
      </w:r>
      <w:proofErr w:type="spellEnd"/>
      <w:r w:rsidRPr="00541039">
        <w:rPr>
          <w:lang w:val="ru-RU"/>
        </w:rPr>
        <w:t xml:space="preserve">, </w:t>
      </w:r>
      <w:proofErr w:type="spellStart"/>
      <w:r w:rsidRPr="00541039">
        <w:rPr>
          <w:lang w:val="ru-RU"/>
        </w:rPr>
        <w:t>який</w:t>
      </w:r>
      <w:proofErr w:type="spellEnd"/>
      <w:r w:rsidRPr="00541039">
        <w:rPr>
          <w:lang w:val="ru-RU"/>
        </w:rPr>
        <w:t xml:space="preserve"> </w:t>
      </w:r>
      <w:proofErr w:type="spellStart"/>
      <w:r w:rsidRPr="00541039">
        <w:rPr>
          <w:lang w:val="ru-RU"/>
        </w:rPr>
        <w:t>потрібен</w:t>
      </w:r>
      <w:proofErr w:type="spellEnd"/>
      <w:r w:rsidRPr="00541039">
        <w:rPr>
          <w:lang w:val="ru-RU"/>
        </w:rPr>
        <w:t xml:space="preserve"> для </w:t>
      </w:r>
      <w:proofErr w:type="spellStart"/>
      <w:r w:rsidRPr="00541039">
        <w:rPr>
          <w:lang w:val="ru-RU"/>
        </w:rPr>
        <w:t>підтвердження</w:t>
      </w:r>
      <w:proofErr w:type="spellEnd"/>
      <w:r w:rsidRPr="00541039">
        <w:rPr>
          <w:lang w:val="ru-RU"/>
        </w:rPr>
        <w:t xml:space="preserve"> статусу, </w:t>
      </w:r>
      <w:proofErr w:type="spellStart"/>
      <w:r w:rsidRPr="00541039">
        <w:rPr>
          <w:lang w:val="ru-RU"/>
        </w:rPr>
        <w:t>звірки</w:t>
      </w:r>
      <w:proofErr w:type="spellEnd"/>
      <w:r w:rsidRPr="00541039">
        <w:rPr>
          <w:lang w:val="ru-RU"/>
        </w:rPr>
        <w:t xml:space="preserve">, </w:t>
      </w:r>
      <w:proofErr w:type="spellStart"/>
      <w:r w:rsidRPr="00541039">
        <w:rPr>
          <w:lang w:val="ru-RU"/>
        </w:rPr>
        <w:t>повернення</w:t>
      </w:r>
      <w:proofErr w:type="spellEnd"/>
      <w:r w:rsidRPr="00541039">
        <w:rPr>
          <w:lang w:val="ru-RU"/>
        </w:rPr>
        <w:t xml:space="preserve"> </w:t>
      </w:r>
      <w:proofErr w:type="spellStart"/>
      <w:r w:rsidRPr="00541039">
        <w:rPr>
          <w:lang w:val="ru-RU"/>
        </w:rPr>
        <w:t>надмірного</w:t>
      </w:r>
      <w:proofErr w:type="spellEnd"/>
      <w:r w:rsidRPr="00541039">
        <w:rPr>
          <w:lang w:val="ru-RU"/>
        </w:rPr>
        <w:t xml:space="preserve"> </w:t>
      </w:r>
      <w:proofErr w:type="spellStart"/>
      <w:r w:rsidRPr="00541039">
        <w:rPr>
          <w:lang w:val="ru-RU"/>
        </w:rPr>
        <w:t>списання</w:t>
      </w:r>
      <w:proofErr w:type="spellEnd"/>
      <w:r w:rsidRPr="00541039">
        <w:rPr>
          <w:lang w:val="ru-RU"/>
        </w:rPr>
        <w:t xml:space="preserve"> та антифрод-</w:t>
      </w:r>
      <w:proofErr w:type="spellStart"/>
      <w:r w:rsidRPr="00541039">
        <w:rPr>
          <w:lang w:val="ru-RU"/>
        </w:rPr>
        <w:t>перевірки</w:t>
      </w:r>
      <w:proofErr w:type="spellEnd"/>
      <w:r w:rsidRPr="00541039">
        <w:rPr>
          <w:lang w:val="ru-RU"/>
        </w:rPr>
        <w:t>.</w:t>
      </w:r>
    </w:p>
    <w:p w14:paraId="34561AFB" w14:textId="37FB7466" w:rsidR="00D97F10" w:rsidRPr="00541039" w:rsidRDefault="00544987" w:rsidP="00544987">
      <w:pPr>
        <w:pStyle w:val="LegalClause"/>
        <w:numPr>
          <w:ilvl w:val="1"/>
          <w:numId w:val="1"/>
        </w:numPr>
        <w:tabs>
          <w:tab w:val="left" w:pos="851"/>
          <w:tab w:val="left" w:pos="1418"/>
        </w:tabs>
        <w:rPr>
          <w:lang w:val="ru-RU"/>
        </w:rPr>
      </w:pPr>
      <w:proofErr w:type="spellStart"/>
      <w:r w:rsidRPr="00544987">
        <w:rPr>
          <w:lang w:val="ru-RU"/>
        </w:rPr>
        <w:t>Персональні</w:t>
      </w:r>
      <w:proofErr w:type="spellEnd"/>
      <w:r w:rsidRPr="00544987">
        <w:rPr>
          <w:lang w:val="ru-RU"/>
        </w:rPr>
        <w:t xml:space="preserve"> </w:t>
      </w:r>
      <w:proofErr w:type="spellStart"/>
      <w:r w:rsidRPr="00544987">
        <w:rPr>
          <w:lang w:val="ru-RU"/>
        </w:rPr>
        <w:t>дані</w:t>
      </w:r>
      <w:proofErr w:type="spellEnd"/>
      <w:r w:rsidRPr="00544987">
        <w:rPr>
          <w:lang w:val="ru-RU"/>
        </w:rPr>
        <w:t xml:space="preserve"> </w:t>
      </w:r>
      <w:proofErr w:type="spellStart"/>
      <w:r w:rsidRPr="00544987">
        <w:rPr>
          <w:lang w:val="ru-RU"/>
        </w:rPr>
        <w:t>можуть</w:t>
      </w:r>
      <w:proofErr w:type="spellEnd"/>
      <w:r w:rsidRPr="00544987">
        <w:rPr>
          <w:lang w:val="ru-RU"/>
        </w:rPr>
        <w:t xml:space="preserve"> </w:t>
      </w:r>
      <w:proofErr w:type="spellStart"/>
      <w:r w:rsidRPr="00544987">
        <w:rPr>
          <w:lang w:val="ru-RU"/>
        </w:rPr>
        <w:t>передаватися</w:t>
      </w:r>
      <w:proofErr w:type="spellEnd"/>
      <w:r w:rsidRPr="00544987">
        <w:rPr>
          <w:lang w:val="ru-RU"/>
        </w:rPr>
        <w:t xml:space="preserve"> особам, </w:t>
      </w:r>
      <w:proofErr w:type="spellStart"/>
      <w:r w:rsidRPr="00544987">
        <w:rPr>
          <w:lang w:val="ru-RU"/>
        </w:rPr>
        <w:t>залученим</w:t>
      </w:r>
      <w:proofErr w:type="spellEnd"/>
      <w:r w:rsidRPr="00544987">
        <w:rPr>
          <w:lang w:val="ru-RU"/>
        </w:rPr>
        <w:t xml:space="preserve"> </w:t>
      </w:r>
      <w:proofErr w:type="spellStart"/>
      <w:r w:rsidRPr="00544987">
        <w:rPr>
          <w:lang w:val="ru-RU"/>
        </w:rPr>
        <w:t>Організатором</w:t>
      </w:r>
      <w:proofErr w:type="spellEnd"/>
      <w:r w:rsidRPr="00544987">
        <w:rPr>
          <w:lang w:val="ru-RU"/>
        </w:rPr>
        <w:t xml:space="preserve"> до </w:t>
      </w:r>
      <w:proofErr w:type="spellStart"/>
      <w:r w:rsidRPr="00544987">
        <w:rPr>
          <w:lang w:val="ru-RU"/>
        </w:rPr>
        <w:t>технічного</w:t>
      </w:r>
      <w:proofErr w:type="spellEnd"/>
      <w:r w:rsidRPr="00544987">
        <w:rPr>
          <w:lang w:val="ru-RU"/>
        </w:rPr>
        <w:t xml:space="preserve">, </w:t>
      </w:r>
      <w:proofErr w:type="spellStart"/>
      <w:r w:rsidRPr="00544987">
        <w:rPr>
          <w:lang w:val="ru-RU"/>
        </w:rPr>
        <w:t>платіжного</w:t>
      </w:r>
      <w:proofErr w:type="spellEnd"/>
      <w:r w:rsidRPr="00544987">
        <w:rPr>
          <w:lang w:val="ru-RU"/>
        </w:rPr>
        <w:t xml:space="preserve">, </w:t>
      </w:r>
      <w:proofErr w:type="spellStart"/>
      <w:r w:rsidRPr="00544987">
        <w:rPr>
          <w:lang w:val="ru-RU"/>
        </w:rPr>
        <w:t>аналітичного</w:t>
      </w:r>
      <w:proofErr w:type="spellEnd"/>
      <w:r w:rsidRPr="00544987">
        <w:rPr>
          <w:lang w:val="ru-RU"/>
        </w:rPr>
        <w:t xml:space="preserve">, </w:t>
      </w:r>
      <w:proofErr w:type="spellStart"/>
      <w:r w:rsidRPr="00544987">
        <w:rPr>
          <w:lang w:val="ru-RU"/>
        </w:rPr>
        <w:t>комунікаційного</w:t>
      </w:r>
      <w:proofErr w:type="spellEnd"/>
      <w:r w:rsidRPr="00544987">
        <w:rPr>
          <w:lang w:val="ru-RU"/>
        </w:rPr>
        <w:t xml:space="preserve">, </w:t>
      </w:r>
      <w:proofErr w:type="spellStart"/>
      <w:r w:rsidRPr="00544987">
        <w:rPr>
          <w:lang w:val="ru-RU"/>
        </w:rPr>
        <w:t>юридичного</w:t>
      </w:r>
      <w:proofErr w:type="spellEnd"/>
      <w:r w:rsidRPr="00544987">
        <w:rPr>
          <w:lang w:val="ru-RU"/>
        </w:rPr>
        <w:t xml:space="preserve"> </w:t>
      </w:r>
      <w:proofErr w:type="spellStart"/>
      <w:r w:rsidRPr="00544987">
        <w:rPr>
          <w:lang w:val="ru-RU"/>
        </w:rPr>
        <w:t>чи</w:t>
      </w:r>
      <w:proofErr w:type="spellEnd"/>
      <w:r w:rsidRPr="00544987">
        <w:rPr>
          <w:lang w:val="ru-RU"/>
        </w:rPr>
        <w:t xml:space="preserve"> </w:t>
      </w:r>
      <w:proofErr w:type="spellStart"/>
      <w:r w:rsidRPr="00544987">
        <w:rPr>
          <w:lang w:val="ru-RU"/>
        </w:rPr>
        <w:t>бухгалтерського</w:t>
      </w:r>
      <w:proofErr w:type="spellEnd"/>
      <w:r w:rsidRPr="00544987">
        <w:rPr>
          <w:lang w:val="ru-RU"/>
        </w:rPr>
        <w:t xml:space="preserve"> </w:t>
      </w:r>
      <w:proofErr w:type="spellStart"/>
      <w:r w:rsidRPr="00544987">
        <w:rPr>
          <w:lang w:val="ru-RU"/>
        </w:rPr>
        <w:t>забезпечення</w:t>
      </w:r>
      <w:proofErr w:type="spellEnd"/>
      <w:r w:rsidRPr="00544987">
        <w:rPr>
          <w:lang w:val="ru-RU"/>
        </w:rPr>
        <w:t xml:space="preserve"> </w:t>
      </w:r>
      <w:proofErr w:type="spellStart"/>
      <w:r w:rsidRPr="00544987">
        <w:rPr>
          <w:lang w:val="ru-RU"/>
        </w:rPr>
        <w:t>Кампанії</w:t>
      </w:r>
      <w:proofErr w:type="spellEnd"/>
      <w:r w:rsidRPr="00544987">
        <w:rPr>
          <w:lang w:val="ru-RU"/>
        </w:rPr>
        <w:t xml:space="preserve">, </w:t>
      </w:r>
      <w:proofErr w:type="spellStart"/>
      <w:r w:rsidRPr="00544987">
        <w:rPr>
          <w:lang w:val="ru-RU"/>
        </w:rPr>
        <w:t>виключно</w:t>
      </w:r>
      <w:proofErr w:type="spellEnd"/>
      <w:r w:rsidRPr="00544987">
        <w:rPr>
          <w:lang w:val="ru-RU"/>
        </w:rPr>
        <w:t xml:space="preserve"> в </w:t>
      </w:r>
      <w:proofErr w:type="spellStart"/>
      <w:r w:rsidRPr="00544987">
        <w:rPr>
          <w:lang w:val="ru-RU"/>
        </w:rPr>
        <w:t>обсязі</w:t>
      </w:r>
      <w:proofErr w:type="spellEnd"/>
      <w:r w:rsidRPr="00544987">
        <w:rPr>
          <w:lang w:val="ru-RU"/>
        </w:rPr>
        <w:t xml:space="preserve">, </w:t>
      </w:r>
      <w:proofErr w:type="spellStart"/>
      <w:r w:rsidRPr="00544987">
        <w:rPr>
          <w:lang w:val="ru-RU"/>
        </w:rPr>
        <w:t>необхідному</w:t>
      </w:r>
      <w:proofErr w:type="spellEnd"/>
      <w:r w:rsidRPr="00544987">
        <w:rPr>
          <w:lang w:val="ru-RU"/>
        </w:rPr>
        <w:t xml:space="preserve"> для </w:t>
      </w:r>
      <w:proofErr w:type="spellStart"/>
      <w:r w:rsidRPr="00544987">
        <w:rPr>
          <w:lang w:val="ru-RU"/>
        </w:rPr>
        <w:t>виконання</w:t>
      </w:r>
      <w:proofErr w:type="spellEnd"/>
      <w:r w:rsidRPr="00544987">
        <w:rPr>
          <w:lang w:val="ru-RU"/>
        </w:rPr>
        <w:t xml:space="preserve"> </w:t>
      </w:r>
      <w:proofErr w:type="spellStart"/>
      <w:r w:rsidRPr="00544987">
        <w:rPr>
          <w:lang w:val="ru-RU"/>
        </w:rPr>
        <w:t>відповідних</w:t>
      </w:r>
      <w:proofErr w:type="spellEnd"/>
      <w:r w:rsidRPr="00544987">
        <w:rPr>
          <w:lang w:val="ru-RU"/>
        </w:rPr>
        <w:t xml:space="preserve"> </w:t>
      </w:r>
      <w:proofErr w:type="spellStart"/>
      <w:r w:rsidRPr="00544987">
        <w:rPr>
          <w:lang w:val="ru-RU"/>
        </w:rPr>
        <w:t>функцій</w:t>
      </w:r>
      <w:proofErr w:type="spellEnd"/>
      <w:r w:rsidRPr="00544987">
        <w:rPr>
          <w:lang w:val="ru-RU"/>
        </w:rPr>
        <w:t xml:space="preserve"> та за </w:t>
      </w:r>
      <w:proofErr w:type="spellStart"/>
      <w:r w:rsidRPr="00544987">
        <w:rPr>
          <w:lang w:val="ru-RU"/>
        </w:rPr>
        <w:t>наявності</w:t>
      </w:r>
      <w:proofErr w:type="spellEnd"/>
      <w:r w:rsidRPr="00544987">
        <w:rPr>
          <w:lang w:val="ru-RU"/>
        </w:rPr>
        <w:t xml:space="preserve"> </w:t>
      </w:r>
      <w:proofErr w:type="spellStart"/>
      <w:r w:rsidRPr="00544987">
        <w:rPr>
          <w:lang w:val="ru-RU"/>
        </w:rPr>
        <w:t>належної</w:t>
      </w:r>
      <w:proofErr w:type="spellEnd"/>
      <w:r w:rsidRPr="00544987">
        <w:rPr>
          <w:lang w:val="ru-RU"/>
        </w:rPr>
        <w:t xml:space="preserve"> </w:t>
      </w:r>
      <w:proofErr w:type="spellStart"/>
      <w:r w:rsidRPr="00544987">
        <w:rPr>
          <w:lang w:val="ru-RU"/>
        </w:rPr>
        <w:t>правової</w:t>
      </w:r>
      <w:proofErr w:type="spellEnd"/>
      <w:r w:rsidRPr="00544987">
        <w:rPr>
          <w:lang w:val="ru-RU"/>
        </w:rPr>
        <w:t xml:space="preserve"> </w:t>
      </w:r>
      <w:proofErr w:type="spellStart"/>
      <w:r w:rsidRPr="00544987">
        <w:rPr>
          <w:lang w:val="ru-RU"/>
        </w:rPr>
        <w:t>підстави</w:t>
      </w:r>
      <w:proofErr w:type="spellEnd"/>
      <w:r w:rsidRPr="00541039">
        <w:rPr>
          <w:lang w:val="ru-RU"/>
        </w:rPr>
        <w:t>.</w:t>
      </w:r>
    </w:p>
    <w:p w14:paraId="6655D7F0" w14:textId="77777777" w:rsidR="00D97F10" w:rsidRDefault="00000000" w:rsidP="00544987">
      <w:pPr>
        <w:pStyle w:val="LegalClause"/>
        <w:numPr>
          <w:ilvl w:val="1"/>
          <w:numId w:val="1"/>
        </w:numPr>
        <w:tabs>
          <w:tab w:val="left" w:pos="851"/>
          <w:tab w:val="left" w:pos="1418"/>
        </w:tabs>
      </w:pPr>
      <w:proofErr w:type="spellStart"/>
      <w:r w:rsidRPr="00541039">
        <w:rPr>
          <w:lang w:val="ru-RU"/>
        </w:rPr>
        <w:lastRenderedPageBreak/>
        <w:t>Персональні</w:t>
      </w:r>
      <w:proofErr w:type="spellEnd"/>
      <w:r w:rsidRPr="00541039">
        <w:rPr>
          <w:lang w:val="ru-RU"/>
        </w:rPr>
        <w:t xml:space="preserve"> </w:t>
      </w:r>
      <w:proofErr w:type="spellStart"/>
      <w:r w:rsidRPr="00541039">
        <w:rPr>
          <w:lang w:val="ru-RU"/>
        </w:rPr>
        <w:t>дані</w:t>
      </w:r>
      <w:proofErr w:type="spellEnd"/>
      <w:r w:rsidRPr="00541039">
        <w:rPr>
          <w:lang w:val="ru-RU"/>
        </w:rPr>
        <w:t xml:space="preserve"> </w:t>
      </w:r>
      <w:proofErr w:type="spellStart"/>
      <w:r w:rsidRPr="00541039">
        <w:rPr>
          <w:lang w:val="ru-RU"/>
        </w:rPr>
        <w:t>зберігаються</w:t>
      </w:r>
      <w:proofErr w:type="spellEnd"/>
      <w:r w:rsidRPr="00541039">
        <w:rPr>
          <w:lang w:val="ru-RU"/>
        </w:rPr>
        <w:t xml:space="preserve"> не </w:t>
      </w:r>
      <w:proofErr w:type="spellStart"/>
      <w:r w:rsidRPr="00541039">
        <w:rPr>
          <w:lang w:val="ru-RU"/>
        </w:rPr>
        <w:t>довше</w:t>
      </w:r>
      <w:proofErr w:type="spellEnd"/>
      <w:r w:rsidRPr="00541039">
        <w:rPr>
          <w:lang w:val="ru-RU"/>
        </w:rPr>
        <w:t xml:space="preserve">, </w:t>
      </w:r>
      <w:proofErr w:type="spellStart"/>
      <w:r w:rsidRPr="00541039">
        <w:rPr>
          <w:lang w:val="ru-RU"/>
        </w:rPr>
        <w:t>ніж</w:t>
      </w:r>
      <w:proofErr w:type="spellEnd"/>
      <w:r w:rsidRPr="00541039">
        <w:rPr>
          <w:lang w:val="ru-RU"/>
        </w:rPr>
        <w:t xml:space="preserve"> </w:t>
      </w:r>
      <w:proofErr w:type="spellStart"/>
      <w:r w:rsidRPr="00541039">
        <w:rPr>
          <w:lang w:val="ru-RU"/>
        </w:rPr>
        <w:t>це</w:t>
      </w:r>
      <w:proofErr w:type="spellEnd"/>
      <w:r w:rsidRPr="00541039">
        <w:rPr>
          <w:lang w:val="ru-RU"/>
        </w:rPr>
        <w:t xml:space="preserve"> </w:t>
      </w:r>
      <w:proofErr w:type="spellStart"/>
      <w:r w:rsidRPr="00541039">
        <w:rPr>
          <w:lang w:val="ru-RU"/>
        </w:rPr>
        <w:t>необхідно</w:t>
      </w:r>
      <w:proofErr w:type="spellEnd"/>
      <w:r w:rsidRPr="00541039">
        <w:rPr>
          <w:lang w:val="ru-RU"/>
        </w:rPr>
        <w:t xml:space="preserve"> для </w:t>
      </w:r>
      <w:proofErr w:type="spellStart"/>
      <w:r w:rsidRPr="00541039">
        <w:rPr>
          <w:lang w:val="ru-RU"/>
        </w:rPr>
        <w:t>цілей</w:t>
      </w:r>
      <w:proofErr w:type="spellEnd"/>
      <w:r w:rsidRPr="00541039">
        <w:rPr>
          <w:lang w:val="ru-RU"/>
        </w:rPr>
        <w:t xml:space="preserve"> </w:t>
      </w:r>
      <w:proofErr w:type="spellStart"/>
      <w:r w:rsidRPr="00541039">
        <w:rPr>
          <w:lang w:val="ru-RU"/>
        </w:rPr>
        <w:t>Кампанії</w:t>
      </w:r>
      <w:proofErr w:type="spellEnd"/>
      <w:r w:rsidRPr="00541039">
        <w:rPr>
          <w:lang w:val="ru-RU"/>
        </w:rPr>
        <w:t xml:space="preserve">, </w:t>
      </w:r>
      <w:proofErr w:type="spellStart"/>
      <w:r w:rsidRPr="00541039">
        <w:rPr>
          <w:lang w:val="ru-RU"/>
        </w:rPr>
        <w:t>виконання</w:t>
      </w:r>
      <w:proofErr w:type="spellEnd"/>
      <w:r w:rsidRPr="00541039">
        <w:rPr>
          <w:lang w:val="ru-RU"/>
        </w:rPr>
        <w:t xml:space="preserve"> </w:t>
      </w:r>
      <w:proofErr w:type="spellStart"/>
      <w:r w:rsidRPr="00541039">
        <w:rPr>
          <w:lang w:val="ru-RU"/>
        </w:rPr>
        <w:t>договірних</w:t>
      </w:r>
      <w:proofErr w:type="spellEnd"/>
      <w:r w:rsidRPr="00541039">
        <w:rPr>
          <w:lang w:val="ru-RU"/>
        </w:rPr>
        <w:t xml:space="preserve">, </w:t>
      </w:r>
      <w:proofErr w:type="spellStart"/>
      <w:r w:rsidRPr="00541039">
        <w:rPr>
          <w:lang w:val="ru-RU"/>
        </w:rPr>
        <w:t>податкових</w:t>
      </w:r>
      <w:proofErr w:type="spellEnd"/>
      <w:r w:rsidRPr="00541039">
        <w:rPr>
          <w:lang w:val="ru-RU"/>
        </w:rPr>
        <w:t xml:space="preserve">, </w:t>
      </w:r>
      <w:proofErr w:type="spellStart"/>
      <w:r w:rsidRPr="00541039">
        <w:rPr>
          <w:lang w:val="ru-RU"/>
        </w:rPr>
        <w:t>бухгалтерських</w:t>
      </w:r>
      <w:proofErr w:type="spellEnd"/>
      <w:r w:rsidRPr="00541039">
        <w:rPr>
          <w:lang w:val="ru-RU"/>
        </w:rPr>
        <w:t xml:space="preserve"> та </w:t>
      </w:r>
      <w:proofErr w:type="spellStart"/>
      <w:r w:rsidRPr="00541039">
        <w:rPr>
          <w:lang w:val="ru-RU"/>
        </w:rPr>
        <w:t>інших</w:t>
      </w:r>
      <w:proofErr w:type="spellEnd"/>
      <w:r w:rsidRPr="00541039">
        <w:rPr>
          <w:lang w:val="ru-RU"/>
        </w:rPr>
        <w:t xml:space="preserve"> </w:t>
      </w:r>
      <w:proofErr w:type="spellStart"/>
      <w:r w:rsidRPr="00541039">
        <w:rPr>
          <w:lang w:val="ru-RU"/>
        </w:rPr>
        <w:t>законних</w:t>
      </w:r>
      <w:proofErr w:type="spellEnd"/>
      <w:r w:rsidRPr="00541039">
        <w:rPr>
          <w:lang w:val="ru-RU"/>
        </w:rPr>
        <w:t xml:space="preserve"> </w:t>
      </w:r>
      <w:proofErr w:type="spellStart"/>
      <w:r w:rsidRPr="00541039">
        <w:rPr>
          <w:lang w:val="ru-RU"/>
        </w:rPr>
        <w:t>вимог</w:t>
      </w:r>
      <w:proofErr w:type="spellEnd"/>
      <w:r w:rsidRPr="00541039">
        <w:rPr>
          <w:lang w:val="ru-RU"/>
        </w:rPr>
        <w:t xml:space="preserve">, </w:t>
      </w:r>
      <w:proofErr w:type="spellStart"/>
      <w:r w:rsidRPr="00541039">
        <w:rPr>
          <w:lang w:val="ru-RU"/>
        </w:rPr>
        <w:t>розгляду</w:t>
      </w:r>
      <w:proofErr w:type="spellEnd"/>
      <w:r w:rsidRPr="00541039">
        <w:rPr>
          <w:lang w:val="ru-RU"/>
        </w:rPr>
        <w:t xml:space="preserve"> </w:t>
      </w:r>
      <w:proofErr w:type="spellStart"/>
      <w:r w:rsidRPr="00541039">
        <w:rPr>
          <w:lang w:val="ru-RU"/>
        </w:rPr>
        <w:t>спорів</w:t>
      </w:r>
      <w:proofErr w:type="spellEnd"/>
      <w:r w:rsidRPr="00541039">
        <w:rPr>
          <w:lang w:val="ru-RU"/>
        </w:rPr>
        <w:t xml:space="preserve"> і </w:t>
      </w:r>
      <w:proofErr w:type="spellStart"/>
      <w:r w:rsidRPr="00541039">
        <w:rPr>
          <w:lang w:val="ru-RU"/>
        </w:rPr>
        <w:t>захисту</w:t>
      </w:r>
      <w:proofErr w:type="spellEnd"/>
      <w:r w:rsidRPr="00541039">
        <w:rPr>
          <w:lang w:val="ru-RU"/>
        </w:rPr>
        <w:t xml:space="preserve"> </w:t>
      </w:r>
      <w:proofErr w:type="spellStart"/>
      <w:r w:rsidRPr="00541039">
        <w:rPr>
          <w:lang w:val="ru-RU"/>
        </w:rPr>
        <w:t>від</w:t>
      </w:r>
      <w:proofErr w:type="spellEnd"/>
      <w:r w:rsidRPr="00541039">
        <w:rPr>
          <w:lang w:val="ru-RU"/>
        </w:rPr>
        <w:t xml:space="preserve"> </w:t>
      </w:r>
      <w:proofErr w:type="spellStart"/>
      <w:r w:rsidRPr="00541039">
        <w:rPr>
          <w:lang w:val="ru-RU"/>
        </w:rPr>
        <w:t>зловживань</w:t>
      </w:r>
      <w:proofErr w:type="spellEnd"/>
      <w:r w:rsidRPr="00541039">
        <w:rPr>
          <w:lang w:val="ru-RU"/>
        </w:rPr>
        <w:t xml:space="preserve">. </w:t>
      </w:r>
      <w:proofErr w:type="spellStart"/>
      <w:r>
        <w:t>Детальні</w:t>
      </w:r>
      <w:proofErr w:type="spellEnd"/>
      <w:r>
        <w:t xml:space="preserve"> </w:t>
      </w:r>
      <w:proofErr w:type="spellStart"/>
      <w:r>
        <w:t>умови</w:t>
      </w:r>
      <w:proofErr w:type="spellEnd"/>
      <w:r>
        <w:t xml:space="preserve"> </w:t>
      </w:r>
      <w:proofErr w:type="spellStart"/>
      <w:r>
        <w:t>також</w:t>
      </w:r>
      <w:proofErr w:type="spellEnd"/>
      <w:r>
        <w:t xml:space="preserve"> </w:t>
      </w:r>
      <w:proofErr w:type="spellStart"/>
      <w:r>
        <w:t>визначаються</w:t>
      </w:r>
      <w:proofErr w:type="spellEnd"/>
      <w:r>
        <w:t xml:space="preserve"> Політикою конфіденційності SWEET.TV.</w:t>
      </w:r>
    </w:p>
    <w:p w14:paraId="0649FA57" w14:textId="77777777" w:rsidR="00D97F10" w:rsidRPr="00541039" w:rsidRDefault="00000000" w:rsidP="00544987">
      <w:pPr>
        <w:pStyle w:val="LegalClause"/>
        <w:numPr>
          <w:ilvl w:val="1"/>
          <w:numId w:val="1"/>
        </w:numPr>
        <w:tabs>
          <w:tab w:val="left" w:pos="851"/>
          <w:tab w:val="left" w:pos="1418"/>
        </w:tabs>
        <w:rPr>
          <w:lang w:val="ru-RU"/>
        </w:rPr>
      </w:pPr>
      <w:proofErr w:type="spellStart"/>
      <w:r w:rsidRPr="00541039">
        <w:rPr>
          <w:lang w:val="ru-RU"/>
        </w:rPr>
        <w:t>Учасник</w:t>
      </w:r>
      <w:proofErr w:type="spellEnd"/>
      <w:r w:rsidRPr="00541039">
        <w:rPr>
          <w:lang w:val="ru-RU"/>
        </w:rPr>
        <w:t xml:space="preserve"> </w:t>
      </w:r>
      <w:proofErr w:type="spellStart"/>
      <w:r w:rsidRPr="00541039">
        <w:rPr>
          <w:lang w:val="ru-RU"/>
        </w:rPr>
        <w:t>може</w:t>
      </w:r>
      <w:proofErr w:type="spellEnd"/>
      <w:r w:rsidRPr="00541039">
        <w:rPr>
          <w:lang w:val="ru-RU"/>
        </w:rPr>
        <w:t xml:space="preserve"> </w:t>
      </w:r>
      <w:proofErr w:type="spellStart"/>
      <w:r w:rsidRPr="00541039">
        <w:rPr>
          <w:lang w:val="ru-RU"/>
        </w:rPr>
        <w:t>реалізувати</w:t>
      </w:r>
      <w:proofErr w:type="spellEnd"/>
      <w:r w:rsidRPr="00541039">
        <w:rPr>
          <w:lang w:val="ru-RU"/>
        </w:rPr>
        <w:t xml:space="preserve"> права </w:t>
      </w:r>
      <w:proofErr w:type="spellStart"/>
      <w:r w:rsidRPr="00541039">
        <w:rPr>
          <w:lang w:val="ru-RU"/>
        </w:rPr>
        <w:t>суб'єкта</w:t>
      </w:r>
      <w:proofErr w:type="spellEnd"/>
      <w:r w:rsidRPr="00541039">
        <w:rPr>
          <w:lang w:val="ru-RU"/>
        </w:rPr>
        <w:t xml:space="preserve"> </w:t>
      </w:r>
      <w:proofErr w:type="spellStart"/>
      <w:r w:rsidRPr="00541039">
        <w:rPr>
          <w:lang w:val="ru-RU"/>
        </w:rPr>
        <w:t>персональних</w:t>
      </w:r>
      <w:proofErr w:type="spellEnd"/>
      <w:r w:rsidRPr="00541039">
        <w:rPr>
          <w:lang w:val="ru-RU"/>
        </w:rPr>
        <w:t xml:space="preserve"> </w:t>
      </w:r>
      <w:proofErr w:type="spellStart"/>
      <w:r w:rsidRPr="00541039">
        <w:rPr>
          <w:lang w:val="ru-RU"/>
        </w:rPr>
        <w:t>даних</w:t>
      </w:r>
      <w:proofErr w:type="spellEnd"/>
      <w:r w:rsidRPr="00541039">
        <w:rPr>
          <w:lang w:val="ru-RU"/>
        </w:rPr>
        <w:t xml:space="preserve"> шляхом </w:t>
      </w:r>
      <w:proofErr w:type="spellStart"/>
      <w:r w:rsidRPr="00541039">
        <w:rPr>
          <w:lang w:val="ru-RU"/>
        </w:rPr>
        <w:t>звернення</w:t>
      </w:r>
      <w:proofErr w:type="spellEnd"/>
      <w:r w:rsidRPr="00541039">
        <w:rPr>
          <w:lang w:val="ru-RU"/>
        </w:rPr>
        <w:t xml:space="preserve"> на </w:t>
      </w:r>
      <w:r>
        <w:t>info</w:t>
      </w:r>
      <w:r w:rsidRPr="00541039">
        <w:rPr>
          <w:lang w:val="ru-RU"/>
        </w:rPr>
        <w:t>@</w:t>
      </w:r>
      <w:r>
        <w:t>sweet</w:t>
      </w:r>
      <w:r w:rsidRPr="00541039">
        <w:rPr>
          <w:lang w:val="ru-RU"/>
        </w:rPr>
        <w:t>.</w:t>
      </w:r>
      <w:r>
        <w:t>tv</w:t>
      </w:r>
      <w:r w:rsidRPr="00541039">
        <w:rPr>
          <w:lang w:val="ru-RU"/>
        </w:rPr>
        <w:t xml:space="preserve">. </w:t>
      </w:r>
      <w:proofErr w:type="spellStart"/>
      <w:r w:rsidRPr="00541039">
        <w:rPr>
          <w:lang w:val="ru-RU"/>
        </w:rPr>
        <w:t>Відкликання</w:t>
      </w:r>
      <w:proofErr w:type="spellEnd"/>
      <w:r w:rsidRPr="00541039">
        <w:rPr>
          <w:lang w:val="ru-RU"/>
        </w:rPr>
        <w:t xml:space="preserve"> </w:t>
      </w:r>
      <w:proofErr w:type="spellStart"/>
      <w:r w:rsidRPr="00541039">
        <w:rPr>
          <w:lang w:val="ru-RU"/>
        </w:rPr>
        <w:t>згоди</w:t>
      </w:r>
      <w:proofErr w:type="spellEnd"/>
      <w:r w:rsidRPr="00541039">
        <w:rPr>
          <w:lang w:val="ru-RU"/>
        </w:rPr>
        <w:t xml:space="preserve"> не </w:t>
      </w:r>
      <w:proofErr w:type="spellStart"/>
      <w:r w:rsidRPr="00541039">
        <w:rPr>
          <w:lang w:val="ru-RU"/>
        </w:rPr>
        <w:t>впливає</w:t>
      </w:r>
      <w:proofErr w:type="spellEnd"/>
      <w:r w:rsidRPr="00541039">
        <w:rPr>
          <w:lang w:val="ru-RU"/>
        </w:rPr>
        <w:t xml:space="preserve"> на </w:t>
      </w:r>
      <w:proofErr w:type="spellStart"/>
      <w:r w:rsidRPr="00541039">
        <w:rPr>
          <w:lang w:val="ru-RU"/>
        </w:rPr>
        <w:t>законність</w:t>
      </w:r>
      <w:proofErr w:type="spellEnd"/>
      <w:r w:rsidRPr="00541039">
        <w:rPr>
          <w:lang w:val="ru-RU"/>
        </w:rPr>
        <w:t xml:space="preserve"> </w:t>
      </w:r>
      <w:proofErr w:type="spellStart"/>
      <w:r w:rsidRPr="00541039">
        <w:rPr>
          <w:lang w:val="ru-RU"/>
        </w:rPr>
        <w:t>попередньої</w:t>
      </w:r>
      <w:proofErr w:type="spellEnd"/>
      <w:r w:rsidRPr="00541039">
        <w:rPr>
          <w:lang w:val="ru-RU"/>
        </w:rPr>
        <w:t xml:space="preserve"> </w:t>
      </w:r>
      <w:proofErr w:type="spellStart"/>
      <w:r w:rsidRPr="00541039">
        <w:rPr>
          <w:lang w:val="ru-RU"/>
        </w:rPr>
        <w:t>обробки</w:t>
      </w:r>
      <w:proofErr w:type="spellEnd"/>
      <w:r w:rsidRPr="00541039">
        <w:rPr>
          <w:lang w:val="ru-RU"/>
        </w:rPr>
        <w:t xml:space="preserve"> та не </w:t>
      </w:r>
      <w:proofErr w:type="spellStart"/>
      <w:r w:rsidRPr="00541039">
        <w:rPr>
          <w:lang w:val="ru-RU"/>
        </w:rPr>
        <w:t>скасовує</w:t>
      </w:r>
      <w:proofErr w:type="spellEnd"/>
      <w:r w:rsidRPr="00541039">
        <w:rPr>
          <w:lang w:val="ru-RU"/>
        </w:rPr>
        <w:t xml:space="preserve"> </w:t>
      </w:r>
      <w:proofErr w:type="spellStart"/>
      <w:r w:rsidRPr="00541039">
        <w:rPr>
          <w:lang w:val="ru-RU"/>
        </w:rPr>
        <w:t>обов'язкову</w:t>
      </w:r>
      <w:proofErr w:type="spellEnd"/>
      <w:r w:rsidRPr="00541039">
        <w:rPr>
          <w:lang w:val="ru-RU"/>
        </w:rPr>
        <w:t xml:space="preserve"> </w:t>
      </w:r>
      <w:proofErr w:type="spellStart"/>
      <w:r w:rsidRPr="00541039">
        <w:rPr>
          <w:lang w:val="ru-RU"/>
        </w:rPr>
        <w:t>обробку</w:t>
      </w:r>
      <w:proofErr w:type="spellEnd"/>
      <w:r w:rsidRPr="00541039">
        <w:rPr>
          <w:lang w:val="ru-RU"/>
        </w:rPr>
        <w:t xml:space="preserve">, яка </w:t>
      </w:r>
      <w:proofErr w:type="spellStart"/>
      <w:r w:rsidRPr="00541039">
        <w:rPr>
          <w:lang w:val="ru-RU"/>
        </w:rPr>
        <w:t>здійснюється</w:t>
      </w:r>
      <w:proofErr w:type="spellEnd"/>
      <w:r w:rsidRPr="00541039">
        <w:rPr>
          <w:lang w:val="ru-RU"/>
        </w:rPr>
        <w:t xml:space="preserve"> на </w:t>
      </w:r>
      <w:proofErr w:type="spellStart"/>
      <w:r w:rsidRPr="00541039">
        <w:rPr>
          <w:lang w:val="ru-RU"/>
        </w:rPr>
        <w:t>іншій</w:t>
      </w:r>
      <w:proofErr w:type="spellEnd"/>
      <w:r w:rsidRPr="00541039">
        <w:rPr>
          <w:lang w:val="ru-RU"/>
        </w:rPr>
        <w:t xml:space="preserve"> </w:t>
      </w:r>
      <w:proofErr w:type="spellStart"/>
      <w:r w:rsidRPr="00541039">
        <w:rPr>
          <w:lang w:val="ru-RU"/>
        </w:rPr>
        <w:t>правовій</w:t>
      </w:r>
      <w:proofErr w:type="spellEnd"/>
      <w:r w:rsidRPr="00541039">
        <w:rPr>
          <w:lang w:val="ru-RU"/>
        </w:rPr>
        <w:t xml:space="preserve"> </w:t>
      </w:r>
      <w:proofErr w:type="spellStart"/>
      <w:r w:rsidRPr="00541039">
        <w:rPr>
          <w:lang w:val="ru-RU"/>
        </w:rPr>
        <w:t>підставі</w:t>
      </w:r>
      <w:proofErr w:type="spellEnd"/>
      <w:r w:rsidRPr="00541039">
        <w:rPr>
          <w:lang w:val="ru-RU"/>
        </w:rPr>
        <w:t>.</w:t>
      </w:r>
    </w:p>
    <w:p w14:paraId="5F15A183" w14:textId="77777777" w:rsidR="00D97F10" w:rsidRPr="00541039" w:rsidRDefault="00000000" w:rsidP="00544987">
      <w:pPr>
        <w:pStyle w:val="Heading1"/>
        <w:numPr>
          <w:ilvl w:val="0"/>
          <w:numId w:val="1"/>
        </w:numPr>
        <w:tabs>
          <w:tab w:val="left" w:pos="851"/>
          <w:tab w:val="left" w:pos="1418"/>
        </w:tabs>
        <w:ind w:firstLine="66"/>
        <w:rPr>
          <w:lang w:val="ru-RU"/>
        </w:rPr>
      </w:pPr>
      <w:r w:rsidRPr="00541039">
        <w:rPr>
          <w:rFonts w:ascii="Times New Roman" w:eastAsia="Times New Roman" w:hAnsi="Times New Roman" w:cs="Times New Roman"/>
          <w:lang w:val="ru-RU"/>
        </w:rPr>
        <w:t>ТЕХНІЧНІ ОБСТАВИНИ, ВІДПОВІДАЛЬНІСТЬ І НЕПЕРЕБОРНА СИЛА</w:t>
      </w:r>
    </w:p>
    <w:p w14:paraId="5BE20A7C" w14:textId="77777777" w:rsidR="00D97F10" w:rsidRPr="00541039" w:rsidRDefault="00000000" w:rsidP="00544987">
      <w:pPr>
        <w:pStyle w:val="LegalClause"/>
        <w:numPr>
          <w:ilvl w:val="1"/>
          <w:numId w:val="1"/>
        </w:numPr>
        <w:tabs>
          <w:tab w:val="left" w:pos="851"/>
          <w:tab w:val="left" w:pos="1418"/>
        </w:tabs>
        <w:rPr>
          <w:lang w:val="ru-RU"/>
        </w:rPr>
      </w:pPr>
      <w:proofErr w:type="spellStart"/>
      <w:r w:rsidRPr="00541039">
        <w:rPr>
          <w:lang w:val="ru-RU"/>
        </w:rPr>
        <w:t>Організатор</w:t>
      </w:r>
      <w:proofErr w:type="spellEnd"/>
      <w:r w:rsidRPr="00541039">
        <w:rPr>
          <w:lang w:val="ru-RU"/>
        </w:rPr>
        <w:t xml:space="preserve"> не </w:t>
      </w:r>
      <w:proofErr w:type="spellStart"/>
      <w:r w:rsidRPr="00541039">
        <w:rPr>
          <w:lang w:val="ru-RU"/>
        </w:rPr>
        <w:t>відповідає</w:t>
      </w:r>
      <w:proofErr w:type="spellEnd"/>
      <w:r w:rsidRPr="00541039">
        <w:rPr>
          <w:lang w:val="ru-RU"/>
        </w:rPr>
        <w:t xml:space="preserve"> за </w:t>
      </w:r>
      <w:proofErr w:type="spellStart"/>
      <w:r w:rsidRPr="00541039">
        <w:rPr>
          <w:lang w:val="ru-RU"/>
        </w:rPr>
        <w:t>збої</w:t>
      </w:r>
      <w:proofErr w:type="spellEnd"/>
      <w:r w:rsidRPr="00541039">
        <w:rPr>
          <w:lang w:val="ru-RU"/>
        </w:rPr>
        <w:t xml:space="preserve"> </w:t>
      </w:r>
      <w:proofErr w:type="spellStart"/>
      <w:r w:rsidRPr="00541039">
        <w:rPr>
          <w:lang w:val="ru-RU"/>
        </w:rPr>
        <w:t>або</w:t>
      </w:r>
      <w:proofErr w:type="spellEnd"/>
      <w:r w:rsidRPr="00541039">
        <w:rPr>
          <w:lang w:val="ru-RU"/>
        </w:rPr>
        <w:t xml:space="preserve"> </w:t>
      </w:r>
      <w:proofErr w:type="spellStart"/>
      <w:r w:rsidRPr="00541039">
        <w:rPr>
          <w:lang w:val="ru-RU"/>
        </w:rPr>
        <w:t>обмеження</w:t>
      </w:r>
      <w:proofErr w:type="spellEnd"/>
      <w:r w:rsidRPr="00541039">
        <w:rPr>
          <w:lang w:val="ru-RU"/>
        </w:rPr>
        <w:t xml:space="preserve">, </w:t>
      </w:r>
      <w:proofErr w:type="spellStart"/>
      <w:r w:rsidRPr="00541039">
        <w:rPr>
          <w:lang w:val="ru-RU"/>
        </w:rPr>
        <w:t>що</w:t>
      </w:r>
      <w:proofErr w:type="spellEnd"/>
      <w:r w:rsidRPr="00541039">
        <w:rPr>
          <w:lang w:val="ru-RU"/>
        </w:rPr>
        <w:t xml:space="preserve"> </w:t>
      </w:r>
      <w:proofErr w:type="spellStart"/>
      <w:r w:rsidRPr="00541039">
        <w:rPr>
          <w:lang w:val="ru-RU"/>
        </w:rPr>
        <w:t>виникли</w:t>
      </w:r>
      <w:proofErr w:type="spellEnd"/>
      <w:r w:rsidRPr="00541039">
        <w:rPr>
          <w:lang w:val="ru-RU"/>
        </w:rPr>
        <w:t xml:space="preserve"> поза сферою </w:t>
      </w:r>
      <w:proofErr w:type="spellStart"/>
      <w:r w:rsidRPr="00541039">
        <w:rPr>
          <w:lang w:val="ru-RU"/>
        </w:rPr>
        <w:t>його</w:t>
      </w:r>
      <w:proofErr w:type="spellEnd"/>
      <w:r w:rsidRPr="00541039">
        <w:rPr>
          <w:lang w:val="ru-RU"/>
        </w:rPr>
        <w:t xml:space="preserve"> контролю, </w:t>
      </w:r>
      <w:proofErr w:type="spellStart"/>
      <w:r w:rsidRPr="00541039">
        <w:rPr>
          <w:lang w:val="ru-RU"/>
        </w:rPr>
        <w:t>зокрема</w:t>
      </w:r>
      <w:proofErr w:type="spellEnd"/>
      <w:r w:rsidRPr="00541039">
        <w:rPr>
          <w:lang w:val="ru-RU"/>
        </w:rPr>
        <w:t xml:space="preserve"> через роботу банку, </w:t>
      </w:r>
      <w:proofErr w:type="spellStart"/>
      <w:r w:rsidRPr="00541039">
        <w:rPr>
          <w:lang w:val="ru-RU"/>
        </w:rPr>
        <w:t>платіжного</w:t>
      </w:r>
      <w:proofErr w:type="spellEnd"/>
      <w:r w:rsidRPr="00541039">
        <w:rPr>
          <w:lang w:val="ru-RU"/>
        </w:rPr>
        <w:t xml:space="preserve"> </w:t>
      </w:r>
      <w:proofErr w:type="spellStart"/>
      <w:r w:rsidRPr="00541039">
        <w:rPr>
          <w:lang w:val="ru-RU"/>
        </w:rPr>
        <w:t>сервісу</w:t>
      </w:r>
      <w:proofErr w:type="spellEnd"/>
      <w:r w:rsidRPr="00541039">
        <w:rPr>
          <w:lang w:val="ru-RU"/>
        </w:rPr>
        <w:t xml:space="preserve">, провайдера </w:t>
      </w:r>
      <w:proofErr w:type="spellStart"/>
      <w:r w:rsidRPr="00541039">
        <w:rPr>
          <w:lang w:val="ru-RU"/>
        </w:rPr>
        <w:t>Інтернету</w:t>
      </w:r>
      <w:proofErr w:type="spellEnd"/>
      <w:r w:rsidRPr="00541039">
        <w:rPr>
          <w:lang w:val="ru-RU"/>
        </w:rPr>
        <w:t xml:space="preserve">, </w:t>
      </w:r>
      <w:proofErr w:type="spellStart"/>
      <w:r w:rsidRPr="00541039">
        <w:rPr>
          <w:lang w:val="ru-RU"/>
        </w:rPr>
        <w:t>стороннього</w:t>
      </w:r>
      <w:proofErr w:type="spellEnd"/>
      <w:r w:rsidRPr="00541039">
        <w:rPr>
          <w:lang w:val="ru-RU"/>
        </w:rPr>
        <w:t xml:space="preserve"> </w:t>
      </w:r>
      <w:proofErr w:type="spellStart"/>
      <w:r w:rsidRPr="00541039">
        <w:rPr>
          <w:lang w:val="ru-RU"/>
        </w:rPr>
        <w:t>сервісу</w:t>
      </w:r>
      <w:proofErr w:type="spellEnd"/>
      <w:r w:rsidRPr="00541039">
        <w:rPr>
          <w:lang w:val="ru-RU"/>
        </w:rPr>
        <w:t xml:space="preserve"> </w:t>
      </w:r>
      <w:proofErr w:type="spellStart"/>
      <w:r w:rsidRPr="00541039">
        <w:rPr>
          <w:lang w:val="ru-RU"/>
        </w:rPr>
        <w:t>авторизації</w:t>
      </w:r>
      <w:proofErr w:type="spellEnd"/>
      <w:r w:rsidRPr="00541039">
        <w:rPr>
          <w:lang w:val="ru-RU"/>
        </w:rPr>
        <w:t xml:space="preserve">, пристрою </w:t>
      </w:r>
      <w:proofErr w:type="spellStart"/>
      <w:r w:rsidRPr="00541039">
        <w:rPr>
          <w:lang w:val="ru-RU"/>
        </w:rPr>
        <w:t>чи</w:t>
      </w:r>
      <w:proofErr w:type="spellEnd"/>
      <w:r w:rsidRPr="00541039">
        <w:rPr>
          <w:lang w:val="ru-RU"/>
        </w:rPr>
        <w:t xml:space="preserve"> </w:t>
      </w:r>
      <w:proofErr w:type="spellStart"/>
      <w:r w:rsidRPr="00541039">
        <w:rPr>
          <w:lang w:val="ru-RU"/>
        </w:rPr>
        <w:t>програмного</w:t>
      </w:r>
      <w:proofErr w:type="spellEnd"/>
      <w:r w:rsidRPr="00541039">
        <w:rPr>
          <w:lang w:val="ru-RU"/>
        </w:rPr>
        <w:t xml:space="preserve"> </w:t>
      </w:r>
      <w:proofErr w:type="spellStart"/>
      <w:r w:rsidRPr="00541039">
        <w:rPr>
          <w:lang w:val="ru-RU"/>
        </w:rPr>
        <w:t>забезпечення</w:t>
      </w:r>
      <w:proofErr w:type="spellEnd"/>
      <w:r w:rsidRPr="00541039">
        <w:rPr>
          <w:lang w:val="ru-RU"/>
        </w:rPr>
        <w:t xml:space="preserve"> </w:t>
      </w:r>
      <w:proofErr w:type="spellStart"/>
      <w:r w:rsidRPr="00541039">
        <w:rPr>
          <w:lang w:val="ru-RU"/>
        </w:rPr>
        <w:t>Учасника</w:t>
      </w:r>
      <w:proofErr w:type="spellEnd"/>
      <w:r w:rsidRPr="00541039">
        <w:rPr>
          <w:lang w:val="ru-RU"/>
        </w:rPr>
        <w:t xml:space="preserve">, за </w:t>
      </w:r>
      <w:proofErr w:type="spellStart"/>
      <w:r w:rsidRPr="00541039">
        <w:rPr>
          <w:lang w:val="ru-RU"/>
        </w:rPr>
        <w:t>умови</w:t>
      </w:r>
      <w:proofErr w:type="spellEnd"/>
      <w:r w:rsidRPr="00541039">
        <w:rPr>
          <w:lang w:val="ru-RU"/>
        </w:rPr>
        <w:t xml:space="preserve"> </w:t>
      </w:r>
      <w:proofErr w:type="spellStart"/>
      <w:r w:rsidRPr="00541039">
        <w:rPr>
          <w:lang w:val="ru-RU"/>
        </w:rPr>
        <w:t>що</w:t>
      </w:r>
      <w:proofErr w:type="spellEnd"/>
      <w:r w:rsidRPr="00541039">
        <w:rPr>
          <w:lang w:val="ru-RU"/>
        </w:rPr>
        <w:t xml:space="preserve"> </w:t>
      </w:r>
      <w:proofErr w:type="spellStart"/>
      <w:r w:rsidRPr="00541039">
        <w:rPr>
          <w:lang w:val="ru-RU"/>
        </w:rPr>
        <w:t>Організатор</w:t>
      </w:r>
      <w:proofErr w:type="spellEnd"/>
      <w:r w:rsidRPr="00541039">
        <w:rPr>
          <w:lang w:val="ru-RU"/>
        </w:rPr>
        <w:t xml:space="preserve"> </w:t>
      </w:r>
      <w:proofErr w:type="spellStart"/>
      <w:r w:rsidRPr="00541039">
        <w:rPr>
          <w:lang w:val="ru-RU"/>
        </w:rPr>
        <w:t>вжив</w:t>
      </w:r>
      <w:proofErr w:type="spellEnd"/>
      <w:r w:rsidRPr="00541039">
        <w:rPr>
          <w:lang w:val="ru-RU"/>
        </w:rPr>
        <w:t xml:space="preserve"> </w:t>
      </w:r>
      <w:proofErr w:type="spellStart"/>
      <w:r w:rsidRPr="00541039">
        <w:rPr>
          <w:lang w:val="ru-RU"/>
        </w:rPr>
        <w:t>розумних</w:t>
      </w:r>
      <w:proofErr w:type="spellEnd"/>
      <w:r w:rsidRPr="00541039">
        <w:rPr>
          <w:lang w:val="ru-RU"/>
        </w:rPr>
        <w:t xml:space="preserve"> </w:t>
      </w:r>
      <w:proofErr w:type="spellStart"/>
      <w:r w:rsidRPr="00541039">
        <w:rPr>
          <w:lang w:val="ru-RU"/>
        </w:rPr>
        <w:t>заходів</w:t>
      </w:r>
      <w:proofErr w:type="spellEnd"/>
      <w:r w:rsidRPr="00541039">
        <w:rPr>
          <w:lang w:val="ru-RU"/>
        </w:rPr>
        <w:t xml:space="preserve"> для </w:t>
      </w:r>
      <w:proofErr w:type="spellStart"/>
      <w:r w:rsidRPr="00541039">
        <w:rPr>
          <w:lang w:val="ru-RU"/>
        </w:rPr>
        <w:t>усунення</w:t>
      </w:r>
      <w:proofErr w:type="spellEnd"/>
      <w:r w:rsidRPr="00541039">
        <w:rPr>
          <w:lang w:val="ru-RU"/>
        </w:rPr>
        <w:t xml:space="preserve"> </w:t>
      </w:r>
      <w:proofErr w:type="spellStart"/>
      <w:r w:rsidRPr="00541039">
        <w:rPr>
          <w:lang w:val="ru-RU"/>
        </w:rPr>
        <w:t>наслідків</w:t>
      </w:r>
      <w:proofErr w:type="spellEnd"/>
      <w:r w:rsidRPr="00541039">
        <w:rPr>
          <w:lang w:val="ru-RU"/>
        </w:rPr>
        <w:t xml:space="preserve"> у межах </w:t>
      </w:r>
      <w:proofErr w:type="spellStart"/>
      <w:r w:rsidRPr="00541039">
        <w:rPr>
          <w:lang w:val="ru-RU"/>
        </w:rPr>
        <w:t>своєї</w:t>
      </w:r>
      <w:proofErr w:type="spellEnd"/>
      <w:r w:rsidRPr="00541039">
        <w:rPr>
          <w:lang w:val="ru-RU"/>
        </w:rPr>
        <w:t xml:space="preserve"> </w:t>
      </w:r>
      <w:proofErr w:type="spellStart"/>
      <w:r w:rsidRPr="00541039">
        <w:rPr>
          <w:lang w:val="ru-RU"/>
        </w:rPr>
        <w:t>відповідальності</w:t>
      </w:r>
      <w:proofErr w:type="spellEnd"/>
      <w:r w:rsidRPr="00541039">
        <w:rPr>
          <w:lang w:val="ru-RU"/>
        </w:rPr>
        <w:t>.</w:t>
      </w:r>
    </w:p>
    <w:p w14:paraId="09B92678" w14:textId="77777777" w:rsidR="00D97F10" w:rsidRPr="00541039" w:rsidRDefault="00000000" w:rsidP="00544987">
      <w:pPr>
        <w:pStyle w:val="LegalClause"/>
        <w:numPr>
          <w:ilvl w:val="1"/>
          <w:numId w:val="1"/>
        </w:numPr>
        <w:tabs>
          <w:tab w:val="left" w:pos="851"/>
          <w:tab w:val="left" w:pos="1418"/>
        </w:tabs>
        <w:rPr>
          <w:lang w:val="ru-RU"/>
        </w:rPr>
      </w:pPr>
      <w:proofErr w:type="spellStart"/>
      <w:r w:rsidRPr="00541039">
        <w:rPr>
          <w:lang w:val="ru-RU"/>
        </w:rPr>
        <w:t>Тимчасова</w:t>
      </w:r>
      <w:proofErr w:type="spellEnd"/>
      <w:r w:rsidRPr="00541039">
        <w:rPr>
          <w:lang w:val="ru-RU"/>
        </w:rPr>
        <w:t xml:space="preserve"> </w:t>
      </w:r>
      <w:proofErr w:type="spellStart"/>
      <w:r w:rsidRPr="00541039">
        <w:rPr>
          <w:lang w:val="ru-RU"/>
        </w:rPr>
        <w:t>недоступність</w:t>
      </w:r>
      <w:proofErr w:type="spellEnd"/>
      <w:r w:rsidRPr="00541039">
        <w:rPr>
          <w:lang w:val="ru-RU"/>
        </w:rPr>
        <w:t xml:space="preserve"> </w:t>
      </w:r>
      <w:proofErr w:type="spellStart"/>
      <w:r w:rsidRPr="00541039">
        <w:rPr>
          <w:lang w:val="ru-RU"/>
        </w:rPr>
        <w:t>Сторінки</w:t>
      </w:r>
      <w:proofErr w:type="spellEnd"/>
      <w:r w:rsidRPr="00541039">
        <w:rPr>
          <w:lang w:val="ru-RU"/>
        </w:rPr>
        <w:t xml:space="preserve">, Рейтингу </w:t>
      </w:r>
      <w:proofErr w:type="spellStart"/>
      <w:r w:rsidRPr="00541039">
        <w:rPr>
          <w:lang w:val="ru-RU"/>
        </w:rPr>
        <w:t>або</w:t>
      </w:r>
      <w:proofErr w:type="spellEnd"/>
      <w:r w:rsidRPr="00541039">
        <w:rPr>
          <w:lang w:val="ru-RU"/>
        </w:rPr>
        <w:t xml:space="preserve"> </w:t>
      </w:r>
      <w:proofErr w:type="spellStart"/>
      <w:r w:rsidRPr="00541039">
        <w:rPr>
          <w:lang w:val="ru-RU"/>
        </w:rPr>
        <w:t>окремої</w:t>
      </w:r>
      <w:proofErr w:type="spellEnd"/>
      <w:r w:rsidRPr="00541039">
        <w:rPr>
          <w:lang w:val="ru-RU"/>
        </w:rPr>
        <w:t xml:space="preserve"> </w:t>
      </w:r>
      <w:proofErr w:type="spellStart"/>
      <w:r w:rsidRPr="00541039">
        <w:rPr>
          <w:lang w:val="ru-RU"/>
        </w:rPr>
        <w:t>функції</w:t>
      </w:r>
      <w:proofErr w:type="spellEnd"/>
      <w:r w:rsidRPr="00541039">
        <w:rPr>
          <w:lang w:val="ru-RU"/>
        </w:rPr>
        <w:t xml:space="preserve"> не є </w:t>
      </w:r>
      <w:proofErr w:type="spellStart"/>
      <w:r w:rsidRPr="00541039">
        <w:rPr>
          <w:lang w:val="ru-RU"/>
        </w:rPr>
        <w:t>підставою</w:t>
      </w:r>
      <w:proofErr w:type="spellEnd"/>
      <w:r w:rsidRPr="00541039">
        <w:rPr>
          <w:lang w:val="ru-RU"/>
        </w:rPr>
        <w:t xml:space="preserve"> для автоматичного </w:t>
      </w:r>
      <w:proofErr w:type="spellStart"/>
      <w:r w:rsidRPr="00541039">
        <w:rPr>
          <w:lang w:val="ru-RU"/>
        </w:rPr>
        <w:t>зарахування</w:t>
      </w:r>
      <w:proofErr w:type="spellEnd"/>
      <w:r w:rsidRPr="00541039">
        <w:rPr>
          <w:lang w:val="ru-RU"/>
        </w:rPr>
        <w:t xml:space="preserve"> Голосу без </w:t>
      </w:r>
      <w:proofErr w:type="spellStart"/>
      <w:r w:rsidRPr="00541039">
        <w:rPr>
          <w:lang w:val="ru-RU"/>
        </w:rPr>
        <w:t>успішного</w:t>
      </w:r>
      <w:proofErr w:type="spellEnd"/>
      <w:r w:rsidRPr="00541039">
        <w:rPr>
          <w:lang w:val="ru-RU"/>
        </w:rPr>
        <w:t xml:space="preserve"> платежу, повторного Голосу, </w:t>
      </w:r>
      <w:proofErr w:type="spellStart"/>
      <w:r w:rsidRPr="00541039">
        <w:rPr>
          <w:lang w:val="ru-RU"/>
        </w:rPr>
        <w:t>зміни</w:t>
      </w:r>
      <w:proofErr w:type="spellEnd"/>
      <w:r w:rsidRPr="00541039">
        <w:rPr>
          <w:lang w:val="ru-RU"/>
        </w:rPr>
        <w:t xml:space="preserve"> </w:t>
      </w:r>
      <w:proofErr w:type="spellStart"/>
      <w:r w:rsidRPr="00541039">
        <w:rPr>
          <w:lang w:val="ru-RU"/>
        </w:rPr>
        <w:t>вибору</w:t>
      </w:r>
      <w:proofErr w:type="spellEnd"/>
      <w:r w:rsidRPr="00541039">
        <w:rPr>
          <w:lang w:val="ru-RU"/>
        </w:rPr>
        <w:t xml:space="preserve"> </w:t>
      </w:r>
      <w:proofErr w:type="spellStart"/>
      <w:r w:rsidRPr="00541039">
        <w:rPr>
          <w:lang w:val="ru-RU"/>
        </w:rPr>
        <w:t>або</w:t>
      </w:r>
      <w:proofErr w:type="spellEnd"/>
      <w:r w:rsidRPr="00541039">
        <w:rPr>
          <w:lang w:val="ru-RU"/>
        </w:rPr>
        <w:t xml:space="preserve"> </w:t>
      </w:r>
      <w:proofErr w:type="spellStart"/>
      <w:r w:rsidRPr="00541039">
        <w:rPr>
          <w:lang w:val="ru-RU"/>
        </w:rPr>
        <w:t>компенсації</w:t>
      </w:r>
      <w:proofErr w:type="spellEnd"/>
      <w:r w:rsidRPr="00541039">
        <w:rPr>
          <w:lang w:val="ru-RU"/>
        </w:rPr>
        <w:t xml:space="preserve">, </w:t>
      </w:r>
      <w:proofErr w:type="spellStart"/>
      <w:r w:rsidRPr="00541039">
        <w:rPr>
          <w:lang w:val="ru-RU"/>
        </w:rPr>
        <w:t>крім</w:t>
      </w:r>
      <w:proofErr w:type="spellEnd"/>
      <w:r w:rsidRPr="00541039">
        <w:rPr>
          <w:lang w:val="ru-RU"/>
        </w:rPr>
        <w:t xml:space="preserve"> </w:t>
      </w:r>
      <w:proofErr w:type="spellStart"/>
      <w:r w:rsidRPr="00541039">
        <w:rPr>
          <w:lang w:val="ru-RU"/>
        </w:rPr>
        <w:t>випадків</w:t>
      </w:r>
      <w:proofErr w:type="spellEnd"/>
      <w:r w:rsidRPr="00541039">
        <w:rPr>
          <w:lang w:val="ru-RU"/>
        </w:rPr>
        <w:t xml:space="preserve">, прямо </w:t>
      </w:r>
      <w:proofErr w:type="spellStart"/>
      <w:r w:rsidRPr="00541039">
        <w:rPr>
          <w:lang w:val="ru-RU"/>
        </w:rPr>
        <w:t>встановлених</w:t>
      </w:r>
      <w:proofErr w:type="spellEnd"/>
      <w:r w:rsidRPr="00541039">
        <w:rPr>
          <w:lang w:val="ru-RU"/>
        </w:rPr>
        <w:t xml:space="preserve"> законом.</w:t>
      </w:r>
    </w:p>
    <w:p w14:paraId="1F0580E5" w14:textId="77777777" w:rsidR="00D97F10" w:rsidRPr="00541039" w:rsidRDefault="00000000" w:rsidP="00544987">
      <w:pPr>
        <w:pStyle w:val="LegalClause"/>
        <w:numPr>
          <w:ilvl w:val="1"/>
          <w:numId w:val="1"/>
        </w:numPr>
        <w:tabs>
          <w:tab w:val="left" w:pos="851"/>
          <w:tab w:val="left" w:pos="1418"/>
        </w:tabs>
        <w:rPr>
          <w:lang w:val="ru-RU"/>
        </w:rPr>
      </w:pPr>
      <w:proofErr w:type="spellStart"/>
      <w:r w:rsidRPr="00541039">
        <w:rPr>
          <w:lang w:val="ru-RU"/>
        </w:rPr>
        <w:t>Якщо</w:t>
      </w:r>
      <w:proofErr w:type="spellEnd"/>
      <w:r w:rsidRPr="00541039">
        <w:rPr>
          <w:lang w:val="ru-RU"/>
        </w:rPr>
        <w:t xml:space="preserve"> </w:t>
      </w:r>
      <w:proofErr w:type="spellStart"/>
      <w:r w:rsidRPr="00541039">
        <w:rPr>
          <w:lang w:val="ru-RU"/>
        </w:rPr>
        <w:t>істотний</w:t>
      </w:r>
      <w:proofErr w:type="spellEnd"/>
      <w:r w:rsidRPr="00541039">
        <w:rPr>
          <w:lang w:val="ru-RU"/>
        </w:rPr>
        <w:t xml:space="preserve"> </w:t>
      </w:r>
      <w:proofErr w:type="spellStart"/>
      <w:r w:rsidRPr="00541039">
        <w:rPr>
          <w:lang w:val="ru-RU"/>
        </w:rPr>
        <w:t>технічний</w:t>
      </w:r>
      <w:proofErr w:type="spellEnd"/>
      <w:r w:rsidRPr="00541039">
        <w:rPr>
          <w:lang w:val="ru-RU"/>
        </w:rPr>
        <w:t xml:space="preserve"> </w:t>
      </w:r>
      <w:proofErr w:type="spellStart"/>
      <w:r w:rsidRPr="00541039">
        <w:rPr>
          <w:lang w:val="ru-RU"/>
        </w:rPr>
        <w:t>збій</w:t>
      </w:r>
      <w:proofErr w:type="spellEnd"/>
      <w:r w:rsidRPr="00541039">
        <w:rPr>
          <w:lang w:val="ru-RU"/>
        </w:rPr>
        <w:t xml:space="preserve"> </w:t>
      </w:r>
      <w:proofErr w:type="spellStart"/>
      <w:r w:rsidRPr="00541039">
        <w:rPr>
          <w:lang w:val="ru-RU"/>
        </w:rPr>
        <w:t>вплинув</w:t>
      </w:r>
      <w:proofErr w:type="spellEnd"/>
      <w:r w:rsidRPr="00541039">
        <w:rPr>
          <w:lang w:val="ru-RU"/>
        </w:rPr>
        <w:t xml:space="preserve"> на </w:t>
      </w:r>
      <w:proofErr w:type="spellStart"/>
      <w:r w:rsidRPr="00541039">
        <w:rPr>
          <w:lang w:val="ru-RU"/>
        </w:rPr>
        <w:t>можливість</w:t>
      </w:r>
      <w:proofErr w:type="spellEnd"/>
      <w:r w:rsidRPr="00541039">
        <w:rPr>
          <w:lang w:val="ru-RU"/>
        </w:rPr>
        <w:t xml:space="preserve"> </w:t>
      </w:r>
      <w:proofErr w:type="spellStart"/>
      <w:r w:rsidRPr="00541039">
        <w:rPr>
          <w:lang w:val="ru-RU"/>
        </w:rPr>
        <w:t>значної</w:t>
      </w:r>
      <w:proofErr w:type="spellEnd"/>
      <w:r w:rsidRPr="00541039">
        <w:rPr>
          <w:lang w:val="ru-RU"/>
        </w:rPr>
        <w:t xml:space="preserve"> </w:t>
      </w:r>
      <w:proofErr w:type="spellStart"/>
      <w:r w:rsidRPr="00541039">
        <w:rPr>
          <w:lang w:val="ru-RU"/>
        </w:rPr>
        <w:t>кількості</w:t>
      </w:r>
      <w:proofErr w:type="spellEnd"/>
      <w:r w:rsidRPr="00541039">
        <w:rPr>
          <w:lang w:val="ru-RU"/>
        </w:rPr>
        <w:t xml:space="preserve"> </w:t>
      </w:r>
      <w:proofErr w:type="spellStart"/>
      <w:r w:rsidRPr="00541039">
        <w:rPr>
          <w:lang w:val="ru-RU"/>
        </w:rPr>
        <w:t>користувачів</w:t>
      </w:r>
      <w:proofErr w:type="spellEnd"/>
      <w:r w:rsidRPr="00541039">
        <w:rPr>
          <w:lang w:val="ru-RU"/>
        </w:rPr>
        <w:t xml:space="preserve"> </w:t>
      </w:r>
      <w:proofErr w:type="spellStart"/>
      <w:r w:rsidRPr="00541039">
        <w:rPr>
          <w:lang w:val="ru-RU"/>
        </w:rPr>
        <w:t>проголосувати</w:t>
      </w:r>
      <w:proofErr w:type="spellEnd"/>
      <w:r w:rsidRPr="00541039">
        <w:rPr>
          <w:lang w:val="ru-RU"/>
        </w:rPr>
        <w:t xml:space="preserve"> </w:t>
      </w:r>
      <w:proofErr w:type="spellStart"/>
      <w:r w:rsidRPr="00541039">
        <w:rPr>
          <w:lang w:val="ru-RU"/>
        </w:rPr>
        <w:t>або</w:t>
      </w:r>
      <w:proofErr w:type="spellEnd"/>
      <w:r w:rsidRPr="00541039">
        <w:rPr>
          <w:lang w:val="ru-RU"/>
        </w:rPr>
        <w:t xml:space="preserve"> на </w:t>
      </w:r>
      <w:proofErr w:type="spellStart"/>
      <w:r w:rsidRPr="00541039">
        <w:rPr>
          <w:lang w:val="ru-RU"/>
        </w:rPr>
        <w:t>достовірність</w:t>
      </w:r>
      <w:proofErr w:type="spellEnd"/>
      <w:r w:rsidRPr="00541039">
        <w:rPr>
          <w:lang w:val="ru-RU"/>
        </w:rPr>
        <w:t xml:space="preserve"> </w:t>
      </w:r>
      <w:proofErr w:type="spellStart"/>
      <w:r w:rsidRPr="00541039">
        <w:rPr>
          <w:lang w:val="ru-RU"/>
        </w:rPr>
        <w:t>обліку</w:t>
      </w:r>
      <w:proofErr w:type="spellEnd"/>
      <w:r w:rsidRPr="00541039">
        <w:rPr>
          <w:lang w:val="ru-RU"/>
        </w:rPr>
        <w:t xml:space="preserve">, </w:t>
      </w:r>
      <w:proofErr w:type="spellStart"/>
      <w:r w:rsidRPr="00541039">
        <w:rPr>
          <w:lang w:val="ru-RU"/>
        </w:rPr>
        <w:t>Організатор</w:t>
      </w:r>
      <w:proofErr w:type="spellEnd"/>
      <w:r w:rsidRPr="00541039">
        <w:rPr>
          <w:lang w:val="ru-RU"/>
        </w:rPr>
        <w:t xml:space="preserve"> </w:t>
      </w:r>
      <w:proofErr w:type="spellStart"/>
      <w:r w:rsidRPr="00541039">
        <w:rPr>
          <w:lang w:val="ru-RU"/>
        </w:rPr>
        <w:t>має</w:t>
      </w:r>
      <w:proofErr w:type="spellEnd"/>
      <w:r w:rsidRPr="00541039">
        <w:rPr>
          <w:lang w:val="ru-RU"/>
        </w:rPr>
        <w:t xml:space="preserve"> право </w:t>
      </w:r>
      <w:proofErr w:type="spellStart"/>
      <w:r w:rsidRPr="00541039">
        <w:rPr>
          <w:lang w:val="ru-RU"/>
        </w:rPr>
        <w:t>призупинити</w:t>
      </w:r>
      <w:proofErr w:type="spellEnd"/>
      <w:r w:rsidRPr="00541039">
        <w:rPr>
          <w:lang w:val="ru-RU"/>
        </w:rPr>
        <w:t xml:space="preserve"> </w:t>
      </w:r>
      <w:proofErr w:type="spellStart"/>
      <w:r w:rsidRPr="00541039">
        <w:rPr>
          <w:lang w:val="ru-RU"/>
        </w:rPr>
        <w:t>Голосування</w:t>
      </w:r>
      <w:proofErr w:type="spellEnd"/>
      <w:r w:rsidRPr="00541039">
        <w:rPr>
          <w:lang w:val="ru-RU"/>
        </w:rPr>
        <w:t xml:space="preserve">, </w:t>
      </w:r>
      <w:proofErr w:type="spellStart"/>
      <w:r w:rsidRPr="00541039">
        <w:rPr>
          <w:lang w:val="ru-RU"/>
        </w:rPr>
        <w:t>відновити</w:t>
      </w:r>
      <w:proofErr w:type="spellEnd"/>
      <w:r w:rsidRPr="00541039">
        <w:rPr>
          <w:lang w:val="ru-RU"/>
        </w:rPr>
        <w:t xml:space="preserve"> </w:t>
      </w:r>
      <w:proofErr w:type="spellStart"/>
      <w:r w:rsidRPr="00541039">
        <w:rPr>
          <w:lang w:val="ru-RU"/>
        </w:rPr>
        <w:t>дані</w:t>
      </w:r>
      <w:proofErr w:type="spellEnd"/>
      <w:r w:rsidRPr="00541039">
        <w:rPr>
          <w:lang w:val="ru-RU"/>
        </w:rPr>
        <w:t xml:space="preserve"> з </w:t>
      </w:r>
      <w:proofErr w:type="spellStart"/>
      <w:r w:rsidRPr="00541039">
        <w:rPr>
          <w:lang w:val="ru-RU"/>
        </w:rPr>
        <w:t>надійних</w:t>
      </w:r>
      <w:proofErr w:type="spellEnd"/>
      <w:r w:rsidRPr="00541039">
        <w:rPr>
          <w:lang w:val="ru-RU"/>
        </w:rPr>
        <w:t xml:space="preserve"> </w:t>
      </w:r>
      <w:proofErr w:type="spellStart"/>
      <w:r w:rsidRPr="00541039">
        <w:rPr>
          <w:lang w:val="ru-RU"/>
        </w:rPr>
        <w:t>журналів</w:t>
      </w:r>
      <w:proofErr w:type="spellEnd"/>
      <w:r w:rsidRPr="00541039">
        <w:rPr>
          <w:lang w:val="ru-RU"/>
        </w:rPr>
        <w:t xml:space="preserve">, </w:t>
      </w:r>
      <w:proofErr w:type="spellStart"/>
      <w:r w:rsidRPr="00541039">
        <w:rPr>
          <w:lang w:val="ru-RU"/>
        </w:rPr>
        <w:t>продовжити</w:t>
      </w:r>
      <w:proofErr w:type="spellEnd"/>
      <w:r w:rsidRPr="00541039">
        <w:rPr>
          <w:lang w:val="ru-RU"/>
        </w:rPr>
        <w:t xml:space="preserve"> строк на </w:t>
      </w:r>
      <w:proofErr w:type="spellStart"/>
      <w:r w:rsidRPr="00541039">
        <w:rPr>
          <w:lang w:val="ru-RU"/>
        </w:rPr>
        <w:t>період</w:t>
      </w:r>
      <w:proofErr w:type="spellEnd"/>
      <w:r w:rsidRPr="00541039">
        <w:rPr>
          <w:lang w:val="ru-RU"/>
        </w:rPr>
        <w:t xml:space="preserve"> </w:t>
      </w:r>
      <w:proofErr w:type="spellStart"/>
      <w:r w:rsidRPr="00541039">
        <w:rPr>
          <w:lang w:val="ru-RU"/>
        </w:rPr>
        <w:t>збою</w:t>
      </w:r>
      <w:proofErr w:type="spellEnd"/>
      <w:r w:rsidRPr="00541039">
        <w:rPr>
          <w:lang w:val="ru-RU"/>
        </w:rPr>
        <w:t xml:space="preserve"> </w:t>
      </w:r>
      <w:proofErr w:type="spellStart"/>
      <w:r w:rsidRPr="00541039">
        <w:rPr>
          <w:lang w:val="ru-RU"/>
        </w:rPr>
        <w:t>або</w:t>
      </w:r>
      <w:proofErr w:type="spellEnd"/>
      <w:r w:rsidRPr="00541039">
        <w:rPr>
          <w:lang w:val="ru-RU"/>
        </w:rPr>
        <w:t xml:space="preserve"> провести </w:t>
      </w:r>
      <w:proofErr w:type="spellStart"/>
      <w:r w:rsidRPr="00541039">
        <w:rPr>
          <w:lang w:val="ru-RU"/>
        </w:rPr>
        <w:t>інший</w:t>
      </w:r>
      <w:proofErr w:type="spellEnd"/>
      <w:r w:rsidRPr="00541039">
        <w:rPr>
          <w:lang w:val="ru-RU"/>
        </w:rPr>
        <w:t xml:space="preserve"> </w:t>
      </w:r>
      <w:proofErr w:type="spellStart"/>
      <w:r w:rsidRPr="00541039">
        <w:rPr>
          <w:lang w:val="ru-RU"/>
        </w:rPr>
        <w:t>пропорційний</w:t>
      </w:r>
      <w:proofErr w:type="spellEnd"/>
      <w:r w:rsidRPr="00541039">
        <w:rPr>
          <w:lang w:val="ru-RU"/>
        </w:rPr>
        <w:t xml:space="preserve"> </w:t>
      </w:r>
      <w:proofErr w:type="spellStart"/>
      <w:r w:rsidRPr="00541039">
        <w:rPr>
          <w:lang w:val="ru-RU"/>
        </w:rPr>
        <w:t>коригувальний</w:t>
      </w:r>
      <w:proofErr w:type="spellEnd"/>
      <w:r w:rsidRPr="00541039">
        <w:rPr>
          <w:lang w:val="ru-RU"/>
        </w:rPr>
        <w:t xml:space="preserve"> </w:t>
      </w:r>
      <w:proofErr w:type="spellStart"/>
      <w:r w:rsidRPr="00541039">
        <w:rPr>
          <w:lang w:val="ru-RU"/>
        </w:rPr>
        <w:t>захід</w:t>
      </w:r>
      <w:proofErr w:type="spellEnd"/>
      <w:r w:rsidRPr="00541039">
        <w:rPr>
          <w:lang w:val="ru-RU"/>
        </w:rPr>
        <w:t xml:space="preserve">, </w:t>
      </w:r>
      <w:proofErr w:type="spellStart"/>
      <w:r w:rsidRPr="00541039">
        <w:rPr>
          <w:lang w:val="ru-RU"/>
        </w:rPr>
        <w:t>оприлюднивши</w:t>
      </w:r>
      <w:proofErr w:type="spellEnd"/>
      <w:r w:rsidRPr="00541039">
        <w:rPr>
          <w:lang w:val="ru-RU"/>
        </w:rPr>
        <w:t xml:space="preserve"> </w:t>
      </w:r>
      <w:proofErr w:type="spellStart"/>
      <w:r w:rsidRPr="00541039">
        <w:rPr>
          <w:lang w:val="ru-RU"/>
        </w:rPr>
        <w:t>повідомлення</w:t>
      </w:r>
      <w:proofErr w:type="spellEnd"/>
      <w:r w:rsidRPr="00541039">
        <w:rPr>
          <w:lang w:val="ru-RU"/>
        </w:rPr>
        <w:t>.</w:t>
      </w:r>
    </w:p>
    <w:p w14:paraId="312E869E" w14:textId="77777777" w:rsidR="00D97F10" w:rsidRPr="00541039" w:rsidRDefault="00000000" w:rsidP="00544987">
      <w:pPr>
        <w:pStyle w:val="LegalClause"/>
        <w:numPr>
          <w:ilvl w:val="1"/>
          <w:numId w:val="1"/>
        </w:numPr>
        <w:tabs>
          <w:tab w:val="left" w:pos="851"/>
          <w:tab w:val="left" w:pos="1418"/>
        </w:tabs>
        <w:rPr>
          <w:lang w:val="ru-RU"/>
        </w:rPr>
      </w:pPr>
      <w:proofErr w:type="spellStart"/>
      <w:r w:rsidRPr="00541039">
        <w:rPr>
          <w:lang w:val="ru-RU"/>
        </w:rPr>
        <w:t>Сторони</w:t>
      </w:r>
      <w:proofErr w:type="spellEnd"/>
      <w:r w:rsidRPr="00541039">
        <w:rPr>
          <w:lang w:val="ru-RU"/>
        </w:rPr>
        <w:t xml:space="preserve"> </w:t>
      </w:r>
      <w:proofErr w:type="spellStart"/>
      <w:r w:rsidRPr="00541039">
        <w:rPr>
          <w:lang w:val="ru-RU"/>
        </w:rPr>
        <w:t>звільняються</w:t>
      </w:r>
      <w:proofErr w:type="spellEnd"/>
      <w:r w:rsidRPr="00541039">
        <w:rPr>
          <w:lang w:val="ru-RU"/>
        </w:rPr>
        <w:t xml:space="preserve"> </w:t>
      </w:r>
      <w:proofErr w:type="spellStart"/>
      <w:r w:rsidRPr="00541039">
        <w:rPr>
          <w:lang w:val="ru-RU"/>
        </w:rPr>
        <w:t>від</w:t>
      </w:r>
      <w:proofErr w:type="spellEnd"/>
      <w:r w:rsidRPr="00541039">
        <w:rPr>
          <w:lang w:val="ru-RU"/>
        </w:rPr>
        <w:t xml:space="preserve"> </w:t>
      </w:r>
      <w:proofErr w:type="spellStart"/>
      <w:r w:rsidRPr="00541039">
        <w:rPr>
          <w:lang w:val="ru-RU"/>
        </w:rPr>
        <w:t>відповідальності</w:t>
      </w:r>
      <w:proofErr w:type="spellEnd"/>
      <w:r w:rsidRPr="00541039">
        <w:rPr>
          <w:lang w:val="ru-RU"/>
        </w:rPr>
        <w:t xml:space="preserve"> за </w:t>
      </w:r>
      <w:proofErr w:type="spellStart"/>
      <w:r w:rsidRPr="00541039">
        <w:rPr>
          <w:lang w:val="ru-RU"/>
        </w:rPr>
        <w:t>невиконання</w:t>
      </w:r>
      <w:proofErr w:type="spellEnd"/>
      <w:r w:rsidRPr="00541039">
        <w:rPr>
          <w:lang w:val="ru-RU"/>
        </w:rPr>
        <w:t xml:space="preserve"> </w:t>
      </w:r>
      <w:proofErr w:type="spellStart"/>
      <w:r w:rsidRPr="00541039">
        <w:rPr>
          <w:lang w:val="ru-RU"/>
        </w:rPr>
        <w:t>обов'язків</w:t>
      </w:r>
      <w:proofErr w:type="spellEnd"/>
      <w:r w:rsidRPr="00541039">
        <w:rPr>
          <w:lang w:val="ru-RU"/>
        </w:rPr>
        <w:t xml:space="preserve"> на час </w:t>
      </w:r>
      <w:proofErr w:type="spellStart"/>
      <w:r w:rsidRPr="00541039">
        <w:rPr>
          <w:lang w:val="ru-RU"/>
        </w:rPr>
        <w:t>дії</w:t>
      </w:r>
      <w:proofErr w:type="spellEnd"/>
      <w:r w:rsidRPr="00541039">
        <w:rPr>
          <w:lang w:val="ru-RU"/>
        </w:rPr>
        <w:t xml:space="preserve"> </w:t>
      </w:r>
      <w:proofErr w:type="spellStart"/>
      <w:r w:rsidRPr="00541039">
        <w:rPr>
          <w:lang w:val="ru-RU"/>
        </w:rPr>
        <w:t>обставин</w:t>
      </w:r>
      <w:proofErr w:type="spellEnd"/>
      <w:r w:rsidRPr="00541039">
        <w:rPr>
          <w:lang w:val="ru-RU"/>
        </w:rPr>
        <w:t xml:space="preserve"> </w:t>
      </w:r>
      <w:proofErr w:type="spellStart"/>
      <w:r w:rsidRPr="00541039">
        <w:rPr>
          <w:lang w:val="ru-RU"/>
        </w:rPr>
        <w:t>непереборної</w:t>
      </w:r>
      <w:proofErr w:type="spellEnd"/>
      <w:r w:rsidRPr="00541039">
        <w:rPr>
          <w:lang w:val="ru-RU"/>
        </w:rPr>
        <w:t xml:space="preserve"> сили, </w:t>
      </w:r>
      <w:proofErr w:type="spellStart"/>
      <w:r w:rsidRPr="00541039">
        <w:rPr>
          <w:lang w:val="ru-RU"/>
        </w:rPr>
        <w:t>які</w:t>
      </w:r>
      <w:proofErr w:type="spellEnd"/>
      <w:r w:rsidRPr="00541039">
        <w:rPr>
          <w:lang w:val="ru-RU"/>
        </w:rPr>
        <w:t xml:space="preserve"> </w:t>
      </w:r>
      <w:proofErr w:type="spellStart"/>
      <w:r w:rsidRPr="00541039">
        <w:rPr>
          <w:lang w:val="ru-RU"/>
        </w:rPr>
        <w:t>неможливо</w:t>
      </w:r>
      <w:proofErr w:type="spellEnd"/>
      <w:r w:rsidRPr="00541039">
        <w:rPr>
          <w:lang w:val="ru-RU"/>
        </w:rPr>
        <w:t xml:space="preserve"> </w:t>
      </w:r>
      <w:proofErr w:type="spellStart"/>
      <w:r w:rsidRPr="00541039">
        <w:rPr>
          <w:lang w:val="ru-RU"/>
        </w:rPr>
        <w:t>було</w:t>
      </w:r>
      <w:proofErr w:type="spellEnd"/>
      <w:r w:rsidRPr="00541039">
        <w:rPr>
          <w:lang w:val="ru-RU"/>
        </w:rPr>
        <w:t xml:space="preserve"> </w:t>
      </w:r>
      <w:proofErr w:type="spellStart"/>
      <w:r w:rsidRPr="00541039">
        <w:rPr>
          <w:lang w:val="ru-RU"/>
        </w:rPr>
        <w:t>передбачити</w:t>
      </w:r>
      <w:proofErr w:type="spellEnd"/>
      <w:r w:rsidRPr="00541039">
        <w:rPr>
          <w:lang w:val="ru-RU"/>
        </w:rPr>
        <w:t xml:space="preserve"> </w:t>
      </w:r>
      <w:proofErr w:type="spellStart"/>
      <w:r w:rsidRPr="00541039">
        <w:rPr>
          <w:lang w:val="ru-RU"/>
        </w:rPr>
        <w:t>або</w:t>
      </w:r>
      <w:proofErr w:type="spellEnd"/>
      <w:r w:rsidRPr="00541039">
        <w:rPr>
          <w:lang w:val="ru-RU"/>
        </w:rPr>
        <w:t xml:space="preserve"> </w:t>
      </w:r>
      <w:proofErr w:type="spellStart"/>
      <w:r w:rsidRPr="00541039">
        <w:rPr>
          <w:lang w:val="ru-RU"/>
        </w:rPr>
        <w:t>відвернути</w:t>
      </w:r>
      <w:proofErr w:type="spellEnd"/>
      <w:r w:rsidRPr="00541039">
        <w:rPr>
          <w:lang w:val="ru-RU"/>
        </w:rPr>
        <w:t xml:space="preserve"> </w:t>
      </w:r>
      <w:proofErr w:type="spellStart"/>
      <w:r w:rsidRPr="00541039">
        <w:rPr>
          <w:lang w:val="ru-RU"/>
        </w:rPr>
        <w:t>розумними</w:t>
      </w:r>
      <w:proofErr w:type="spellEnd"/>
      <w:r w:rsidRPr="00541039">
        <w:rPr>
          <w:lang w:val="ru-RU"/>
        </w:rPr>
        <w:t xml:space="preserve"> заходами, </w:t>
      </w:r>
      <w:proofErr w:type="spellStart"/>
      <w:r w:rsidRPr="00541039">
        <w:rPr>
          <w:lang w:val="ru-RU"/>
        </w:rPr>
        <w:t>включно</w:t>
      </w:r>
      <w:proofErr w:type="spellEnd"/>
      <w:r w:rsidRPr="00541039">
        <w:rPr>
          <w:lang w:val="ru-RU"/>
        </w:rPr>
        <w:t xml:space="preserve"> з </w:t>
      </w:r>
      <w:proofErr w:type="spellStart"/>
      <w:r w:rsidRPr="00541039">
        <w:rPr>
          <w:lang w:val="ru-RU"/>
        </w:rPr>
        <w:t>воєнними</w:t>
      </w:r>
      <w:proofErr w:type="spellEnd"/>
      <w:r w:rsidRPr="00541039">
        <w:rPr>
          <w:lang w:val="ru-RU"/>
        </w:rPr>
        <w:t xml:space="preserve"> </w:t>
      </w:r>
      <w:proofErr w:type="spellStart"/>
      <w:r w:rsidRPr="00541039">
        <w:rPr>
          <w:lang w:val="ru-RU"/>
        </w:rPr>
        <w:t>діями</w:t>
      </w:r>
      <w:proofErr w:type="spellEnd"/>
      <w:r w:rsidRPr="00541039">
        <w:rPr>
          <w:lang w:val="ru-RU"/>
        </w:rPr>
        <w:t xml:space="preserve">, актами </w:t>
      </w:r>
      <w:proofErr w:type="spellStart"/>
      <w:r w:rsidRPr="00541039">
        <w:rPr>
          <w:lang w:val="ru-RU"/>
        </w:rPr>
        <w:t>органів</w:t>
      </w:r>
      <w:proofErr w:type="spellEnd"/>
      <w:r w:rsidRPr="00541039">
        <w:rPr>
          <w:lang w:val="ru-RU"/>
        </w:rPr>
        <w:t xml:space="preserve"> </w:t>
      </w:r>
      <w:proofErr w:type="spellStart"/>
      <w:r w:rsidRPr="00541039">
        <w:rPr>
          <w:lang w:val="ru-RU"/>
        </w:rPr>
        <w:t>влади</w:t>
      </w:r>
      <w:proofErr w:type="spellEnd"/>
      <w:r w:rsidRPr="00541039">
        <w:rPr>
          <w:lang w:val="ru-RU"/>
        </w:rPr>
        <w:t xml:space="preserve">, </w:t>
      </w:r>
      <w:proofErr w:type="spellStart"/>
      <w:r w:rsidRPr="00541039">
        <w:rPr>
          <w:lang w:val="ru-RU"/>
        </w:rPr>
        <w:t>масштабними</w:t>
      </w:r>
      <w:proofErr w:type="spellEnd"/>
      <w:r w:rsidRPr="00541039">
        <w:rPr>
          <w:lang w:val="ru-RU"/>
        </w:rPr>
        <w:t xml:space="preserve"> </w:t>
      </w:r>
      <w:proofErr w:type="spellStart"/>
      <w:r w:rsidRPr="00541039">
        <w:rPr>
          <w:lang w:val="ru-RU"/>
        </w:rPr>
        <w:t>аваріями</w:t>
      </w:r>
      <w:proofErr w:type="spellEnd"/>
      <w:r w:rsidRPr="00541039">
        <w:rPr>
          <w:lang w:val="ru-RU"/>
        </w:rPr>
        <w:t xml:space="preserve">, </w:t>
      </w:r>
      <w:proofErr w:type="spellStart"/>
      <w:r w:rsidRPr="00541039">
        <w:rPr>
          <w:lang w:val="ru-RU"/>
        </w:rPr>
        <w:t>тривалими</w:t>
      </w:r>
      <w:proofErr w:type="spellEnd"/>
      <w:r w:rsidRPr="00541039">
        <w:rPr>
          <w:lang w:val="ru-RU"/>
        </w:rPr>
        <w:t xml:space="preserve"> </w:t>
      </w:r>
      <w:proofErr w:type="spellStart"/>
      <w:r w:rsidRPr="00541039">
        <w:rPr>
          <w:lang w:val="ru-RU"/>
        </w:rPr>
        <w:t>відключеннями</w:t>
      </w:r>
      <w:proofErr w:type="spellEnd"/>
      <w:r w:rsidRPr="00541039">
        <w:rPr>
          <w:lang w:val="ru-RU"/>
        </w:rPr>
        <w:t xml:space="preserve"> </w:t>
      </w:r>
      <w:proofErr w:type="spellStart"/>
      <w:r w:rsidRPr="00541039">
        <w:rPr>
          <w:lang w:val="ru-RU"/>
        </w:rPr>
        <w:t>електроенергії</w:t>
      </w:r>
      <w:proofErr w:type="spellEnd"/>
      <w:r w:rsidRPr="00541039">
        <w:rPr>
          <w:lang w:val="ru-RU"/>
        </w:rPr>
        <w:t xml:space="preserve"> </w:t>
      </w:r>
      <w:proofErr w:type="spellStart"/>
      <w:r w:rsidRPr="00541039">
        <w:rPr>
          <w:lang w:val="ru-RU"/>
        </w:rPr>
        <w:t>чи</w:t>
      </w:r>
      <w:proofErr w:type="spellEnd"/>
      <w:r w:rsidRPr="00541039">
        <w:rPr>
          <w:lang w:val="ru-RU"/>
        </w:rPr>
        <w:t xml:space="preserve"> </w:t>
      </w:r>
      <w:proofErr w:type="spellStart"/>
      <w:r w:rsidRPr="00541039">
        <w:rPr>
          <w:lang w:val="ru-RU"/>
        </w:rPr>
        <w:t>зв'язку</w:t>
      </w:r>
      <w:proofErr w:type="spellEnd"/>
      <w:r w:rsidRPr="00541039">
        <w:rPr>
          <w:lang w:val="ru-RU"/>
        </w:rPr>
        <w:t xml:space="preserve"> та </w:t>
      </w:r>
      <w:proofErr w:type="spellStart"/>
      <w:r w:rsidRPr="00541039">
        <w:rPr>
          <w:lang w:val="ru-RU"/>
        </w:rPr>
        <w:t>надзвичайними</w:t>
      </w:r>
      <w:proofErr w:type="spellEnd"/>
      <w:r w:rsidRPr="00541039">
        <w:rPr>
          <w:lang w:val="ru-RU"/>
        </w:rPr>
        <w:t xml:space="preserve"> </w:t>
      </w:r>
      <w:proofErr w:type="spellStart"/>
      <w:r w:rsidRPr="00541039">
        <w:rPr>
          <w:lang w:val="ru-RU"/>
        </w:rPr>
        <w:t>подіями</w:t>
      </w:r>
      <w:proofErr w:type="spellEnd"/>
      <w:r w:rsidRPr="00541039">
        <w:rPr>
          <w:lang w:val="ru-RU"/>
        </w:rPr>
        <w:t>.</w:t>
      </w:r>
    </w:p>
    <w:p w14:paraId="60EF226E" w14:textId="77777777" w:rsidR="00D97F10" w:rsidRPr="00541039" w:rsidRDefault="00000000" w:rsidP="00544987">
      <w:pPr>
        <w:pStyle w:val="LegalClause"/>
        <w:numPr>
          <w:ilvl w:val="1"/>
          <w:numId w:val="1"/>
        </w:numPr>
        <w:tabs>
          <w:tab w:val="left" w:pos="851"/>
          <w:tab w:val="left" w:pos="1418"/>
        </w:tabs>
        <w:rPr>
          <w:lang w:val="ru-RU"/>
        </w:rPr>
      </w:pPr>
      <w:proofErr w:type="spellStart"/>
      <w:r w:rsidRPr="00541039">
        <w:rPr>
          <w:lang w:val="ru-RU"/>
        </w:rPr>
        <w:t>Організатор</w:t>
      </w:r>
      <w:proofErr w:type="spellEnd"/>
      <w:r w:rsidRPr="00541039">
        <w:rPr>
          <w:lang w:val="ru-RU"/>
        </w:rPr>
        <w:t xml:space="preserve"> не </w:t>
      </w:r>
      <w:proofErr w:type="spellStart"/>
      <w:r w:rsidRPr="00541039">
        <w:rPr>
          <w:lang w:val="ru-RU"/>
        </w:rPr>
        <w:t>відшкодовує</w:t>
      </w:r>
      <w:proofErr w:type="spellEnd"/>
      <w:r w:rsidRPr="00541039">
        <w:rPr>
          <w:lang w:val="ru-RU"/>
        </w:rPr>
        <w:t xml:space="preserve"> </w:t>
      </w:r>
      <w:proofErr w:type="spellStart"/>
      <w:r w:rsidRPr="00541039">
        <w:rPr>
          <w:lang w:val="ru-RU"/>
        </w:rPr>
        <w:t>непрямі</w:t>
      </w:r>
      <w:proofErr w:type="spellEnd"/>
      <w:r w:rsidRPr="00541039">
        <w:rPr>
          <w:lang w:val="ru-RU"/>
        </w:rPr>
        <w:t xml:space="preserve"> </w:t>
      </w:r>
      <w:proofErr w:type="spellStart"/>
      <w:r w:rsidRPr="00541039">
        <w:rPr>
          <w:lang w:val="ru-RU"/>
        </w:rPr>
        <w:t>збитки</w:t>
      </w:r>
      <w:proofErr w:type="spellEnd"/>
      <w:r w:rsidRPr="00541039">
        <w:rPr>
          <w:lang w:val="ru-RU"/>
        </w:rPr>
        <w:t xml:space="preserve">, </w:t>
      </w:r>
      <w:proofErr w:type="spellStart"/>
      <w:r w:rsidRPr="00541039">
        <w:rPr>
          <w:lang w:val="ru-RU"/>
        </w:rPr>
        <w:t>упущену</w:t>
      </w:r>
      <w:proofErr w:type="spellEnd"/>
      <w:r w:rsidRPr="00541039">
        <w:rPr>
          <w:lang w:val="ru-RU"/>
        </w:rPr>
        <w:t xml:space="preserve"> </w:t>
      </w:r>
      <w:proofErr w:type="spellStart"/>
      <w:r w:rsidRPr="00541039">
        <w:rPr>
          <w:lang w:val="ru-RU"/>
        </w:rPr>
        <w:t>вигоду</w:t>
      </w:r>
      <w:proofErr w:type="spellEnd"/>
      <w:r w:rsidRPr="00541039">
        <w:rPr>
          <w:lang w:val="ru-RU"/>
        </w:rPr>
        <w:t xml:space="preserve">, </w:t>
      </w:r>
      <w:proofErr w:type="spellStart"/>
      <w:r w:rsidRPr="00541039">
        <w:rPr>
          <w:lang w:val="ru-RU"/>
        </w:rPr>
        <w:t>витрати</w:t>
      </w:r>
      <w:proofErr w:type="spellEnd"/>
      <w:r w:rsidRPr="00541039">
        <w:rPr>
          <w:lang w:val="ru-RU"/>
        </w:rPr>
        <w:t xml:space="preserve"> на </w:t>
      </w:r>
      <w:proofErr w:type="spellStart"/>
      <w:r w:rsidRPr="00541039">
        <w:rPr>
          <w:lang w:val="ru-RU"/>
        </w:rPr>
        <w:t>зв'язок</w:t>
      </w:r>
      <w:proofErr w:type="spellEnd"/>
      <w:r w:rsidRPr="00541039">
        <w:rPr>
          <w:lang w:val="ru-RU"/>
        </w:rPr>
        <w:t xml:space="preserve">, </w:t>
      </w:r>
      <w:proofErr w:type="spellStart"/>
      <w:r w:rsidRPr="00541039">
        <w:rPr>
          <w:lang w:val="ru-RU"/>
        </w:rPr>
        <w:t>Інтернет</w:t>
      </w:r>
      <w:proofErr w:type="spellEnd"/>
      <w:r w:rsidRPr="00541039">
        <w:rPr>
          <w:lang w:val="ru-RU"/>
        </w:rPr>
        <w:t xml:space="preserve">, </w:t>
      </w:r>
      <w:proofErr w:type="spellStart"/>
      <w:r w:rsidRPr="00541039">
        <w:rPr>
          <w:lang w:val="ru-RU"/>
        </w:rPr>
        <w:t>проїзд</w:t>
      </w:r>
      <w:proofErr w:type="spellEnd"/>
      <w:r w:rsidRPr="00541039">
        <w:rPr>
          <w:lang w:val="ru-RU"/>
        </w:rPr>
        <w:t xml:space="preserve">, </w:t>
      </w:r>
      <w:proofErr w:type="spellStart"/>
      <w:r w:rsidRPr="00541039">
        <w:rPr>
          <w:lang w:val="ru-RU"/>
        </w:rPr>
        <w:t>проживання</w:t>
      </w:r>
      <w:proofErr w:type="spellEnd"/>
      <w:r w:rsidRPr="00541039">
        <w:rPr>
          <w:lang w:val="ru-RU"/>
        </w:rPr>
        <w:t xml:space="preserve"> </w:t>
      </w:r>
      <w:proofErr w:type="spellStart"/>
      <w:r w:rsidRPr="00541039">
        <w:rPr>
          <w:lang w:val="ru-RU"/>
        </w:rPr>
        <w:t>чи</w:t>
      </w:r>
      <w:proofErr w:type="spellEnd"/>
      <w:r w:rsidRPr="00541039">
        <w:rPr>
          <w:lang w:val="ru-RU"/>
        </w:rPr>
        <w:t xml:space="preserve"> </w:t>
      </w:r>
      <w:proofErr w:type="spellStart"/>
      <w:r w:rsidRPr="00541039">
        <w:rPr>
          <w:lang w:val="ru-RU"/>
        </w:rPr>
        <w:t>інші</w:t>
      </w:r>
      <w:proofErr w:type="spellEnd"/>
      <w:r w:rsidRPr="00541039">
        <w:rPr>
          <w:lang w:val="ru-RU"/>
        </w:rPr>
        <w:t xml:space="preserve"> </w:t>
      </w:r>
      <w:proofErr w:type="spellStart"/>
      <w:r w:rsidRPr="00541039">
        <w:rPr>
          <w:lang w:val="ru-RU"/>
        </w:rPr>
        <w:t>витрати</w:t>
      </w:r>
      <w:proofErr w:type="spellEnd"/>
      <w:r w:rsidRPr="00541039">
        <w:rPr>
          <w:lang w:val="ru-RU"/>
        </w:rPr>
        <w:t xml:space="preserve"> </w:t>
      </w:r>
      <w:proofErr w:type="spellStart"/>
      <w:r w:rsidRPr="00541039">
        <w:rPr>
          <w:lang w:val="ru-RU"/>
        </w:rPr>
        <w:t>Учасника</w:t>
      </w:r>
      <w:proofErr w:type="spellEnd"/>
      <w:r w:rsidRPr="00541039">
        <w:rPr>
          <w:lang w:val="ru-RU"/>
        </w:rPr>
        <w:t xml:space="preserve">, </w:t>
      </w:r>
      <w:proofErr w:type="spellStart"/>
      <w:r w:rsidRPr="00541039">
        <w:rPr>
          <w:lang w:val="ru-RU"/>
        </w:rPr>
        <w:t>крім</w:t>
      </w:r>
      <w:proofErr w:type="spellEnd"/>
      <w:r w:rsidRPr="00541039">
        <w:rPr>
          <w:lang w:val="ru-RU"/>
        </w:rPr>
        <w:t xml:space="preserve"> </w:t>
      </w:r>
      <w:proofErr w:type="spellStart"/>
      <w:r w:rsidRPr="00541039">
        <w:rPr>
          <w:lang w:val="ru-RU"/>
        </w:rPr>
        <w:t>випадків</w:t>
      </w:r>
      <w:proofErr w:type="spellEnd"/>
      <w:r w:rsidRPr="00541039">
        <w:rPr>
          <w:lang w:val="ru-RU"/>
        </w:rPr>
        <w:t xml:space="preserve">, коли </w:t>
      </w:r>
      <w:proofErr w:type="spellStart"/>
      <w:r w:rsidRPr="00541039">
        <w:rPr>
          <w:lang w:val="ru-RU"/>
        </w:rPr>
        <w:t>така</w:t>
      </w:r>
      <w:proofErr w:type="spellEnd"/>
      <w:r w:rsidRPr="00541039">
        <w:rPr>
          <w:lang w:val="ru-RU"/>
        </w:rPr>
        <w:t xml:space="preserve"> </w:t>
      </w:r>
      <w:proofErr w:type="spellStart"/>
      <w:r w:rsidRPr="00541039">
        <w:rPr>
          <w:lang w:val="ru-RU"/>
        </w:rPr>
        <w:t>відповідальність</w:t>
      </w:r>
      <w:proofErr w:type="spellEnd"/>
      <w:r w:rsidRPr="00541039">
        <w:rPr>
          <w:lang w:val="ru-RU"/>
        </w:rPr>
        <w:t xml:space="preserve"> прямо </w:t>
      </w:r>
      <w:proofErr w:type="spellStart"/>
      <w:r w:rsidRPr="00541039">
        <w:rPr>
          <w:lang w:val="ru-RU"/>
        </w:rPr>
        <w:t>встановлена</w:t>
      </w:r>
      <w:proofErr w:type="spellEnd"/>
      <w:r w:rsidRPr="00541039">
        <w:rPr>
          <w:lang w:val="ru-RU"/>
        </w:rPr>
        <w:t xml:space="preserve"> </w:t>
      </w:r>
      <w:proofErr w:type="spellStart"/>
      <w:r w:rsidRPr="00541039">
        <w:rPr>
          <w:lang w:val="ru-RU"/>
        </w:rPr>
        <w:t>імперативною</w:t>
      </w:r>
      <w:proofErr w:type="spellEnd"/>
      <w:r w:rsidRPr="00541039">
        <w:rPr>
          <w:lang w:val="ru-RU"/>
        </w:rPr>
        <w:t xml:space="preserve"> нормою закону.</w:t>
      </w:r>
    </w:p>
    <w:p w14:paraId="5108B74B" w14:textId="77777777" w:rsidR="00D97F10" w:rsidRPr="00541039" w:rsidRDefault="00000000" w:rsidP="00544987">
      <w:pPr>
        <w:pStyle w:val="Heading1"/>
        <w:numPr>
          <w:ilvl w:val="0"/>
          <w:numId w:val="1"/>
        </w:numPr>
        <w:tabs>
          <w:tab w:val="left" w:pos="851"/>
          <w:tab w:val="left" w:pos="1418"/>
        </w:tabs>
        <w:ind w:firstLine="66"/>
        <w:rPr>
          <w:lang w:val="ru-RU"/>
        </w:rPr>
      </w:pPr>
      <w:r w:rsidRPr="00541039">
        <w:rPr>
          <w:rFonts w:ascii="Times New Roman" w:eastAsia="Times New Roman" w:hAnsi="Times New Roman" w:cs="Times New Roman"/>
          <w:lang w:val="ru-RU"/>
        </w:rPr>
        <w:t>ЗВЕРНЕННЯ, СПОРИ, ЗМІНИ ТА ПРИКІНЦЕВІ ПОЛОЖЕННЯ</w:t>
      </w:r>
    </w:p>
    <w:p w14:paraId="566C9036" w14:textId="77777777" w:rsidR="00D97F10" w:rsidRPr="00541039" w:rsidRDefault="00000000" w:rsidP="00544987">
      <w:pPr>
        <w:pStyle w:val="LegalClause"/>
        <w:numPr>
          <w:ilvl w:val="1"/>
          <w:numId w:val="1"/>
        </w:numPr>
        <w:tabs>
          <w:tab w:val="left" w:pos="851"/>
          <w:tab w:val="left" w:pos="1418"/>
        </w:tabs>
        <w:rPr>
          <w:lang w:val="ru-RU"/>
        </w:rPr>
      </w:pPr>
      <w:proofErr w:type="spellStart"/>
      <w:r w:rsidRPr="00541039">
        <w:rPr>
          <w:lang w:val="ru-RU"/>
        </w:rPr>
        <w:t>Звернення</w:t>
      </w:r>
      <w:proofErr w:type="spellEnd"/>
      <w:r w:rsidRPr="00541039">
        <w:rPr>
          <w:lang w:val="ru-RU"/>
        </w:rPr>
        <w:t xml:space="preserve"> </w:t>
      </w:r>
      <w:proofErr w:type="spellStart"/>
      <w:r w:rsidRPr="00541039">
        <w:rPr>
          <w:lang w:val="ru-RU"/>
        </w:rPr>
        <w:t>щодо</w:t>
      </w:r>
      <w:proofErr w:type="spellEnd"/>
      <w:r w:rsidRPr="00541039">
        <w:rPr>
          <w:lang w:val="ru-RU"/>
        </w:rPr>
        <w:t xml:space="preserve"> платежу, Голосу, </w:t>
      </w:r>
      <w:proofErr w:type="spellStart"/>
      <w:r w:rsidRPr="00541039">
        <w:rPr>
          <w:lang w:val="ru-RU"/>
        </w:rPr>
        <w:t>підписки</w:t>
      </w:r>
      <w:proofErr w:type="spellEnd"/>
      <w:r w:rsidRPr="00541039">
        <w:rPr>
          <w:lang w:val="ru-RU"/>
        </w:rPr>
        <w:t xml:space="preserve"> </w:t>
      </w:r>
      <w:proofErr w:type="spellStart"/>
      <w:r w:rsidRPr="00541039">
        <w:rPr>
          <w:lang w:val="ru-RU"/>
        </w:rPr>
        <w:t>або</w:t>
      </w:r>
      <w:proofErr w:type="spellEnd"/>
      <w:r w:rsidRPr="00541039">
        <w:rPr>
          <w:lang w:val="ru-RU"/>
        </w:rPr>
        <w:t xml:space="preserve"> </w:t>
      </w:r>
      <w:proofErr w:type="spellStart"/>
      <w:r w:rsidRPr="00541039">
        <w:rPr>
          <w:lang w:val="ru-RU"/>
        </w:rPr>
        <w:t>Розіграшу</w:t>
      </w:r>
      <w:proofErr w:type="spellEnd"/>
      <w:r w:rsidRPr="00541039">
        <w:rPr>
          <w:lang w:val="ru-RU"/>
        </w:rPr>
        <w:t xml:space="preserve"> </w:t>
      </w:r>
      <w:proofErr w:type="spellStart"/>
      <w:r w:rsidRPr="00541039">
        <w:rPr>
          <w:lang w:val="ru-RU"/>
        </w:rPr>
        <w:t>надсилається</w:t>
      </w:r>
      <w:proofErr w:type="spellEnd"/>
      <w:r w:rsidRPr="00541039">
        <w:rPr>
          <w:lang w:val="ru-RU"/>
        </w:rPr>
        <w:t xml:space="preserve"> на </w:t>
      </w:r>
      <w:r>
        <w:t>info</w:t>
      </w:r>
      <w:r w:rsidRPr="00541039">
        <w:rPr>
          <w:lang w:val="ru-RU"/>
        </w:rPr>
        <w:t>@</w:t>
      </w:r>
      <w:r>
        <w:t>sweet</w:t>
      </w:r>
      <w:r w:rsidRPr="00541039">
        <w:rPr>
          <w:lang w:val="ru-RU"/>
        </w:rPr>
        <w:t>.</w:t>
      </w:r>
      <w:r>
        <w:t>tv</w:t>
      </w:r>
      <w:r w:rsidRPr="00541039">
        <w:rPr>
          <w:lang w:val="ru-RU"/>
        </w:rPr>
        <w:t xml:space="preserve">. Для оперативного </w:t>
      </w:r>
      <w:proofErr w:type="spellStart"/>
      <w:r w:rsidRPr="00541039">
        <w:rPr>
          <w:lang w:val="ru-RU"/>
        </w:rPr>
        <w:t>розгляду</w:t>
      </w:r>
      <w:proofErr w:type="spellEnd"/>
      <w:r w:rsidRPr="00541039">
        <w:rPr>
          <w:lang w:val="ru-RU"/>
        </w:rPr>
        <w:t xml:space="preserve"> </w:t>
      </w:r>
      <w:proofErr w:type="spellStart"/>
      <w:r w:rsidRPr="00541039">
        <w:rPr>
          <w:lang w:val="ru-RU"/>
        </w:rPr>
        <w:t>рекомендується</w:t>
      </w:r>
      <w:proofErr w:type="spellEnd"/>
      <w:r w:rsidRPr="00541039">
        <w:rPr>
          <w:lang w:val="ru-RU"/>
        </w:rPr>
        <w:t xml:space="preserve"> </w:t>
      </w:r>
      <w:proofErr w:type="spellStart"/>
      <w:r w:rsidRPr="00541039">
        <w:rPr>
          <w:lang w:val="ru-RU"/>
        </w:rPr>
        <w:t>зазначити</w:t>
      </w:r>
      <w:proofErr w:type="spellEnd"/>
      <w:r w:rsidRPr="00541039">
        <w:rPr>
          <w:lang w:val="ru-RU"/>
        </w:rPr>
        <w:t xml:space="preserve"> тему «Фабрика </w:t>
      </w:r>
      <w:proofErr w:type="spellStart"/>
      <w:r w:rsidRPr="00541039">
        <w:rPr>
          <w:lang w:val="ru-RU"/>
        </w:rPr>
        <w:t>Зірок</w:t>
      </w:r>
      <w:proofErr w:type="spellEnd"/>
      <w:r w:rsidRPr="00541039">
        <w:rPr>
          <w:lang w:val="ru-RU"/>
        </w:rPr>
        <w:t xml:space="preserve"> - </w:t>
      </w:r>
      <w:proofErr w:type="spellStart"/>
      <w:r w:rsidRPr="00541039">
        <w:rPr>
          <w:lang w:val="ru-RU"/>
        </w:rPr>
        <w:t>голосування</w:t>
      </w:r>
      <w:proofErr w:type="spellEnd"/>
      <w:r w:rsidRPr="00541039">
        <w:rPr>
          <w:lang w:val="ru-RU"/>
        </w:rPr>
        <w:t xml:space="preserve">», </w:t>
      </w:r>
      <w:proofErr w:type="spellStart"/>
      <w:r w:rsidRPr="00541039">
        <w:rPr>
          <w:lang w:val="ru-RU"/>
        </w:rPr>
        <w:t>ідентифікатор</w:t>
      </w:r>
      <w:proofErr w:type="spellEnd"/>
      <w:r w:rsidRPr="00541039">
        <w:rPr>
          <w:lang w:val="ru-RU"/>
        </w:rPr>
        <w:t xml:space="preserve"> </w:t>
      </w:r>
      <w:proofErr w:type="spellStart"/>
      <w:r w:rsidRPr="00541039">
        <w:rPr>
          <w:lang w:val="ru-RU"/>
        </w:rPr>
        <w:t>або</w:t>
      </w:r>
      <w:proofErr w:type="spellEnd"/>
      <w:r w:rsidRPr="00541039">
        <w:rPr>
          <w:lang w:val="ru-RU"/>
        </w:rPr>
        <w:t xml:space="preserve"> </w:t>
      </w:r>
      <w:proofErr w:type="spellStart"/>
      <w:r w:rsidRPr="00541039">
        <w:rPr>
          <w:lang w:val="ru-RU"/>
        </w:rPr>
        <w:t>контакти</w:t>
      </w:r>
      <w:proofErr w:type="spellEnd"/>
      <w:r w:rsidRPr="00541039">
        <w:rPr>
          <w:lang w:val="ru-RU"/>
        </w:rPr>
        <w:t xml:space="preserve"> </w:t>
      </w:r>
      <w:proofErr w:type="spellStart"/>
      <w:r w:rsidRPr="00541039">
        <w:rPr>
          <w:lang w:val="ru-RU"/>
        </w:rPr>
        <w:t>Акаунту</w:t>
      </w:r>
      <w:proofErr w:type="spellEnd"/>
      <w:r w:rsidRPr="00541039">
        <w:rPr>
          <w:lang w:val="ru-RU"/>
        </w:rPr>
        <w:t xml:space="preserve">, дату й </w:t>
      </w:r>
      <w:proofErr w:type="spellStart"/>
      <w:r w:rsidRPr="00541039">
        <w:rPr>
          <w:lang w:val="ru-RU"/>
        </w:rPr>
        <w:t>орієнтовний</w:t>
      </w:r>
      <w:proofErr w:type="spellEnd"/>
      <w:r w:rsidRPr="00541039">
        <w:rPr>
          <w:lang w:val="ru-RU"/>
        </w:rPr>
        <w:t xml:space="preserve"> час </w:t>
      </w:r>
      <w:proofErr w:type="spellStart"/>
      <w:r w:rsidRPr="00541039">
        <w:rPr>
          <w:lang w:val="ru-RU"/>
        </w:rPr>
        <w:t>події</w:t>
      </w:r>
      <w:proofErr w:type="spellEnd"/>
      <w:r w:rsidRPr="00541039">
        <w:rPr>
          <w:lang w:val="ru-RU"/>
        </w:rPr>
        <w:t xml:space="preserve">, </w:t>
      </w:r>
      <w:proofErr w:type="spellStart"/>
      <w:r w:rsidRPr="00541039">
        <w:rPr>
          <w:lang w:val="ru-RU"/>
        </w:rPr>
        <w:t>опис</w:t>
      </w:r>
      <w:proofErr w:type="spellEnd"/>
      <w:r w:rsidRPr="00541039">
        <w:rPr>
          <w:lang w:val="ru-RU"/>
        </w:rPr>
        <w:t xml:space="preserve"> </w:t>
      </w:r>
      <w:proofErr w:type="spellStart"/>
      <w:r w:rsidRPr="00541039">
        <w:rPr>
          <w:lang w:val="ru-RU"/>
        </w:rPr>
        <w:t>питання</w:t>
      </w:r>
      <w:proofErr w:type="spellEnd"/>
      <w:r w:rsidRPr="00541039">
        <w:rPr>
          <w:lang w:val="ru-RU"/>
        </w:rPr>
        <w:t xml:space="preserve"> та, за потреби, </w:t>
      </w:r>
      <w:proofErr w:type="spellStart"/>
      <w:r w:rsidRPr="00541039">
        <w:rPr>
          <w:lang w:val="ru-RU"/>
        </w:rPr>
        <w:t>підтвердження</w:t>
      </w:r>
      <w:proofErr w:type="spellEnd"/>
      <w:r w:rsidRPr="00541039">
        <w:rPr>
          <w:lang w:val="ru-RU"/>
        </w:rPr>
        <w:t xml:space="preserve"> платежу без </w:t>
      </w:r>
      <w:proofErr w:type="spellStart"/>
      <w:r w:rsidRPr="00541039">
        <w:rPr>
          <w:lang w:val="ru-RU"/>
        </w:rPr>
        <w:t>повних</w:t>
      </w:r>
      <w:proofErr w:type="spellEnd"/>
      <w:r w:rsidRPr="00541039">
        <w:rPr>
          <w:lang w:val="ru-RU"/>
        </w:rPr>
        <w:t xml:space="preserve"> </w:t>
      </w:r>
      <w:proofErr w:type="spellStart"/>
      <w:r w:rsidRPr="00541039">
        <w:rPr>
          <w:lang w:val="ru-RU"/>
        </w:rPr>
        <w:t>реквізитів</w:t>
      </w:r>
      <w:proofErr w:type="spellEnd"/>
      <w:r w:rsidRPr="00541039">
        <w:rPr>
          <w:lang w:val="ru-RU"/>
        </w:rPr>
        <w:t xml:space="preserve"> </w:t>
      </w:r>
      <w:proofErr w:type="spellStart"/>
      <w:r w:rsidRPr="00541039">
        <w:rPr>
          <w:lang w:val="ru-RU"/>
        </w:rPr>
        <w:t>картки</w:t>
      </w:r>
      <w:proofErr w:type="spellEnd"/>
      <w:r w:rsidRPr="00541039">
        <w:rPr>
          <w:lang w:val="ru-RU"/>
        </w:rPr>
        <w:t>.</w:t>
      </w:r>
    </w:p>
    <w:p w14:paraId="1DE54AE6" w14:textId="77777777" w:rsidR="00D97F10" w:rsidRPr="00541039" w:rsidRDefault="00000000" w:rsidP="00544987">
      <w:pPr>
        <w:pStyle w:val="LegalClause"/>
        <w:numPr>
          <w:ilvl w:val="1"/>
          <w:numId w:val="1"/>
        </w:numPr>
        <w:tabs>
          <w:tab w:val="left" w:pos="851"/>
          <w:tab w:val="left" w:pos="1418"/>
        </w:tabs>
        <w:rPr>
          <w:lang w:val="ru-RU"/>
        </w:rPr>
      </w:pPr>
      <w:proofErr w:type="spellStart"/>
      <w:r w:rsidRPr="00541039">
        <w:rPr>
          <w:lang w:val="ru-RU"/>
        </w:rPr>
        <w:t>Звернення</w:t>
      </w:r>
      <w:proofErr w:type="spellEnd"/>
      <w:r w:rsidRPr="00541039">
        <w:rPr>
          <w:lang w:val="ru-RU"/>
        </w:rPr>
        <w:t xml:space="preserve"> </w:t>
      </w:r>
      <w:proofErr w:type="spellStart"/>
      <w:r w:rsidRPr="00541039">
        <w:rPr>
          <w:lang w:val="ru-RU"/>
        </w:rPr>
        <w:t>розглядаються</w:t>
      </w:r>
      <w:proofErr w:type="spellEnd"/>
      <w:r w:rsidRPr="00541039">
        <w:rPr>
          <w:lang w:val="ru-RU"/>
        </w:rPr>
        <w:t xml:space="preserve"> у строки, </w:t>
      </w:r>
      <w:proofErr w:type="spellStart"/>
      <w:r w:rsidRPr="00541039">
        <w:rPr>
          <w:lang w:val="ru-RU"/>
        </w:rPr>
        <w:t>встановлені</w:t>
      </w:r>
      <w:proofErr w:type="spellEnd"/>
      <w:r w:rsidRPr="00541039">
        <w:rPr>
          <w:lang w:val="ru-RU"/>
        </w:rPr>
        <w:t xml:space="preserve"> </w:t>
      </w:r>
      <w:proofErr w:type="spellStart"/>
      <w:r w:rsidRPr="00541039">
        <w:rPr>
          <w:lang w:val="ru-RU"/>
        </w:rPr>
        <w:t>законодавством</w:t>
      </w:r>
      <w:proofErr w:type="spellEnd"/>
      <w:r w:rsidRPr="00541039">
        <w:rPr>
          <w:lang w:val="ru-RU"/>
        </w:rPr>
        <w:t xml:space="preserve"> та </w:t>
      </w:r>
      <w:proofErr w:type="spellStart"/>
      <w:r w:rsidRPr="00541039">
        <w:rPr>
          <w:lang w:val="ru-RU"/>
        </w:rPr>
        <w:t>внутрішніми</w:t>
      </w:r>
      <w:proofErr w:type="spellEnd"/>
      <w:r w:rsidRPr="00541039">
        <w:rPr>
          <w:lang w:val="ru-RU"/>
        </w:rPr>
        <w:t xml:space="preserve"> процедурами </w:t>
      </w:r>
      <w:proofErr w:type="spellStart"/>
      <w:r w:rsidRPr="00541039">
        <w:rPr>
          <w:lang w:val="ru-RU"/>
        </w:rPr>
        <w:t>Організатора</w:t>
      </w:r>
      <w:proofErr w:type="spellEnd"/>
      <w:r w:rsidRPr="00541039">
        <w:rPr>
          <w:lang w:val="ru-RU"/>
        </w:rPr>
        <w:t xml:space="preserve">. </w:t>
      </w:r>
      <w:proofErr w:type="spellStart"/>
      <w:r w:rsidRPr="00541039">
        <w:rPr>
          <w:lang w:val="ru-RU"/>
        </w:rPr>
        <w:t>Подання</w:t>
      </w:r>
      <w:proofErr w:type="spellEnd"/>
      <w:r w:rsidRPr="00541039">
        <w:rPr>
          <w:lang w:val="ru-RU"/>
        </w:rPr>
        <w:t xml:space="preserve"> </w:t>
      </w:r>
      <w:proofErr w:type="spellStart"/>
      <w:r w:rsidRPr="00541039">
        <w:rPr>
          <w:lang w:val="ru-RU"/>
        </w:rPr>
        <w:t>звернення</w:t>
      </w:r>
      <w:proofErr w:type="spellEnd"/>
      <w:r w:rsidRPr="00541039">
        <w:rPr>
          <w:lang w:val="ru-RU"/>
        </w:rPr>
        <w:t xml:space="preserve"> не </w:t>
      </w:r>
      <w:proofErr w:type="spellStart"/>
      <w:r w:rsidRPr="00541039">
        <w:rPr>
          <w:lang w:val="ru-RU"/>
        </w:rPr>
        <w:t>зупиняє</w:t>
      </w:r>
      <w:proofErr w:type="spellEnd"/>
      <w:r w:rsidRPr="00541039">
        <w:rPr>
          <w:lang w:val="ru-RU"/>
        </w:rPr>
        <w:t xml:space="preserve"> </w:t>
      </w:r>
      <w:proofErr w:type="spellStart"/>
      <w:r w:rsidRPr="00541039">
        <w:rPr>
          <w:lang w:val="ru-RU"/>
        </w:rPr>
        <w:t>перебіг</w:t>
      </w:r>
      <w:proofErr w:type="spellEnd"/>
      <w:r w:rsidRPr="00541039">
        <w:rPr>
          <w:lang w:val="ru-RU"/>
        </w:rPr>
        <w:t xml:space="preserve"> </w:t>
      </w:r>
      <w:proofErr w:type="spellStart"/>
      <w:r w:rsidRPr="00541039">
        <w:rPr>
          <w:lang w:val="ru-RU"/>
        </w:rPr>
        <w:t>строків</w:t>
      </w:r>
      <w:proofErr w:type="spellEnd"/>
      <w:r w:rsidRPr="00541039">
        <w:rPr>
          <w:lang w:val="ru-RU"/>
        </w:rPr>
        <w:t xml:space="preserve"> </w:t>
      </w:r>
      <w:proofErr w:type="spellStart"/>
      <w:r w:rsidRPr="00541039">
        <w:rPr>
          <w:lang w:val="ru-RU"/>
        </w:rPr>
        <w:t>Голосування</w:t>
      </w:r>
      <w:proofErr w:type="spellEnd"/>
      <w:r w:rsidRPr="00541039">
        <w:rPr>
          <w:lang w:val="ru-RU"/>
        </w:rPr>
        <w:t xml:space="preserve">, </w:t>
      </w:r>
      <w:proofErr w:type="spellStart"/>
      <w:r w:rsidRPr="00541039">
        <w:rPr>
          <w:lang w:val="ru-RU"/>
        </w:rPr>
        <w:t>Розіграшу</w:t>
      </w:r>
      <w:proofErr w:type="spellEnd"/>
      <w:r w:rsidRPr="00541039">
        <w:rPr>
          <w:lang w:val="ru-RU"/>
        </w:rPr>
        <w:t xml:space="preserve"> </w:t>
      </w:r>
      <w:proofErr w:type="spellStart"/>
      <w:r w:rsidRPr="00541039">
        <w:rPr>
          <w:lang w:val="ru-RU"/>
        </w:rPr>
        <w:t>або</w:t>
      </w:r>
      <w:proofErr w:type="spellEnd"/>
      <w:r w:rsidRPr="00541039">
        <w:rPr>
          <w:lang w:val="ru-RU"/>
        </w:rPr>
        <w:t xml:space="preserve"> </w:t>
      </w:r>
      <w:proofErr w:type="spellStart"/>
      <w:r w:rsidRPr="00541039">
        <w:rPr>
          <w:lang w:val="ru-RU"/>
        </w:rPr>
        <w:t>активації</w:t>
      </w:r>
      <w:proofErr w:type="spellEnd"/>
      <w:r w:rsidRPr="00541039">
        <w:rPr>
          <w:lang w:val="ru-RU"/>
        </w:rPr>
        <w:t xml:space="preserve"> </w:t>
      </w:r>
      <w:proofErr w:type="spellStart"/>
      <w:r w:rsidRPr="00541039">
        <w:rPr>
          <w:lang w:val="ru-RU"/>
        </w:rPr>
        <w:t>підписки</w:t>
      </w:r>
      <w:proofErr w:type="spellEnd"/>
      <w:r w:rsidRPr="00541039">
        <w:rPr>
          <w:lang w:val="ru-RU"/>
        </w:rPr>
        <w:t xml:space="preserve">, </w:t>
      </w:r>
      <w:proofErr w:type="spellStart"/>
      <w:r w:rsidRPr="00541039">
        <w:rPr>
          <w:lang w:val="ru-RU"/>
        </w:rPr>
        <w:t>якщо</w:t>
      </w:r>
      <w:proofErr w:type="spellEnd"/>
      <w:r w:rsidRPr="00541039">
        <w:rPr>
          <w:lang w:val="ru-RU"/>
        </w:rPr>
        <w:t xml:space="preserve"> </w:t>
      </w:r>
      <w:proofErr w:type="spellStart"/>
      <w:r w:rsidRPr="00541039">
        <w:rPr>
          <w:lang w:val="ru-RU"/>
        </w:rPr>
        <w:t>Організатор</w:t>
      </w:r>
      <w:proofErr w:type="spellEnd"/>
      <w:r w:rsidRPr="00541039">
        <w:rPr>
          <w:lang w:val="ru-RU"/>
        </w:rPr>
        <w:t xml:space="preserve"> прямо не </w:t>
      </w:r>
      <w:proofErr w:type="spellStart"/>
      <w:r w:rsidRPr="00541039">
        <w:rPr>
          <w:lang w:val="ru-RU"/>
        </w:rPr>
        <w:t>повідомив</w:t>
      </w:r>
      <w:proofErr w:type="spellEnd"/>
      <w:r w:rsidRPr="00541039">
        <w:rPr>
          <w:lang w:val="ru-RU"/>
        </w:rPr>
        <w:t xml:space="preserve"> </w:t>
      </w:r>
      <w:proofErr w:type="spellStart"/>
      <w:r w:rsidRPr="00541039">
        <w:rPr>
          <w:lang w:val="ru-RU"/>
        </w:rPr>
        <w:t>інше</w:t>
      </w:r>
      <w:proofErr w:type="spellEnd"/>
      <w:r w:rsidRPr="00541039">
        <w:rPr>
          <w:lang w:val="ru-RU"/>
        </w:rPr>
        <w:t>.</w:t>
      </w:r>
    </w:p>
    <w:p w14:paraId="007726E3" w14:textId="77777777" w:rsidR="00D97F10" w:rsidRPr="00541039" w:rsidRDefault="00000000" w:rsidP="00544987">
      <w:pPr>
        <w:pStyle w:val="LegalClause"/>
        <w:numPr>
          <w:ilvl w:val="1"/>
          <w:numId w:val="1"/>
        </w:numPr>
        <w:tabs>
          <w:tab w:val="left" w:pos="851"/>
          <w:tab w:val="left" w:pos="1418"/>
        </w:tabs>
        <w:rPr>
          <w:lang w:val="ru-RU"/>
        </w:rPr>
      </w:pPr>
      <w:r w:rsidRPr="00541039">
        <w:rPr>
          <w:lang w:val="ru-RU"/>
        </w:rPr>
        <w:t xml:space="preserve">Спори </w:t>
      </w:r>
      <w:proofErr w:type="spellStart"/>
      <w:r w:rsidRPr="00541039">
        <w:rPr>
          <w:lang w:val="ru-RU"/>
        </w:rPr>
        <w:t>вирішуються</w:t>
      </w:r>
      <w:proofErr w:type="spellEnd"/>
      <w:r w:rsidRPr="00541039">
        <w:rPr>
          <w:lang w:val="ru-RU"/>
        </w:rPr>
        <w:t xml:space="preserve"> шляхом </w:t>
      </w:r>
      <w:proofErr w:type="spellStart"/>
      <w:r w:rsidRPr="00541039">
        <w:rPr>
          <w:lang w:val="ru-RU"/>
        </w:rPr>
        <w:t>переговорів</w:t>
      </w:r>
      <w:proofErr w:type="spellEnd"/>
      <w:r w:rsidRPr="00541039">
        <w:rPr>
          <w:lang w:val="ru-RU"/>
        </w:rPr>
        <w:t xml:space="preserve">, а </w:t>
      </w:r>
      <w:proofErr w:type="spellStart"/>
      <w:r w:rsidRPr="00541039">
        <w:rPr>
          <w:lang w:val="ru-RU"/>
        </w:rPr>
        <w:t>якщо</w:t>
      </w:r>
      <w:proofErr w:type="spellEnd"/>
      <w:r w:rsidRPr="00541039">
        <w:rPr>
          <w:lang w:val="ru-RU"/>
        </w:rPr>
        <w:t xml:space="preserve"> </w:t>
      </w:r>
      <w:proofErr w:type="spellStart"/>
      <w:r w:rsidRPr="00541039">
        <w:rPr>
          <w:lang w:val="ru-RU"/>
        </w:rPr>
        <w:t>згоди</w:t>
      </w:r>
      <w:proofErr w:type="spellEnd"/>
      <w:r w:rsidRPr="00541039">
        <w:rPr>
          <w:lang w:val="ru-RU"/>
        </w:rPr>
        <w:t xml:space="preserve"> не </w:t>
      </w:r>
      <w:proofErr w:type="spellStart"/>
      <w:r w:rsidRPr="00541039">
        <w:rPr>
          <w:lang w:val="ru-RU"/>
        </w:rPr>
        <w:t>досягнуто</w:t>
      </w:r>
      <w:proofErr w:type="spellEnd"/>
      <w:r w:rsidRPr="00541039">
        <w:rPr>
          <w:lang w:val="ru-RU"/>
        </w:rPr>
        <w:t xml:space="preserve"> - у порядку, </w:t>
      </w:r>
      <w:proofErr w:type="spellStart"/>
      <w:r w:rsidRPr="00541039">
        <w:rPr>
          <w:lang w:val="ru-RU"/>
        </w:rPr>
        <w:t>встановленому</w:t>
      </w:r>
      <w:proofErr w:type="spellEnd"/>
      <w:r w:rsidRPr="00541039">
        <w:rPr>
          <w:lang w:val="ru-RU"/>
        </w:rPr>
        <w:t xml:space="preserve"> </w:t>
      </w:r>
      <w:proofErr w:type="spellStart"/>
      <w:r w:rsidRPr="00541039">
        <w:rPr>
          <w:lang w:val="ru-RU"/>
        </w:rPr>
        <w:t>законодавством</w:t>
      </w:r>
      <w:proofErr w:type="spellEnd"/>
      <w:r w:rsidRPr="00541039">
        <w:rPr>
          <w:lang w:val="ru-RU"/>
        </w:rPr>
        <w:t xml:space="preserve"> </w:t>
      </w:r>
      <w:proofErr w:type="spellStart"/>
      <w:r w:rsidRPr="00541039">
        <w:rPr>
          <w:lang w:val="ru-RU"/>
        </w:rPr>
        <w:t>України</w:t>
      </w:r>
      <w:proofErr w:type="spellEnd"/>
      <w:r w:rsidRPr="00541039">
        <w:rPr>
          <w:lang w:val="ru-RU"/>
        </w:rPr>
        <w:t xml:space="preserve">. </w:t>
      </w:r>
      <w:proofErr w:type="spellStart"/>
      <w:r w:rsidRPr="00541039">
        <w:rPr>
          <w:lang w:val="ru-RU"/>
        </w:rPr>
        <w:t>Ці</w:t>
      </w:r>
      <w:proofErr w:type="spellEnd"/>
      <w:r w:rsidRPr="00541039">
        <w:rPr>
          <w:lang w:val="ru-RU"/>
        </w:rPr>
        <w:t xml:space="preserve"> Правила не </w:t>
      </w:r>
      <w:proofErr w:type="spellStart"/>
      <w:r w:rsidRPr="00541039">
        <w:rPr>
          <w:lang w:val="ru-RU"/>
        </w:rPr>
        <w:t>обмежують</w:t>
      </w:r>
      <w:proofErr w:type="spellEnd"/>
      <w:r w:rsidRPr="00541039">
        <w:rPr>
          <w:lang w:val="ru-RU"/>
        </w:rPr>
        <w:t xml:space="preserve"> </w:t>
      </w:r>
      <w:proofErr w:type="spellStart"/>
      <w:r w:rsidRPr="00541039">
        <w:rPr>
          <w:lang w:val="ru-RU"/>
        </w:rPr>
        <w:t>невідчужувані</w:t>
      </w:r>
      <w:proofErr w:type="spellEnd"/>
      <w:r w:rsidRPr="00541039">
        <w:rPr>
          <w:lang w:val="ru-RU"/>
        </w:rPr>
        <w:t xml:space="preserve"> права </w:t>
      </w:r>
      <w:proofErr w:type="spellStart"/>
      <w:r w:rsidRPr="00541039">
        <w:rPr>
          <w:lang w:val="ru-RU"/>
        </w:rPr>
        <w:t>споживача</w:t>
      </w:r>
      <w:proofErr w:type="spellEnd"/>
      <w:r w:rsidRPr="00541039">
        <w:rPr>
          <w:lang w:val="ru-RU"/>
        </w:rPr>
        <w:t xml:space="preserve"> та </w:t>
      </w:r>
      <w:proofErr w:type="spellStart"/>
      <w:r w:rsidRPr="00541039">
        <w:rPr>
          <w:lang w:val="ru-RU"/>
        </w:rPr>
        <w:t>суб'єкта</w:t>
      </w:r>
      <w:proofErr w:type="spellEnd"/>
      <w:r w:rsidRPr="00541039">
        <w:rPr>
          <w:lang w:val="ru-RU"/>
        </w:rPr>
        <w:t xml:space="preserve"> </w:t>
      </w:r>
      <w:proofErr w:type="spellStart"/>
      <w:r w:rsidRPr="00541039">
        <w:rPr>
          <w:lang w:val="ru-RU"/>
        </w:rPr>
        <w:t>персональних</w:t>
      </w:r>
      <w:proofErr w:type="spellEnd"/>
      <w:r w:rsidRPr="00541039">
        <w:rPr>
          <w:lang w:val="ru-RU"/>
        </w:rPr>
        <w:t xml:space="preserve"> </w:t>
      </w:r>
      <w:proofErr w:type="spellStart"/>
      <w:r w:rsidRPr="00541039">
        <w:rPr>
          <w:lang w:val="ru-RU"/>
        </w:rPr>
        <w:t>даних</w:t>
      </w:r>
      <w:proofErr w:type="spellEnd"/>
      <w:r w:rsidRPr="00541039">
        <w:rPr>
          <w:lang w:val="ru-RU"/>
        </w:rPr>
        <w:t>.</w:t>
      </w:r>
    </w:p>
    <w:p w14:paraId="761B70F5" w14:textId="77777777" w:rsidR="00D97F10" w:rsidRPr="00541039" w:rsidRDefault="00000000" w:rsidP="00544987">
      <w:pPr>
        <w:pStyle w:val="LegalClause"/>
        <w:numPr>
          <w:ilvl w:val="1"/>
          <w:numId w:val="1"/>
        </w:numPr>
        <w:tabs>
          <w:tab w:val="left" w:pos="851"/>
          <w:tab w:val="left" w:pos="1418"/>
        </w:tabs>
        <w:rPr>
          <w:lang w:val="ru-RU"/>
        </w:rPr>
      </w:pPr>
      <w:proofErr w:type="spellStart"/>
      <w:r w:rsidRPr="00541039">
        <w:rPr>
          <w:lang w:val="ru-RU"/>
        </w:rPr>
        <w:t>Організатор</w:t>
      </w:r>
      <w:proofErr w:type="spellEnd"/>
      <w:r w:rsidRPr="00541039">
        <w:rPr>
          <w:lang w:val="ru-RU"/>
        </w:rPr>
        <w:t xml:space="preserve"> </w:t>
      </w:r>
      <w:proofErr w:type="spellStart"/>
      <w:r w:rsidRPr="00541039">
        <w:rPr>
          <w:lang w:val="ru-RU"/>
        </w:rPr>
        <w:t>може</w:t>
      </w:r>
      <w:proofErr w:type="spellEnd"/>
      <w:r w:rsidRPr="00541039">
        <w:rPr>
          <w:lang w:val="ru-RU"/>
        </w:rPr>
        <w:t xml:space="preserve"> </w:t>
      </w:r>
      <w:proofErr w:type="spellStart"/>
      <w:r w:rsidRPr="00541039">
        <w:rPr>
          <w:lang w:val="ru-RU"/>
        </w:rPr>
        <w:t>змінити</w:t>
      </w:r>
      <w:proofErr w:type="spellEnd"/>
      <w:r w:rsidRPr="00541039">
        <w:rPr>
          <w:lang w:val="ru-RU"/>
        </w:rPr>
        <w:t xml:space="preserve"> Правила до </w:t>
      </w:r>
      <w:proofErr w:type="spellStart"/>
      <w:r w:rsidRPr="00541039">
        <w:rPr>
          <w:lang w:val="ru-RU"/>
        </w:rPr>
        <w:t>завершення</w:t>
      </w:r>
      <w:proofErr w:type="spellEnd"/>
      <w:r w:rsidRPr="00541039">
        <w:rPr>
          <w:lang w:val="ru-RU"/>
        </w:rPr>
        <w:t xml:space="preserve"> </w:t>
      </w:r>
      <w:proofErr w:type="spellStart"/>
      <w:r w:rsidRPr="00541039">
        <w:rPr>
          <w:lang w:val="ru-RU"/>
        </w:rPr>
        <w:t>Кампанії</w:t>
      </w:r>
      <w:proofErr w:type="spellEnd"/>
      <w:r w:rsidRPr="00541039">
        <w:rPr>
          <w:lang w:val="ru-RU"/>
        </w:rPr>
        <w:t xml:space="preserve">, </w:t>
      </w:r>
      <w:proofErr w:type="spellStart"/>
      <w:r w:rsidRPr="00541039">
        <w:rPr>
          <w:lang w:val="ru-RU"/>
        </w:rPr>
        <w:t>якщо</w:t>
      </w:r>
      <w:proofErr w:type="spellEnd"/>
      <w:r w:rsidRPr="00541039">
        <w:rPr>
          <w:lang w:val="ru-RU"/>
        </w:rPr>
        <w:t xml:space="preserve"> </w:t>
      </w:r>
      <w:proofErr w:type="spellStart"/>
      <w:r w:rsidRPr="00541039">
        <w:rPr>
          <w:lang w:val="ru-RU"/>
        </w:rPr>
        <w:t>це</w:t>
      </w:r>
      <w:proofErr w:type="spellEnd"/>
      <w:r w:rsidRPr="00541039">
        <w:rPr>
          <w:lang w:val="ru-RU"/>
        </w:rPr>
        <w:t xml:space="preserve"> </w:t>
      </w:r>
      <w:proofErr w:type="spellStart"/>
      <w:r w:rsidRPr="00541039">
        <w:rPr>
          <w:lang w:val="ru-RU"/>
        </w:rPr>
        <w:t>необхідно</w:t>
      </w:r>
      <w:proofErr w:type="spellEnd"/>
      <w:r w:rsidRPr="00541039">
        <w:rPr>
          <w:lang w:val="ru-RU"/>
        </w:rPr>
        <w:t xml:space="preserve"> через </w:t>
      </w:r>
      <w:proofErr w:type="spellStart"/>
      <w:r w:rsidRPr="00541039">
        <w:rPr>
          <w:lang w:val="ru-RU"/>
        </w:rPr>
        <w:t>вимоги</w:t>
      </w:r>
      <w:proofErr w:type="spellEnd"/>
      <w:r w:rsidRPr="00541039">
        <w:rPr>
          <w:lang w:val="ru-RU"/>
        </w:rPr>
        <w:t xml:space="preserve"> закону, </w:t>
      </w:r>
      <w:proofErr w:type="spellStart"/>
      <w:r w:rsidRPr="00541039">
        <w:rPr>
          <w:lang w:val="ru-RU"/>
        </w:rPr>
        <w:t>рішення</w:t>
      </w:r>
      <w:proofErr w:type="spellEnd"/>
      <w:r w:rsidRPr="00541039">
        <w:rPr>
          <w:lang w:val="ru-RU"/>
        </w:rPr>
        <w:t xml:space="preserve"> компетентного органу, </w:t>
      </w:r>
      <w:proofErr w:type="spellStart"/>
      <w:r w:rsidRPr="00541039">
        <w:rPr>
          <w:lang w:val="ru-RU"/>
        </w:rPr>
        <w:t>технічні</w:t>
      </w:r>
      <w:proofErr w:type="spellEnd"/>
      <w:r w:rsidRPr="00541039">
        <w:rPr>
          <w:lang w:val="ru-RU"/>
        </w:rPr>
        <w:t xml:space="preserve"> </w:t>
      </w:r>
      <w:proofErr w:type="spellStart"/>
      <w:r w:rsidRPr="00541039">
        <w:rPr>
          <w:lang w:val="ru-RU"/>
        </w:rPr>
        <w:t>або</w:t>
      </w:r>
      <w:proofErr w:type="spellEnd"/>
      <w:r w:rsidRPr="00541039">
        <w:rPr>
          <w:lang w:val="ru-RU"/>
        </w:rPr>
        <w:t xml:space="preserve"> </w:t>
      </w:r>
      <w:proofErr w:type="spellStart"/>
      <w:r w:rsidRPr="00541039">
        <w:rPr>
          <w:lang w:val="ru-RU"/>
        </w:rPr>
        <w:t>виробничі</w:t>
      </w:r>
      <w:proofErr w:type="spellEnd"/>
      <w:r w:rsidRPr="00541039">
        <w:rPr>
          <w:lang w:val="ru-RU"/>
        </w:rPr>
        <w:t xml:space="preserve"> </w:t>
      </w:r>
      <w:proofErr w:type="spellStart"/>
      <w:r w:rsidRPr="00541039">
        <w:rPr>
          <w:lang w:val="ru-RU"/>
        </w:rPr>
        <w:t>обставини</w:t>
      </w:r>
      <w:proofErr w:type="spellEnd"/>
      <w:r w:rsidRPr="00541039">
        <w:rPr>
          <w:lang w:val="ru-RU"/>
        </w:rPr>
        <w:t xml:space="preserve">, </w:t>
      </w:r>
      <w:proofErr w:type="spellStart"/>
      <w:r w:rsidRPr="00541039">
        <w:rPr>
          <w:lang w:val="ru-RU"/>
        </w:rPr>
        <w:t>безпеку</w:t>
      </w:r>
      <w:proofErr w:type="spellEnd"/>
      <w:r w:rsidRPr="00541039">
        <w:rPr>
          <w:lang w:val="ru-RU"/>
        </w:rPr>
        <w:t xml:space="preserve">, </w:t>
      </w:r>
      <w:proofErr w:type="spellStart"/>
      <w:r w:rsidRPr="00541039">
        <w:rPr>
          <w:lang w:val="ru-RU"/>
        </w:rPr>
        <w:t>запобігання</w:t>
      </w:r>
      <w:proofErr w:type="spellEnd"/>
      <w:r w:rsidRPr="00541039">
        <w:rPr>
          <w:lang w:val="ru-RU"/>
        </w:rPr>
        <w:t xml:space="preserve"> </w:t>
      </w:r>
      <w:proofErr w:type="spellStart"/>
      <w:r w:rsidRPr="00541039">
        <w:rPr>
          <w:lang w:val="ru-RU"/>
        </w:rPr>
        <w:t>зловживанням</w:t>
      </w:r>
      <w:proofErr w:type="spellEnd"/>
      <w:r w:rsidRPr="00541039">
        <w:rPr>
          <w:lang w:val="ru-RU"/>
        </w:rPr>
        <w:t xml:space="preserve"> </w:t>
      </w:r>
      <w:proofErr w:type="spellStart"/>
      <w:r w:rsidRPr="00541039">
        <w:rPr>
          <w:lang w:val="ru-RU"/>
        </w:rPr>
        <w:t>чи</w:t>
      </w:r>
      <w:proofErr w:type="spellEnd"/>
      <w:r w:rsidRPr="00541039">
        <w:rPr>
          <w:lang w:val="ru-RU"/>
        </w:rPr>
        <w:t xml:space="preserve"> </w:t>
      </w:r>
      <w:proofErr w:type="spellStart"/>
      <w:r w:rsidRPr="00541039">
        <w:rPr>
          <w:lang w:val="ru-RU"/>
        </w:rPr>
        <w:t>обставини</w:t>
      </w:r>
      <w:proofErr w:type="spellEnd"/>
      <w:r w:rsidRPr="00541039">
        <w:rPr>
          <w:lang w:val="ru-RU"/>
        </w:rPr>
        <w:t xml:space="preserve"> </w:t>
      </w:r>
      <w:proofErr w:type="spellStart"/>
      <w:r w:rsidRPr="00541039">
        <w:rPr>
          <w:lang w:val="ru-RU"/>
        </w:rPr>
        <w:t>непереборної</w:t>
      </w:r>
      <w:proofErr w:type="spellEnd"/>
      <w:r w:rsidRPr="00541039">
        <w:rPr>
          <w:lang w:val="ru-RU"/>
        </w:rPr>
        <w:t xml:space="preserve"> сили. </w:t>
      </w:r>
      <w:proofErr w:type="spellStart"/>
      <w:r w:rsidRPr="00541039">
        <w:rPr>
          <w:lang w:val="ru-RU"/>
        </w:rPr>
        <w:t>Зміни</w:t>
      </w:r>
      <w:proofErr w:type="spellEnd"/>
      <w:r w:rsidRPr="00541039">
        <w:rPr>
          <w:lang w:val="ru-RU"/>
        </w:rPr>
        <w:t xml:space="preserve"> не </w:t>
      </w:r>
      <w:proofErr w:type="spellStart"/>
      <w:r w:rsidRPr="00541039">
        <w:rPr>
          <w:lang w:val="ru-RU"/>
        </w:rPr>
        <w:t>повинні</w:t>
      </w:r>
      <w:proofErr w:type="spellEnd"/>
      <w:r w:rsidRPr="00541039">
        <w:rPr>
          <w:lang w:val="ru-RU"/>
        </w:rPr>
        <w:t xml:space="preserve"> </w:t>
      </w:r>
      <w:proofErr w:type="spellStart"/>
      <w:r w:rsidRPr="00541039">
        <w:rPr>
          <w:lang w:val="ru-RU"/>
        </w:rPr>
        <w:t>мати</w:t>
      </w:r>
      <w:proofErr w:type="spellEnd"/>
      <w:r w:rsidRPr="00541039">
        <w:rPr>
          <w:lang w:val="ru-RU"/>
        </w:rPr>
        <w:t xml:space="preserve"> </w:t>
      </w:r>
      <w:proofErr w:type="spellStart"/>
      <w:r w:rsidRPr="00541039">
        <w:rPr>
          <w:lang w:val="ru-RU"/>
        </w:rPr>
        <w:t>довільної</w:t>
      </w:r>
      <w:proofErr w:type="spellEnd"/>
      <w:r w:rsidRPr="00541039">
        <w:rPr>
          <w:lang w:val="ru-RU"/>
        </w:rPr>
        <w:t xml:space="preserve"> </w:t>
      </w:r>
      <w:proofErr w:type="spellStart"/>
      <w:r w:rsidRPr="00541039">
        <w:rPr>
          <w:lang w:val="ru-RU"/>
        </w:rPr>
        <w:t>зворотної</w:t>
      </w:r>
      <w:proofErr w:type="spellEnd"/>
      <w:r w:rsidRPr="00541039">
        <w:rPr>
          <w:lang w:val="ru-RU"/>
        </w:rPr>
        <w:t xml:space="preserve"> </w:t>
      </w:r>
      <w:proofErr w:type="spellStart"/>
      <w:r w:rsidRPr="00541039">
        <w:rPr>
          <w:lang w:val="ru-RU"/>
        </w:rPr>
        <w:t>дії</w:t>
      </w:r>
      <w:proofErr w:type="spellEnd"/>
      <w:r w:rsidRPr="00541039">
        <w:rPr>
          <w:lang w:val="ru-RU"/>
        </w:rPr>
        <w:t xml:space="preserve"> </w:t>
      </w:r>
      <w:proofErr w:type="spellStart"/>
      <w:r w:rsidRPr="00541039">
        <w:rPr>
          <w:lang w:val="ru-RU"/>
        </w:rPr>
        <w:t>щодо</w:t>
      </w:r>
      <w:proofErr w:type="spellEnd"/>
      <w:r w:rsidRPr="00541039">
        <w:rPr>
          <w:lang w:val="ru-RU"/>
        </w:rPr>
        <w:t xml:space="preserve"> </w:t>
      </w:r>
      <w:proofErr w:type="spellStart"/>
      <w:r w:rsidRPr="00541039">
        <w:rPr>
          <w:lang w:val="ru-RU"/>
        </w:rPr>
        <w:t>вже</w:t>
      </w:r>
      <w:proofErr w:type="spellEnd"/>
      <w:r w:rsidRPr="00541039">
        <w:rPr>
          <w:lang w:val="ru-RU"/>
        </w:rPr>
        <w:t xml:space="preserve"> </w:t>
      </w:r>
      <w:proofErr w:type="spellStart"/>
      <w:r w:rsidRPr="00541039">
        <w:rPr>
          <w:lang w:val="ru-RU"/>
        </w:rPr>
        <w:t>належно</w:t>
      </w:r>
      <w:proofErr w:type="spellEnd"/>
      <w:r w:rsidRPr="00541039">
        <w:rPr>
          <w:lang w:val="ru-RU"/>
        </w:rPr>
        <w:t xml:space="preserve"> </w:t>
      </w:r>
      <w:proofErr w:type="spellStart"/>
      <w:r w:rsidRPr="00541039">
        <w:rPr>
          <w:lang w:val="ru-RU"/>
        </w:rPr>
        <w:t>поданих</w:t>
      </w:r>
      <w:proofErr w:type="spellEnd"/>
      <w:r w:rsidRPr="00541039">
        <w:rPr>
          <w:lang w:val="ru-RU"/>
        </w:rPr>
        <w:t xml:space="preserve"> </w:t>
      </w:r>
      <w:proofErr w:type="spellStart"/>
      <w:r w:rsidRPr="00541039">
        <w:rPr>
          <w:lang w:val="ru-RU"/>
        </w:rPr>
        <w:t>Дійсних</w:t>
      </w:r>
      <w:proofErr w:type="spellEnd"/>
      <w:r w:rsidRPr="00541039">
        <w:rPr>
          <w:lang w:val="ru-RU"/>
        </w:rPr>
        <w:t xml:space="preserve"> </w:t>
      </w:r>
      <w:proofErr w:type="spellStart"/>
      <w:r w:rsidRPr="00541039">
        <w:rPr>
          <w:lang w:val="ru-RU"/>
        </w:rPr>
        <w:t>голосів</w:t>
      </w:r>
      <w:proofErr w:type="spellEnd"/>
      <w:r w:rsidRPr="00541039">
        <w:rPr>
          <w:lang w:val="ru-RU"/>
        </w:rPr>
        <w:t>.</w:t>
      </w:r>
    </w:p>
    <w:p w14:paraId="15C96470" w14:textId="77777777" w:rsidR="00D97F10" w:rsidRPr="00541039" w:rsidRDefault="00000000" w:rsidP="00544987">
      <w:pPr>
        <w:pStyle w:val="LegalClause"/>
        <w:numPr>
          <w:ilvl w:val="1"/>
          <w:numId w:val="1"/>
        </w:numPr>
        <w:tabs>
          <w:tab w:val="left" w:pos="851"/>
          <w:tab w:val="left" w:pos="1418"/>
        </w:tabs>
        <w:rPr>
          <w:lang w:val="ru-RU"/>
        </w:rPr>
      </w:pPr>
      <w:r w:rsidRPr="00541039">
        <w:rPr>
          <w:lang w:val="ru-RU"/>
        </w:rPr>
        <w:t xml:space="preserve">Нова </w:t>
      </w:r>
      <w:proofErr w:type="spellStart"/>
      <w:r w:rsidRPr="00541039">
        <w:rPr>
          <w:lang w:val="ru-RU"/>
        </w:rPr>
        <w:t>редакція</w:t>
      </w:r>
      <w:proofErr w:type="spellEnd"/>
      <w:r w:rsidRPr="00541039">
        <w:rPr>
          <w:lang w:val="ru-RU"/>
        </w:rPr>
        <w:t xml:space="preserve"> </w:t>
      </w:r>
      <w:proofErr w:type="spellStart"/>
      <w:r w:rsidRPr="00541039">
        <w:rPr>
          <w:lang w:val="ru-RU"/>
        </w:rPr>
        <w:t>або</w:t>
      </w:r>
      <w:proofErr w:type="spellEnd"/>
      <w:r w:rsidRPr="00541039">
        <w:rPr>
          <w:lang w:val="ru-RU"/>
        </w:rPr>
        <w:t xml:space="preserve"> </w:t>
      </w:r>
      <w:proofErr w:type="spellStart"/>
      <w:r w:rsidRPr="00541039">
        <w:rPr>
          <w:lang w:val="ru-RU"/>
        </w:rPr>
        <w:t>повідомлення</w:t>
      </w:r>
      <w:proofErr w:type="spellEnd"/>
      <w:r w:rsidRPr="00541039">
        <w:rPr>
          <w:lang w:val="ru-RU"/>
        </w:rPr>
        <w:t xml:space="preserve"> про </w:t>
      </w:r>
      <w:proofErr w:type="spellStart"/>
      <w:r w:rsidRPr="00541039">
        <w:rPr>
          <w:lang w:val="ru-RU"/>
        </w:rPr>
        <w:t>зміни</w:t>
      </w:r>
      <w:proofErr w:type="spellEnd"/>
      <w:r w:rsidRPr="00541039">
        <w:rPr>
          <w:lang w:val="ru-RU"/>
        </w:rPr>
        <w:t xml:space="preserve"> </w:t>
      </w:r>
      <w:proofErr w:type="spellStart"/>
      <w:r w:rsidRPr="00541039">
        <w:rPr>
          <w:lang w:val="ru-RU"/>
        </w:rPr>
        <w:t>публікується</w:t>
      </w:r>
      <w:proofErr w:type="spellEnd"/>
      <w:r w:rsidRPr="00541039">
        <w:rPr>
          <w:lang w:val="ru-RU"/>
        </w:rPr>
        <w:t xml:space="preserve"> на </w:t>
      </w:r>
      <w:proofErr w:type="spellStart"/>
      <w:r w:rsidRPr="00541039">
        <w:rPr>
          <w:lang w:val="ru-RU"/>
        </w:rPr>
        <w:t>Сторінці</w:t>
      </w:r>
      <w:proofErr w:type="spellEnd"/>
      <w:r w:rsidRPr="00541039">
        <w:rPr>
          <w:lang w:val="ru-RU"/>
        </w:rPr>
        <w:t xml:space="preserve"> </w:t>
      </w:r>
      <w:proofErr w:type="spellStart"/>
      <w:r w:rsidRPr="00541039">
        <w:rPr>
          <w:lang w:val="ru-RU"/>
        </w:rPr>
        <w:t>голосування</w:t>
      </w:r>
      <w:proofErr w:type="spellEnd"/>
      <w:r w:rsidRPr="00541039">
        <w:rPr>
          <w:lang w:val="ru-RU"/>
        </w:rPr>
        <w:t xml:space="preserve"> та в </w:t>
      </w:r>
      <w:proofErr w:type="spellStart"/>
      <w:r w:rsidRPr="00541039">
        <w:rPr>
          <w:lang w:val="ru-RU"/>
        </w:rPr>
        <w:t>офіційних</w:t>
      </w:r>
      <w:proofErr w:type="spellEnd"/>
      <w:r w:rsidRPr="00541039">
        <w:rPr>
          <w:lang w:val="ru-RU"/>
        </w:rPr>
        <w:t xml:space="preserve"> </w:t>
      </w:r>
      <w:proofErr w:type="spellStart"/>
      <w:r w:rsidRPr="00541039">
        <w:rPr>
          <w:lang w:val="ru-RU"/>
        </w:rPr>
        <w:t>соціальних</w:t>
      </w:r>
      <w:proofErr w:type="spellEnd"/>
      <w:r w:rsidRPr="00541039">
        <w:rPr>
          <w:lang w:val="ru-RU"/>
        </w:rPr>
        <w:t xml:space="preserve"> мережах </w:t>
      </w:r>
      <w:proofErr w:type="spellStart"/>
      <w:r w:rsidRPr="00541039">
        <w:rPr>
          <w:lang w:val="ru-RU"/>
        </w:rPr>
        <w:t>Проєкту</w:t>
      </w:r>
      <w:proofErr w:type="spellEnd"/>
      <w:r w:rsidRPr="00541039">
        <w:rPr>
          <w:lang w:val="ru-RU"/>
        </w:rPr>
        <w:t xml:space="preserve"> «Фабрика </w:t>
      </w:r>
      <w:proofErr w:type="spellStart"/>
      <w:r w:rsidRPr="00541039">
        <w:rPr>
          <w:lang w:val="ru-RU"/>
        </w:rPr>
        <w:t>Зірок</w:t>
      </w:r>
      <w:proofErr w:type="spellEnd"/>
      <w:r w:rsidRPr="00541039">
        <w:rPr>
          <w:lang w:val="ru-RU"/>
        </w:rPr>
        <w:t xml:space="preserve">» і </w:t>
      </w:r>
      <w:r>
        <w:t>SWEET</w:t>
      </w:r>
      <w:r w:rsidRPr="00541039">
        <w:rPr>
          <w:lang w:val="ru-RU"/>
        </w:rPr>
        <w:t>.</w:t>
      </w:r>
      <w:r>
        <w:t>TV</w:t>
      </w:r>
      <w:r w:rsidRPr="00541039">
        <w:rPr>
          <w:lang w:val="ru-RU"/>
        </w:rPr>
        <w:t xml:space="preserve">. </w:t>
      </w:r>
      <w:proofErr w:type="spellStart"/>
      <w:r w:rsidRPr="00541039">
        <w:rPr>
          <w:lang w:val="ru-RU"/>
        </w:rPr>
        <w:t>Якщо</w:t>
      </w:r>
      <w:proofErr w:type="spellEnd"/>
      <w:r w:rsidRPr="00541039">
        <w:rPr>
          <w:lang w:val="ru-RU"/>
        </w:rPr>
        <w:t xml:space="preserve"> </w:t>
      </w:r>
      <w:proofErr w:type="spellStart"/>
      <w:r w:rsidRPr="00541039">
        <w:rPr>
          <w:lang w:val="ru-RU"/>
        </w:rPr>
        <w:t>зміни</w:t>
      </w:r>
      <w:proofErr w:type="spellEnd"/>
      <w:r w:rsidRPr="00541039">
        <w:rPr>
          <w:lang w:val="ru-RU"/>
        </w:rPr>
        <w:t xml:space="preserve"> </w:t>
      </w:r>
      <w:proofErr w:type="spellStart"/>
      <w:r w:rsidRPr="00541039">
        <w:rPr>
          <w:lang w:val="ru-RU"/>
        </w:rPr>
        <w:t>істотно</w:t>
      </w:r>
      <w:proofErr w:type="spellEnd"/>
      <w:r w:rsidRPr="00541039">
        <w:rPr>
          <w:lang w:val="ru-RU"/>
        </w:rPr>
        <w:t xml:space="preserve"> </w:t>
      </w:r>
      <w:proofErr w:type="spellStart"/>
      <w:r w:rsidRPr="00541039">
        <w:rPr>
          <w:lang w:val="ru-RU"/>
        </w:rPr>
        <w:t>впливають</w:t>
      </w:r>
      <w:proofErr w:type="spellEnd"/>
      <w:r w:rsidRPr="00541039">
        <w:rPr>
          <w:lang w:val="ru-RU"/>
        </w:rPr>
        <w:t xml:space="preserve"> на порядок </w:t>
      </w:r>
      <w:proofErr w:type="spellStart"/>
      <w:r w:rsidRPr="00541039">
        <w:rPr>
          <w:lang w:val="ru-RU"/>
        </w:rPr>
        <w:t>участі</w:t>
      </w:r>
      <w:proofErr w:type="spellEnd"/>
      <w:r w:rsidRPr="00541039">
        <w:rPr>
          <w:lang w:val="ru-RU"/>
        </w:rPr>
        <w:t xml:space="preserve">, </w:t>
      </w:r>
      <w:proofErr w:type="spellStart"/>
      <w:r w:rsidRPr="00541039">
        <w:rPr>
          <w:lang w:val="ru-RU"/>
        </w:rPr>
        <w:t>Організатор</w:t>
      </w:r>
      <w:proofErr w:type="spellEnd"/>
      <w:r w:rsidRPr="00541039">
        <w:rPr>
          <w:lang w:val="ru-RU"/>
        </w:rPr>
        <w:t xml:space="preserve"> </w:t>
      </w:r>
      <w:proofErr w:type="spellStart"/>
      <w:r w:rsidRPr="00541039">
        <w:rPr>
          <w:lang w:val="ru-RU"/>
        </w:rPr>
        <w:t>повідомляє</w:t>
      </w:r>
      <w:proofErr w:type="spellEnd"/>
      <w:r w:rsidRPr="00541039">
        <w:rPr>
          <w:lang w:val="ru-RU"/>
        </w:rPr>
        <w:t xml:space="preserve"> про </w:t>
      </w:r>
      <w:proofErr w:type="spellStart"/>
      <w:r w:rsidRPr="00541039">
        <w:rPr>
          <w:lang w:val="ru-RU"/>
        </w:rPr>
        <w:t>це</w:t>
      </w:r>
      <w:proofErr w:type="spellEnd"/>
      <w:r w:rsidRPr="00541039">
        <w:rPr>
          <w:lang w:val="ru-RU"/>
        </w:rPr>
        <w:t xml:space="preserve"> до </w:t>
      </w:r>
      <w:proofErr w:type="spellStart"/>
      <w:r w:rsidRPr="00541039">
        <w:rPr>
          <w:lang w:val="ru-RU"/>
        </w:rPr>
        <w:t>їх</w:t>
      </w:r>
      <w:proofErr w:type="spellEnd"/>
      <w:r w:rsidRPr="00541039">
        <w:rPr>
          <w:lang w:val="ru-RU"/>
        </w:rPr>
        <w:t xml:space="preserve"> </w:t>
      </w:r>
      <w:proofErr w:type="spellStart"/>
      <w:r w:rsidRPr="00541039">
        <w:rPr>
          <w:lang w:val="ru-RU"/>
        </w:rPr>
        <w:t>застосування</w:t>
      </w:r>
      <w:proofErr w:type="spellEnd"/>
      <w:r w:rsidRPr="00541039">
        <w:rPr>
          <w:lang w:val="ru-RU"/>
        </w:rPr>
        <w:t xml:space="preserve">, </w:t>
      </w:r>
      <w:proofErr w:type="spellStart"/>
      <w:r w:rsidRPr="00541039">
        <w:rPr>
          <w:lang w:val="ru-RU"/>
        </w:rPr>
        <w:t>наскільки</w:t>
      </w:r>
      <w:proofErr w:type="spellEnd"/>
      <w:r w:rsidRPr="00541039">
        <w:rPr>
          <w:lang w:val="ru-RU"/>
        </w:rPr>
        <w:t xml:space="preserve"> </w:t>
      </w:r>
      <w:proofErr w:type="spellStart"/>
      <w:r w:rsidRPr="00541039">
        <w:rPr>
          <w:lang w:val="ru-RU"/>
        </w:rPr>
        <w:t>це</w:t>
      </w:r>
      <w:proofErr w:type="spellEnd"/>
      <w:r w:rsidRPr="00541039">
        <w:rPr>
          <w:lang w:val="ru-RU"/>
        </w:rPr>
        <w:t xml:space="preserve"> </w:t>
      </w:r>
      <w:proofErr w:type="spellStart"/>
      <w:r w:rsidRPr="00541039">
        <w:rPr>
          <w:lang w:val="ru-RU"/>
        </w:rPr>
        <w:t>об'єктивно</w:t>
      </w:r>
      <w:proofErr w:type="spellEnd"/>
      <w:r w:rsidRPr="00541039">
        <w:rPr>
          <w:lang w:val="ru-RU"/>
        </w:rPr>
        <w:t xml:space="preserve"> </w:t>
      </w:r>
      <w:proofErr w:type="spellStart"/>
      <w:r w:rsidRPr="00541039">
        <w:rPr>
          <w:lang w:val="ru-RU"/>
        </w:rPr>
        <w:t>можливо</w:t>
      </w:r>
      <w:proofErr w:type="spellEnd"/>
      <w:r w:rsidRPr="00541039">
        <w:rPr>
          <w:lang w:val="ru-RU"/>
        </w:rPr>
        <w:t>.</w:t>
      </w:r>
    </w:p>
    <w:p w14:paraId="6A1EDE3F" w14:textId="215515EC" w:rsidR="00D97F10" w:rsidRPr="00541039" w:rsidRDefault="006E3F22" w:rsidP="00544987">
      <w:pPr>
        <w:pStyle w:val="LegalClause"/>
        <w:numPr>
          <w:ilvl w:val="1"/>
          <w:numId w:val="1"/>
        </w:numPr>
        <w:tabs>
          <w:tab w:val="left" w:pos="851"/>
          <w:tab w:val="left" w:pos="1418"/>
        </w:tabs>
        <w:rPr>
          <w:lang w:val="ru-RU"/>
        </w:rPr>
      </w:pPr>
      <w:proofErr w:type="spellStart"/>
      <w:r w:rsidRPr="006E3F22">
        <w:rPr>
          <w:lang w:val="ru-RU"/>
        </w:rPr>
        <w:lastRenderedPageBreak/>
        <w:t>Недійсність</w:t>
      </w:r>
      <w:proofErr w:type="spellEnd"/>
      <w:r w:rsidRPr="006E3F22">
        <w:rPr>
          <w:lang w:val="ru-RU"/>
        </w:rPr>
        <w:t xml:space="preserve"> </w:t>
      </w:r>
      <w:proofErr w:type="spellStart"/>
      <w:r w:rsidRPr="006E3F22">
        <w:rPr>
          <w:lang w:val="ru-RU"/>
        </w:rPr>
        <w:t>або</w:t>
      </w:r>
      <w:proofErr w:type="spellEnd"/>
      <w:r w:rsidRPr="006E3F22">
        <w:rPr>
          <w:lang w:val="ru-RU"/>
        </w:rPr>
        <w:t xml:space="preserve"> </w:t>
      </w:r>
      <w:proofErr w:type="spellStart"/>
      <w:r w:rsidRPr="006E3F22">
        <w:rPr>
          <w:lang w:val="ru-RU"/>
        </w:rPr>
        <w:t>незастосовність</w:t>
      </w:r>
      <w:proofErr w:type="spellEnd"/>
      <w:r w:rsidRPr="006E3F22">
        <w:rPr>
          <w:lang w:val="ru-RU"/>
        </w:rPr>
        <w:t xml:space="preserve"> </w:t>
      </w:r>
      <w:proofErr w:type="spellStart"/>
      <w:r w:rsidRPr="006E3F22">
        <w:rPr>
          <w:lang w:val="ru-RU"/>
        </w:rPr>
        <w:t>окремого</w:t>
      </w:r>
      <w:proofErr w:type="spellEnd"/>
      <w:r w:rsidRPr="006E3F22">
        <w:rPr>
          <w:lang w:val="ru-RU"/>
        </w:rPr>
        <w:t xml:space="preserve"> </w:t>
      </w:r>
      <w:proofErr w:type="spellStart"/>
      <w:r w:rsidRPr="006E3F22">
        <w:rPr>
          <w:lang w:val="ru-RU"/>
        </w:rPr>
        <w:t>положення</w:t>
      </w:r>
      <w:proofErr w:type="spellEnd"/>
      <w:r w:rsidRPr="006E3F22">
        <w:rPr>
          <w:lang w:val="ru-RU"/>
        </w:rPr>
        <w:t xml:space="preserve"> </w:t>
      </w:r>
      <w:proofErr w:type="spellStart"/>
      <w:r w:rsidRPr="006E3F22">
        <w:rPr>
          <w:lang w:val="ru-RU"/>
        </w:rPr>
        <w:t>цих</w:t>
      </w:r>
      <w:proofErr w:type="spellEnd"/>
      <w:r w:rsidRPr="006E3F22">
        <w:rPr>
          <w:lang w:val="ru-RU"/>
        </w:rPr>
        <w:t xml:space="preserve"> Правил не </w:t>
      </w:r>
      <w:proofErr w:type="spellStart"/>
      <w:r w:rsidRPr="006E3F22">
        <w:rPr>
          <w:lang w:val="ru-RU"/>
        </w:rPr>
        <w:t>впливає</w:t>
      </w:r>
      <w:proofErr w:type="spellEnd"/>
      <w:r w:rsidRPr="006E3F22">
        <w:rPr>
          <w:lang w:val="ru-RU"/>
        </w:rPr>
        <w:t xml:space="preserve"> на </w:t>
      </w:r>
      <w:proofErr w:type="spellStart"/>
      <w:r w:rsidRPr="006E3F22">
        <w:rPr>
          <w:lang w:val="ru-RU"/>
        </w:rPr>
        <w:t>чинність</w:t>
      </w:r>
      <w:proofErr w:type="spellEnd"/>
      <w:r w:rsidRPr="006E3F22">
        <w:rPr>
          <w:lang w:val="ru-RU"/>
        </w:rPr>
        <w:t xml:space="preserve"> </w:t>
      </w:r>
      <w:proofErr w:type="spellStart"/>
      <w:r w:rsidRPr="006E3F22">
        <w:rPr>
          <w:lang w:val="ru-RU"/>
        </w:rPr>
        <w:t>інших</w:t>
      </w:r>
      <w:proofErr w:type="spellEnd"/>
      <w:r w:rsidRPr="006E3F22">
        <w:rPr>
          <w:lang w:val="ru-RU"/>
        </w:rPr>
        <w:t xml:space="preserve"> </w:t>
      </w:r>
      <w:proofErr w:type="spellStart"/>
      <w:r w:rsidRPr="006E3F22">
        <w:rPr>
          <w:lang w:val="ru-RU"/>
        </w:rPr>
        <w:t>положень</w:t>
      </w:r>
      <w:proofErr w:type="spellEnd"/>
      <w:r w:rsidRPr="00541039">
        <w:rPr>
          <w:lang w:val="ru-RU"/>
        </w:rPr>
        <w:t xml:space="preserve">. </w:t>
      </w:r>
      <w:proofErr w:type="spellStart"/>
      <w:r w:rsidRPr="00541039">
        <w:rPr>
          <w:lang w:val="ru-RU"/>
        </w:rPr>
        <w:t>Замість</w:t>
      </w:r>
      <w:proofErr w:type="spellEnd"/>
      <w:r w:rsidRPr="00541039">
        <w:rPr>
          <w:lang w:val="ru-RU"/>
        </w:rPr>
        <w:t xml:space="preserve"> такого </w:t>
      </w:r>
      <w:proofErr w:type="spellStart"/>
      <w:r w:rsidRPr="00541039">
        <w:rPr>
          <w:lang w:val="ru-RU"/>
        </w:rPr>
        <w:t>положення</w:t>
      </w:r>
      <w:proofErr w:type="spellEnd"/>
      <w:r w:rsidRPr="00541039">
        <w:rPr>
          <w:lang w:val="ru-RU"/>
        </w:rPr>
        <w:t xml:space="preserve"> </w:t>
      </w:r>
      <w:proofErr w:type="spellStart"/>
      <w:r w:rsidRPr="00541039">
        <w:rPr>
          <w:lang w:val="ru-RU"/>
        </w:rPr>
        <w:t>застосовується</w:t>
      </w:r>
      <w:proofErr w:type="spellEnd"/>
      <w:r w:rsidRPr="00541039">
        <w:rPr>
          <w:lang w:val="ru-RU"/>
        </w:rPr>
        <w:t xml:space="preserve"> норма </w:t>
      </w:r>
      <w:proofErr w:type="spellStart"/>
      <w:r w:rsidRPr="00541039">
        <w:rPr>
          <w:lang w:val="ru-RU"/>
        </w:rPr>
        <w:t>законодавства</w:t>
      </w:r>
      <w:proofErr w:type="spellEnd"/>
      <w:r w:rsidRPr="00541039">
        <w:rPr>
          <w:lang w:val="ru-RU"/>
        </w:rPr>
        <w:t xml:space="preserve"> та </w:t>
      </w:r>
      <w:proofErr w:type="spellStart"/>
      <w:r w:rsidRPr="00541039">
        <w:rPr>
          <w:lang w:val="ru-RU"/>
        </w:rPr>
        <w:t>найближче</w:t>
      </w:r>
      <w:proofErr w:type="spellEnd"/>
      <w:r w:rsidRPr="00541039">
        <w:rPr>
          <w:lang w:val="ru-RU"/>
        </w:rPr>
        <w:t xml:space="preserve"> за </w:t>
      </w:r>
      <w:proofErr w:type="spellStart"/>
      <w:r w:rsidRPr="00541039">
        <w:rPr>
          <w:lang w:val="ru-RU"/>
        </w:rPr>
        <w:t>змістом</w:t>
      </w:r>
      <w:proofErr w:type="spellEnd"/>
      <w:r w:rsidRPr="00541039">
        <w:rPr>
          <w:lang w:val="ru-RU"/>
        </w:rPr>
        <w:t xml:space="preserve"> </w:t>
      </w:r>
      <w:proofErr w:type="spellStart"/>
      <w:r w:rsidRPr="00541039">
        <w:rPr>
          <w:lang w:val="ru-RU"/>
        </w:rPr>
        <w:t>правомірне</w:t>
      </w:r>
      <w:proofErr w:type="spellEnd"/>
      <w:r w:rsidRPr="00541039">
        <w:rPr>
          <w:lang w:val="ru-RU"/>
        </w:rPr>
        <w:t xml:space="preserve"> </w:t>
      </w:r>
      <w:proofErr w:type="spellStart"/>
      <w:r w:rsidRPr="00541039">
        <w:rPr>
          <w:lang w:val="ru-RU"/>
        </w:rPr>
        <w:t>регулювання</w:t>
      </w:r>
      <w:proofErr w:type="spellEnd"/>
      <w:r w:rsidRPr="00541039">
        <w:rPr>
          <w:lang w:val="ru-RU"/>
        </w:rPr>
        <w:t>.</w:t>
      </w:r>
    </w:p>
    <w:p w14:paraId="3D41149E" w14:textId="77777777" w:rsidR="00D97F10" w:rsidRPr="00541039" w:rsidRDefault="00000000" w:rsidP="00544987">
      <w:pPr>
        <w:pStyle w:val="LegalClause"/>
        <w:numPr>
          <w:ilvl w:val="1"/>
          <w:numId w:val="1"/>
        </w:numPr>
        <w:tabs>
          <w:tab w:val="left" w:pos="851"/>
          <w:tab w:val="left" w:pos="1418"/>
        </w:tabs>
        <w:rPr>
          <w:lang w:val="ru-RU"/>
        </w:rPr>
      </w:pPr>
      <w:r w:rsidRPr="00541039">
        <w:rPr>
          <w:lang w:val="ru-RU"/>
        </w:rPr>
        <w:t xml:space="preserve">Правила </w:t>
      </w:r>
      <w:proofErr w:type="spellStart"/>
      <w:r w:rsidRPr="00541039">
        <w:rPr>
          <w:lang w:val="ru-RU"/>
        </w:rPr>
        <w:t>діють</w:t>
      </w:r>
      <w:proofErr w:type="spellEnd"/>
      <w:r w:rsidRPr="00541039">
        <w:rPr>
          <w:lang w:val="ru-RU"/>
        </w:rPr>
        <w:t xml:space="preserve"> до </w:t>
      </w:r>
      <w:proofErr w:type="spellStart"/>
      <w:r w:rsidRPr="00541039">
        <w:rPr>
          <w:lang w:val="ru-RU"/>
        </w:rPr>
        <w:t>повного</w:t>
      </w:r>
      <w:proofErr w:type="spellEnd"/>
      <w:r w:rsidRPr="00541039">
        <w:rPr>
          <w:lang w:val="ru-RU"/>
        </w:rPr>
        <w:t xml:space="preserve"> </w:t>
      </w:r>
      <w:proofErr w:type="spellStart"/>
      <w:r w:rsidRPr="00541039">
        <w:rPr>
          <w:lang w:val="ru-RU"/>
        </w:rPr>
        <w:t>виконання</w:t>
      </w:r>
      <w:proofErr w:type="spellEnd"/>
      <w:r w:rsidRPr="00541039">
        <w:rPr>
          <w:lang w:val="ru-RU"/>
        </w:rPr>
        <w:t xml:space="preserve"> </w:t>
      </w:r>
      <w:proofErr w:type="spellStart"/>
      <w:r w:rsidRPr="00541039">
        <w:rPr>
          <w:lang w:val="ru-RU"/>
        </w:rPr>
        <w:t>Організатором</w:t>
      </w:r>
      <w:proofErr w:type="spellEnd"/>
      <w:r w:rsidRPr="00541039">
        <w:rPr>
          <w:lang w:val="ru-RU"/>
        </w:rPr>
        <w:t xml:space="preserve"> і </w:t>
      </w:r>
      <w:proofErr w:type="spellStart"/>
      <w:r w:rsidRPr="00541039">
        <w:rPr>
          <w:lang w:val="ru-RU"/>
        </w:rPr>
        <w:t>Учасниками</w:t>
      </w:r>
      <w:proofErr w:type="spellEnd"/>
      <w:r w:rsidRPr="00541039">
        <w:rPr>
          <w:lang w:val="ru-RU"/>
        </w:rPr>
        <w:t xml:space="preserve"> </w:t>
      </w:r>
      <w:proofErr w:type="spellStart"/>
      <w:r w:rsidRPr="00541039">
        <w:rPr>
          <w:lang w:val="ru-RU"/>
        </w:rPr>
        <w:t>зобов'язань</w:t>
      </w:r>
      <w:proofErr w:type="spellEnd"/>
      <w:r w:rsidRPr="00541039">
        <w:rPr>
          <w:lang w:val="ru-RU"/>
        </w:rPr>
        <w:t xml:space="preserve">, </w:t>
      </w:r>
      <w:proofErr w:type="spellStart"/>
      <w:r w:rsidRPr="00541039">
        <w:rPr>
          <w:lang w:val="ru-RU"/>
        </w:rPr>
        <w:t>що</w:t>
      </w:r>
      <w:proofErr w:type="spellEnd"/>
      <w:r w:rsidRPr="00541039">
        <w:rPr>
          <w:lang w:val="ru-RU"/>
        </w:rPr>
        <w:t xml:space="preserve"> </w:t>
      </w:r>
      <w:proofErr w:type="spellStart"/>
      <w:r w:rsidRPr="00541039">
        <w:rPr>
          <w:lang w:val="ru-RU"/>
        </w:rPr>
        <w:t>виникли</w:t>
      </w:r>
      <w:proofErr w:type="spellEnd"/>
      <w:r w:rsidRPr="00541039">
        <w:rPr>
          <w:lang w:val="ru-RU"/>
        </w:rPr>
        <w:t xml:space="preserve"> </w:t>
      </w:r>
      <w:proofErr w:type="spellStart"/>
      <w:r w:rsidRPr="00541039">
        <w:rPr>
          <w:lang w:val="ru-RU"/>
        </w:rPr>
        <w:t>під</w:t>
      </w:r>
      <w:proofErr w:type="spellEnd"/>
      <w:r w:rsidRPr="00541039">
        <w:rPr>
          <w:lang w:val="ru-RU"/>
        </w:rPr>
        <w:t xml:space="preserve"> час </w:t>
      </w:r>
      <w:proofErr w:type="spellStart"/>
      <w:r w:rsidRPr="00541039">
        <w:rPr>
          <w:lang w:val="ru-RU"/>
        </w:rPr>
        <w:t>Кампанії</w:t>
      </w:r>
      <w:proofErr w:type="spellEnd"/>
      <w:r w:rsidRPr="00541039">
        <w:rPr>
          <w:lang w:val="ru-RU"/>
        </w:rPr>
        <w:t xml:space="preserve">, </w:t>
      </w:r>
      <w:proofErr w:type="spellStart"/>
      <w:r w:rsidRPr="00541039">
        <w:rPr>
          <w:lang w:val="ru-RU"/>
        </w:rPr>
        <w:t>включно</w:t>
      </w:r>
      <w:proofErr w:type="spellEnd"/>
      <w:r w:rsidRPr="00541039">
        <w:rPr>
          <w:lang w:val="ru-RU"/>
        </w:rPr>
        <w:t xml:space="preserve"> з </w:t>
      </w:r>
      <w:proofErr w:type="spellStart"/>
      <w:r w:rsidRPr="00541039">
        <w:rPr>
          <w:lang w:val="ru-RU"/>
        </w:rPr>
        <w:t>оголошенням</w:t>
      </w:r>
      <w:proofErr w:type="spellEnd"/>
      <w:r w:rsidRPr="00541039">
        <w:rPr>
          <w:lang w:val="ru-RU"/>
        </w:rPr>
        <w:t xml:space="preserve"> </w:t>
      </w:r>
      <w:proofErr w:type="spellStart"/>
      <w:r w:rsidRPr="00541039">
        <w:rPr>
          <w:lang w:val="ru-RU"/>
        </w:rPr>
        <w:t>результатів</w:t>
      </w:r>
      <w:proofErr w:type="spellEnd"/>
      <w:r w:rsidRPr="00541039">
        <w:rPr>
          <w:lang w:val="ru-RU"/>
        </w:rPr>
        <w:t xml:space="preserve">, </w:t>
      </w:r>
      <w:proofErr w:type="spellStart"/>
      <w:r w:rsidRPr="00541039">
        <w:rPr>
          <w:lang w:val="ru-RU"/>
        </w:rPr>
        <w:t>врученням</w:t>
      </w:r>
      <w:proofErr w:type="spellEnd"/>
      <w:r w:rsidRPr="00541039">
        <w:rPr>
          <w:lang w:val="ru-RU"/>
        </w:rPr>
        <w:t xml:space="preserve"> </w:t>
      </w:r>
      <w:proofErr w:type="spellStart"/>
      <w:r w:rsidRPr="00541039">
        <w:rPr>
          <w:lang w:val="ru-RU"/>
        </w:rPr>
        <w:t>квитків</w:t>
      </w:r>
      <w:proofErr w:type="spellEnd"/>
      <w:r w:rsidRPr="00541039">
        <w:rPr>
          <w:lang w:val="ru-RU"/>
        </w:rPr>
        <w:t xml:space="preserve">, </w:t>
      </w:r>
      <w:proofErr w:type="spellStart"/>
      <w:r w:rsidRPr="00541039">
        <w:rPr>
          <w:lang w:val="ru-RU"/>
        </w:rPr>
        <w:t>завершенням</w:t>
      </w:r>
      <w:proofErr w:type="spellEnd"/>
      <w:r w:rsidRPr="00541039">
        <w:rPr>
          <w:lang w:val="ru-RU"/>
        </w:rPr>
        <w:t xml:space="preserve"> строку для </w:t>
      </w:r>
      <w:proofErr w:type="spellStart"/>
      <w:r w:rsidRPr="00541039">
        <w:rPr>
          <w:lang w:val="ru-RU"/>
        </w:rPr>
        <w:t>відповідей</w:t>
      </w:r>
      <w:proofErr w:type="spellEnd"/>
      <w:r w:rsidRPr="00541039">
        <w:rPr>
          <w:lang w:val="ru-RU"/>
        </w:rPr>
        <w:t xml:space="preserve"> </w:t>
      </w:r>
      <w:proofErr w:type="spellStart"/>
      <w:r w:rsidRPr="00541039">
        <w:rPr>
          <w:lang w:val="ru-RU"/>
        </w:rPr>
        <w:t>переможців</w:t>
      </w:r>
      <w:proofErr w:type="spellEnd"/>
      <w:r w:rsidRPr="00541039">
        <w:rPr>
          <w:lang w:val="ru-RU"/>
        </w:rPr>
        <w:t xml:space="preserve"> та </w:t>
      </w:r>
      <w:proofErr w:type="spellStart"/>
      <w:r w:rsidRPr="00541039">
        <w:rPr>
          <w:lang w:val="ru-RU"/>
        </w:rPr>
        <w:t>благодійним</w:t>
      </w:r>
      <w:proofErr w:type="spellEnd"/>
      <w:r w:rsidRPr="00541039">
        <w:rPr>
          <w:lang w:val="ru-RU"/>
        </w:rPr>
        <w:t xml:space="preserve"> </w:t>
      </w:r>
      <w:proofErr w:type="spellStart"/>
      <w:r w:rsidRPr="00541039">
        <w:rPr>
          <w:lang w:val="ru-RU"/>
        </w:rPr>
        <w:t>переказом</w:t>
      </w:r>
      <w:proofErr w:type="spellEnd"/>
      <w:r w:rsidRPr="00541039">
        <w:rPr>
          <w:lang w:val="ru-RU"/>
        </w:rPr>
        <w:t>.</w:t>
      </w:r>
    </w:p>
    <w:p w14:paraId="04C0C34D" w14:textId="77777777" w:rsidR="00D97F10" w:rsidRPr="00541039" w:rsidRDefault="00000000" w:rsidP="00544987">
      <w:pPr>
        <w:tabs>
          <w:tab w:val="left" w:pos="851"/>
          <w:tab w:val="left" w:pos="1418"/>
        </w:tabs>
        <w:rPr>
          <w:lang w:val="ru-RU"/>
        </w:rPr>
      </w:pPr>
      <w:r w:rsidRPr="00541039">
        <w:rPr>
          <w:lang w:val="ru-RU"/>
        </w:rPr>
        <w:br w:type="page"/>
      </w:r>
    </w:p>
    <w:p w14:paraId="7211028A" w14:textId="77777777" w:rsidR="00D97F10" w:rsidRPr="00541039" w:rsidRDefault="00000000">
      <w:pPr>
        <w:pStyle w:val="Heading1"/>
        <w:jc w:val="right"/>
        <w:rPr>
          <w:lang w:val="ru-RU"/>
        </w:rPr>
      </w:pPr>
      <w:r w:rsidRPr="00541039">
        <w:rPr>
          <w:rFonts w:ascii="Times New Roman" w:eastAsia="Times New Roman" w:hAnsi="Times New Roman" w:cs="Times New Roman"/>
          <w:sz w:val="23"/>
          <w:lang w:val="ru-RU"/>
        </w:rPr>
        <w:lastRenderedPageBreak/>
        <w:t>ДОДАТОК 1</w:t>
      </w:r>
    </w:p>
    <w:p w14:paraId="119B505C" w14:textId="77777777" w:rsidR="00D97F10" w:rsidRPr="00541039" w:rsidRDefault="00000000">
      <w:pPr>
        <w:spacing w:before="200" w:after="240"/>
        <w:jc w:val="center"/>
        <w:rPr>
          <w:lang w:val="ru-RU"/>
        </w:rPr>
      </w:pPr>
      <w:r w:rsidRPr="00541039">
        <w:rPr>
          <w:b/>
          <w:color w:val="172434"/>
          <w:sz w:val="26"/>
          <w:lang w:val="ru-RU"/>
        </w:rPr>
        <w:t>КАЛЕНДАР КАМПАНІЇ</w:t>
      </w:r>
    </w:p>
    <w:p w14:paraId="0E66A660" w14:textId="77777777" w:rsidR="00D97F10" w:rsidRPr="00541039" w:rsidRDefault="00000000">
      <w:pPr>
        <w:rPr>
          <w:lang w:val="ru-RU"/>
        </w:rPr>
      </w:pPr>
      <w:proofErr w:type="spellStart"/>
      <w:r w:rsidRPr="00541039">
        <w:rPr>
          <w:i/>
          <w:color w:val="5A6570"/>
          <w:sz w:val="19"/>
          <w:lang w:val="ru-RU"/>
        </w:rPr>
        <w:t>Усі</w:t>
      </w:r>
      <w:proofErr w:type="spellEnd"/>
      <w:r w:rsidRPr="00541039">
        <w:rPr>
          <w:i/>
          <w:color w:val="5A6570"/>
          <w:sz w:val="19"/>
          <w:lang w:val="ru-RU"/>
        </w:rPr>
        <w:t xml:space="preserve"> </w:t>
      </w:r>
      <w:proofErr w:type="spellStart"/>
      <w:r w:rsidRPr="00541039">
        <w:rPr>
          <w:i/>
          <w:color w:val="5A6570"/>
          <w:sz w:val="19"/>
          <w:lang w:val="ru-RU"/>
        </w:rPr>
        <w:t>дати</w:t>
      </w:r>
      <w:proofErr w:type="spellEnd"/>
      <w:r w:rsidRPr="00541039">
        <w:rPr>
          <w:i/>
          <w:color w:val="5A6570"/>
          <w:sz w:val="19"/>
          <w:lang w:val="ru-RU"/>
        </w:rPr>
        <w:t xml:space="preserve"> і час наведено за </w:t>
      </w:r>
      <w:proofErr w:type="spellStart"/>
      <w:r w:rsidRPr="00541039">
        <w:rPr>
          <w:i/>
          <w:color w:val="5A6570"/>
          <w:sz w:val="19"/>
          <w:lang w:val="ru-RU"/>
        </w:rPr>
        <w:t>київським</w:t>
      </w:r>
      <w:proofErr w:type="spellEnd"/>
      <w:r w:rsidRPr="00541039">
        <w:rPr>
          <w:i/>
          <w:color w:val="5A6570"/>
          <w:sz w:val="19"/>
          <w:lang w:val="ru-RU"/>
        </w:rPr>
        <w:t xml:space="preserve"> часом. </w:t>
      </w:r>
      <w:proofErr w:type="spellStart"/>
      <w:r w:rsidRPr="00541039">
        <w:rPr>
          <w:i/>
          <w:color w:val="5A6570"/>
          <w:sz w:val="19"/>
          <w:lang w:val="ru-RU"/>
        </w:rPr>
        <w:t>Фактичні</w:t>
      </w:r>
      <w:proofErr w:type="spellEnd"/>
      <w:r w:rsidRPr="00541039">
        <w:rPr>
          <w:i/>
          <w:color w:val="5A6570"/>
          <w:sz w:val="19"/>
          <w:lang w:val="ru-RU"/>
        </w:rPr>
        <w:t xml:space="preserve"> </w:t>
      </w:r>
      <w:proofErr w:type="spellStart"/>
      <w:r w:rsidRPr="00541039">
        <w:rPr>
          <w:i/>
          <w:color w:val="5A6570"/>
          <w:sz w:val="19"/>
          <w:lang w:val="ru-RU"/>
        </w:rPr>
        <w:t>технічні</w:t>
      </w:r>
      <w:proofErr w:type="spellEnd"/>
      <w:r w:rsidRPr="00541039">
        <w:rPr>
          <w:i/>
          <w:color w:val="5A6570"/>
          <w:sz w:val="19"/>
          <w:lang w:val="ru-RU"/>
        </w:rPr>
        <w:t xml:space="preserve"> </w:t>
      </w:r>
      <w:proofErr w:type="spellStart"/>
      <w:r w:rsidRPr="00541039">
        <w:rPr>
          <w:i/>
          <w:color w:val="5A6570"/>
          <w:sz w:val="19"/>
          <w:lang w:val="ru-RU"/>
        </w:rPr>
        <w:t>події</w:t>
      </w:r>
      <w:proofErr w:type="spellEnd"/>
      <w:r w:rsidRPr="00541039">
        <w:rPr>
          <w:i/>
          <w:color w:val="5A6570"/>
          <w:sz w:val="19"/>
          <w:lang w:val="ru-RU"/>
        </w:rPr>
        <w:t xml:space="preserve"> </w:t>
      </w:r>
      <w:proofErr w:type="spellStart"/>
      <w:r w:rsidRPr="00541039">
        <w:rPr>
          <w:i/>
          <w:color w:val="5A6570"/>
          <w:sz w:val="19"/>
          <w:lang w:val="ru-RU"/>
        </w:rPr>
        <w:t>підтверджуються</w:t>
      </w:r>
      <w:proofErr w:type="spellEnd"/>
      <w:r w:rsidRPr="00541039">
        <w:rPr>
          <w:i/>
          <w:color w:val="5A6570"/>
          <w:sz w:val="19"/>
          <w:lang w:val="ru-RU"/>
        </w:rPr>
        <w:t xml:space="preserve"> </w:t>
      </w:r>
      <w:proofErr w:type="spellStart"/>
      <w:r w:rsidRPr="00541039">
        <w:rPr>
          <w:i/>
          <w:color w:val="5A6570"/>
          <w:sz w:val="19"/>
          <w:lang w:val="ru-RU"/>
        </w:rPr>
        <w:t>серверними</w:t>
      </w:r>
      <w:proofErr w:type="spellEnd"/>
      <w:r w:rsidRPr="00541039">
        <w:rPr>
          <w:i/>
          <w:color w:val="5A6570"/>
          <w:sz w:val="19"/>
          <w:lang w:val="ru-RU"/>
        </w:rPr>
        <w:t xml:space="preserve"> журналами.</w:t>
      </w:r>
    </w:p>
    <w:tbl>
      <w:tblPr>
        <w:tblStyle w:val="TableGrid"/>
        <w:tblW w:w="9360" w:type="dxa"/>
        <w:tblInd w:w="120" w:type="dxa"/>
        <w:tblBorders>
          <w:top w:val="single" w:sz="5" w:space="0" w:color="C9CED5"/>
          <w:left w:val="single" w:sz="5" w:space="0" w:color="C9CED5"/>
          <w:bottom w:val="single" w:sz="5" w:space="0" w:color="C9CED5"/>
          <w:right w:val="single" w:sz="5" w:space="0" w:color="C9CED5"/>
          <w:insideH w:val="single" w:sz="5" w:space="0" w:color="C9CED5"/>
          <w:insideV w:val="single" w:sz="5" w:space="0" w:color="C9CED5"/>
        </w:tblBorders>
        <w:tblLayout w:type="fixed"/>
        <w:tblLook w:val="04A0" w:firstRow="1" w:lastRow="0" w:firstColumn="1" w:lastColumn="0" w:noHBand="0" w:noVBand="1"/>
      </w:tblPr>
      <w:tblGrid>
        <w:gridCol w:w="2100"/>
        <w:gridCol w:w="2700"/>
        <w:gridCol w:w="4560"/>
      </w:tblGrid>
      <w:tr w:rsidR="00D97F10" w14:paraId="121BE9EF" w14:textId="77777777">
        <w:trPr>
          <w:tblHeader/>
        </w:trPr>
        <w:tc>
          <w:tcPr>
            <w:tcW w:w="2100" w:type="dxa"/>
            <w:shd w:val="clear" w:color="auto" w:fill="F2F4F7"/>
            <w:tcMar>
              <w:top w:w="100" w:type="dxa"/>
              <w:left w:w="120" w:type="dxa"/>
              <w:bottom w:w="100" w:type="dxa"/>
              <w:right w:w="120" w:type="dxa"/>
            </w:tcMar>
            <w:vAlign w:val="center"/>
          </w:tcPr>
          <w:p w14:paraId="13097942" w14:textId="77777777" w:rsidR="00D97F10" w:rsidRDefault="00000000">
            <w:pPr>
              <w:pStyle w:val="TableText"/>
              <w:jc w:val="center"/>
            </w:pPr>
            <w:proofErr w:type="spellStart"/>
            <w:r>
              <w:rPr>
                <w:b/>
                <w:color w:val="172434"/>
                <w:sz w:val="17"/>
              </w:rPr>
              <w:t>Дата</w:t>
            </w:r>
            <w:proofErr w:type="spellEnd"/>
            <w:r>
              <w:rPr>
                <w:b/>
                <w:color w:val="172434"/>
                <w:sz w:val="17"/>
              </w:rPr>
              <w:t xml:space="preserve"> і </w:t>
            </w:r>
            <w:proofErr w:type="spellStart"/>
            <w:r>
              <w:rPr>
                <w:b/>
                <w:color w:val="172434"/>
                <w:sz w:val="17"/>
              </w:rPr>
              <w:t>час</w:t>
            </w:r>
            <w:proofErr w:type="spellEnd"/>
          </w:p>
        </w:tc>
        <w:tc>
          <w:tcPr>
            <w:tcW w:w="2700" w:type="dxa"/>
            <w:shd w:val="clear" w:color="auto" w:fill="F2F4F7"/>
            <w:tcMar>
              <w:top w:w="100" w:type="dxa"/>
              <w:left w:w="120" w:type="dxa"/>
              <w:bottom w:w="100" w:type="dxa"/>
              <w:right w:w="120" w:type="dxa"/>
            </w:tcMar>
            <w:vAlign w:val="center"/>
          </w:tcPr>
          <w:p w14:paraId="6D7D9E48" w14:textId="77777777" w:rsidR="00D97F10" w:rsidRDefault="00000000">
            <w:pPr>
              <w:pStyle w:val="TableText"/>
            </w:pPr>
            <w:r>
              <w:rPr>
                <w:b/>
                <w:color w:val="172434"/>
                <w:sz w:val="17"/>
              </w:rPr>
              <w:t>Подія</w:t>
            </w:r>
          </w:p>
        </w:tc>
        <w:tc>
          <w:tcPr>
            <w:tcW w:w="4560" w:type="dxa"/>
            <w:shd w:val="clear" w:color="auto" w:fill="F2F4F7"/>
            <w:tcMar>
              <w:top w:w="100" w:type="dxa"/>
              <w:left w:w="120" w:type="dxa"/>
              <w:bottom w:w="100" w:type="dxa"/>
              <w:right w:w="120" w:type="dxa"/>
            </w:tcMar>
            <w:vAlign w:val="center"/>
          </w:tcPr>
          <w:p w14:paraId="072E3109" w14:textId="77777777" w:rsidR="00D97F10" w:rsidRDefault="00000000">
            <w:pPr>
              <w:pStyle w:val="TableText"/>
            </w:pPr>
            <w:r>
              <w:rPr>
                <w:b/>
                <w:color w:val="172434"/>
                <w:sz w:val="17"/>
              </w:rPr>
              <w:t>Правовий та операційний наслідок</w:t>
            </w:r>
          </w:p>
        </w:tc>
      </w:tr>
      <w:tr w:rsidR="00D97F10" w14:paraId="34C2A456" w14:textId="77777777">
        <w:tc>
          <w:tcPr>
            <w:tcW w:w="2100" w:type="dxa"/>
            <w:tcMar>
              <w:top w:w="100" w:type="dxa"/>
              <w:left w:w="120" w:type="dxa"/>
              <w:bottom w:w="100" w:type="dxa"/>
              <w:right w:w="120" w:type="dxa"/>
            </w:tcMar>
            <w:vAlign w:val="center"/>
          </w:tcPr>
          <w:p w14:paraId="53EA2A20" w14:textId="6EE59076" w:rsidR="00D97F10" w:rsidRPr="00541039" w:rsidRDefault="00000000">
            <w:pPr>
              <w:pStyle w:val="TableText"/>
              <w:jc w:val="center"/>
              <w:rPr>
                <w:lang w:val="ru-RU"/>
              </w:rPr>
            </w:pPr>
            <w:r w:rsidRPr="00541039">
              <w:rPr>
                <w:sz w:val="17"/>
                <w:lang w:val="ru-RU"/>
              </w:rPr>
              <w:t xml:space="preserve">04.09.2026, </w:t>
            </w:r>
            <w:proofErr w:type="spellStart"/>
            <w:r w:rsidRPr="00541039">
              <w:rPr>
                <w:sz w:val="17"/>
                <w:lang w:val="ru-RU"/>
              </w:rPr>
              <w:t>після</w:t>
            </w:r>
            <w:proofErr w:type="spellEnd"/>
            <w:r w:rsidRPr="00541039">
              <w:rPr>
                <w:sz w:val="17"/>
                <w:lang w:val="ru-RU"/>
              </w:rPr>
              <w:t xml:space="preserve"> </w:t>
            </w:r>
            <w:proofErr w:type="spellStart"/>
            <w:r w:rsidRPr="00541039">
              <w:rPr>
                <w:sz w:val="17"/>
                <w:lang w:val="ru-RU"/>
              </w:rPr>
              <w:t>публікації</w:t>
            </w:r>
            <w:proofErr w:type="spellEnd"/>
            <w:r w:rsidRPr="00541039">
              <w:rPr>
                <w:sz w:val="17"/>
                <w:lang w:val="ru-RU"/>
              </w:rPr>
              <w:t xml:space="preserve"> </w:t>
            </w:r>
            <w:proofErr w:type="spellStart"/>
            <w:r w:rsidRPr="00541039">
              <w:rPr>
                <w:sz w:val="17"/>
                <w:lang w:val="ru-RU"/>
              </w:rPr>
              <w:t>епізоду</w:t>
            </w:r>
            <w:proofErr w:type="spellEnd"/>
            <w:r w:rsidRPr="00541039">
              <w:rPr>
                <w:sz w:val="17"/>
                <w:lang w:val="ru-RU"/>
              </w:rPr>
              <w:t xml:space="preserve"> 1, </w:t>
            </w:r>
            <w:proofErr w:type="spellStart"/>
            <w:r w:rsidRPr="00541039">
              <w:rPr>
                <w:sz w:val="17"/>
                <w:lang w:val="ru-RU"/>
              </w:rPr>
              <w:t>але</w:t>
            </w:r>
            <w:proofErr w:type="spellEnd"/>
            <w:r w:rsidRPr="00541039">
              <w:rPr>
                <w:sz w:val="17"/>
                <w:lang w:val="ru-RU"/>
              </w:rPr>
              <w:t xml:space="preserve"> не </w:t>
            </w:r>
            <w:proofErr w:type="spellStart"/>
            <w:r w:rsidRPr="00541039">
              <w:rPr>
                <w:sz w:val="17"/>
                <w:lang w:val="ru-RU"/>
              </w:rPr>
              <w:t>пізніше</w:t>
            </w:r>
            <w:proofErr w:type="spellEnd"/>
            <w:r w:rsidRPr="00541039">
              <w:rPr>
                <w:sz w:val="17"/>
                <w:lang w:val="ru-RU"/>
              </w:rPr>
              <w:t xml:space="preserve"> 12:00:00</w:t>
            </w:r>
            <w:r w:rsidR="006E3F22">
              <w:rPr>
                <w:sz w:val="17"/>
                <w:lang w:val="ru-RU"/>
              </w:rPr>
              <w:t xml:space="preserve"> за </w:t>
            </w:r>
            <w:proofErr w:type="spellStart"/>
            <w:r w:rsidR="006E3F22">
              <w:rPr>
                <w:sz w:val="17"/>
                <w:lang w:val="ru-RU"/>
              </w:rPr>
              <w:t>київським</w:t>
            </w:r>
            <w:proofErr w:type="spellEnd"/>
            <w:r w:rsidR="006E3F22">
              <w:rPr>
                <w:sz w:val="17"/>
                <w:lang w:val="ru-RU"/>
              </w:rPr>
              <w:t xml:space="preserve"> часом</w:t>
            </w:r>
          </w:p>
        </w:tc>
        <w:tc>
          <w:tcPr>
            <w:tcW w:w="2700" w:type="dxa"/>
            <w:tcMar>
              <w:top w:w="100" w:type="dxa"/>
              <w:left w:w="120" w:type="dxa"/>
              <w:bottom w:w="100" w:type="dxa"/>
              <w:right w:w="120" w:type="dxa"/>
            </w:tcMar>
            <w:vAlign w:val="center"/>
          </w:tcPr>
          <w:p w14:paraId="595EDF38" w14:textId="77777777" w:rsidR="00D97F10" w:rsidRDefault="00000000">
            <w:pPr>
              <w:pStyle w:val="TableText"/>
            </w:pPr>
            <w:proofErr w:type="spellStart"/>
            <w:r>
              <w:rPr>
                <w:sz w:val="17"/>
              </w:rPr>
              <w:t>Відкриття</w:t>
            </w:r>
            <w:proofErr w:type="spellEnd"/>
            <w:r>
              <w:rPr>
                <w:sz w:val="17"/>
              </w:rPr>
              <w:t xml:space="preserve"> Голосування; 9 </w:t>
            </w:r>
            <w:proofErr w:type="spellStart"/>
            <w:r>
              <w:rPr>
                <w:sz w:val="17"/>
              </w:rPr>
              <w:t>Кандидатів</w:t>
            </w:r>
            <w:proofErr w:type="spellEnd"/>
          </w:p>
        </w:tc>
        <w:tc>
          <w:tcPr>
            <w:tcW w:w="4560" w:type="dxa"/>
            <w:tcMar>
              <w:top w:w="100" w:type="dxa"/>
              <w:left w:w="120" w:type="dxa"/>
              <w:bottom w:w="100" w:type="dxa"/>
              <w:right w:w="120" w:type="dxa"/>
            </w:tcMar>
            <w:vAlign w:val="center"/>
          </w:tcPr>
          <w:p w14:paraId="27A66021" w14:textId="77777777" w:rsidR="00D97F10" w:rsidRDefault="00000000">
            <w:pPr>
              <w:pStyle w:val="TableText"/>
            </w:pPr>
            <w:r w:rsidRPr="00541039">
              <w:rPr>
                <w:sz w:val="17"/>
                <w:lang w:val="ru-RU"/>
              </w:rPr>
              <w:t xml:space="preserve">Початок </w:t>
            </w:r>
            <w:proofErr w:type="spellStart"/>
            <w:r w:rsidRPr="00541039">
              <w:rPr>
                <w:sz w:val="17"/>
                <w:lang w:val="ru-RU"/>
              </w:rPr>
              <w:t>приймання</w:t>
            </w:r>
            <w:proofErr w:type="spellEnd"/>
            <w:r w:rsidRPr="00541039">
              <w:rPr>
                <w:sz w:val="17"/>
                <w:lang w:val="ru-RU"/>
              </w:rPr>
              <w:t xml:space="preserve"> </w:t>
            </w:r>
            <w:proofErr w:type="spellStart"/>
            <w:r w:rsidRPr="00541039">
              <w:rPr>
                <w:sz w:val="17"/>
                <w:lang w:val="ru-RU"/>
              </w:rPr>
              <w:t>успішно</w:t>
            </w:r>
            <w:proofErr w:type="spellEnd"/>
            <w:r w:rsidRPr="00541039">
              <w:rPr>
                <w:sz w:val="17"/>
                <w:lang w:val="ru-RU"/>
              </w:rPr>
              <w:t xml:space="preserve"> </w:t>
            </w:r>
            <w:proofErr w:type="spellStart"/>
            <w:r w:rsidRPr="00541039">
              <w:rPr>
                <w:sz w:val="17"/>
                <w:lang w:val="ru-RU"/>
              </w:rPr>
              <w:t>оплачених</w:t>
            </w:r>
            <w:proofErr w:type="spellEnd"/>
            <w:r w:rsidRPr="00541039">
              <w:rPr>
                <w:sz w:val="17"/>
                <w:lang w:val="ru-RU"/>
              </w:rPr>
              <w:t xml:space="preserve"> </w:t>
            </w:r>
            <w:proofErr w:type="spellStart"/>
            <w:r w:rsidRPr="00541039">
              <w:rPr>
                <w:sz w:val="17"/>
                <w:lang w:val="ru-RU"/>
              </w:rPr>
              <w:t>Голосів</w:t>
            </w:r>
            <w:proofErr w:type="spellEnd"/>
            <w:r w:rsidRPr="00541039">
              <w:rPr>
                <w:sz w:val="17"/>
                <w:lang w:val="ru-RU"/>
              </w:rPr>
              <w:t xml:space="preserve">. </w:t>
            </w:r>
            <w:proofErr w:type="spellStart"/>
            <w:r>
              <w:rPr>
                <w:sz w:val="17"/>
              </w:rPr>
              <w:t>Фактичний</w:t>
            </w:r>
            <w:proofErr w:type="spellEnd"/>
            <w:r>
              <w:rPr>
                <w:sz w:val="17"/>
              </w:rPr>
              <w:t xml:space="preserve"> </w:t>
            </w:r>
            <w:proofErr w:type="spellStart"/>
            <w:r>
              <w:rPr>
                <w:sz w:val="17"/>
              </w:rPr>
              <w:t>час</w:t>
            </w:r>
            <w:proofErr w:type="spellEnd"/>
            <w:r>
              <w:rPr>
                <w:sz w:val="17"/>
              </w:rPr>
              <w:t xml:space="preserve"> </w:t>
            </w:r>
            <w:proofErr w:type="spellStart"/>
            <w:r>
              <w:rPr>
                <w:sz w:val="17"/>
              </w:rPr>
              <w:t>фіксується</w:t>
            </w:r>
            <w:proofErr w:type="spellEnd"/>
            <w:r>
              <w:rPr>
                <w:sz w:val="17"/>
              </w:rPr>
              <w:t xml:space="preserve"> </w:t>
            </w:r>
            <w:proofErr w:type="spellStart"/>
            <w:r>
              <w:rPr>
                <w:sz w:val="17"/>
              </w:rPr>
              <w:t>системою</w:t>
            </w:r>
            <w:proofErr w:type="spellEnd"/>
            <w:r>
              <w:rPr>
                <w:sz w:val="17"/>
              </w:rPr>
              <w:t>.</w:t>
            </w:r>
          </w:p>
        </w:tc>
      </w:tr>
      <w:tr w:rsidR="00D97F10" w14:paraId="3410C1E1" w14:textId="77777777">
        <w:tc>
          <w:tcPr>
            <w:tcW w:w="2100" w:type="dxa"/>
            <w:tcMar>
              <w:top w:w="100" w:type="dxa"/>
              <w:left w:w="120" w:type="dxa"/>
              <w:bottom w:w="100" w:type="dxa"/>
              <w:right w:w="120" w:type="dxa"/>
            </w:tcMar>
            <w:vAlign w:val="center"/>
          </w:tcPr>
          <w:p w14:paraId="2A27429F" w14:textId="54858F52" w:rsidR="00D97F10" w:rsidRPr="006E3F22" w:rsidRDefault="00000000">
            <w:pPr>
              <w:pStyle w:val="TableText"/>
              <w:jc w:val="center"/>
              <w:rPr>
                <w:lang w:val="uk-UA"/>
              </w:rPr>
            </w:pPr>
            <w:r>
              <w:rPr>
                <w:sz w:val="17"/>
              </w:rPr>
              <w:t>07.09.2026, 00:01:00</w:t>
            </w:r>
            <w:r w:rsidR="006E3F22">
              <w:rPr>
                <w:sz w:val="17"/>
                <w:lang w:val="uk-UA"/>
              </w:rPr>
              <w:t xml:space="preserve"> </w:t>
            </w:r>
            <w:r w:rsidR="006E3F22">
              <w:rPr>
                <w:sz w:val="17"/>
                <w:lang w:val="ru-RU"/>
              </w:rPr>
              <w:t xml:space="preserve">за </w:t>
            </w:r>
            <w:proofErr w:type="spellStart"/>
            <w:r w:rsidR="006E3F22">
              <w:rPr>
                <w:sz w:val="17"/>
                <w:lang w:val="ru-RU"/>
              </w:rPr>
              <w:t>київським</w:t>
            </w:r>
            <w:proofErr w:type="spellEnd"/>
            <w:r w:rsidR="006E3F22">
              <w:rPr>
                <w:sz w:val="17"/>
                <w:lang w:val="ru-RU"/>
              </w:rPr>
              <w:t xml:space="preserve"> часом</w:t>
            </w:r>
          </w:p>
        </w:tc>
        <w:tc>
          <w:tcPr>
            <w:tcW w:w="2700" w:type="dxa"/>
            <w:tcMar>
              <w:top w:w="100" w:type="dxa"/>
              <w:left w:w="120" w:type="dxa"/>
              <w:bottom w:w="100" w:type="dxa"/>
              <w:right w:w="120" w:type="dxa"/>
            </w:tcMar>
            <w:vAlign w:val="center"/>
          </w:tcPr>
          <w:p w14:paraId="3F339D43" w14:textId="77777777" w:rsidR="00D97F10" w:rsidRDefault="00000000">
            <w:pPr>
              <w:pStyle w:val="TableText"/>
            </w:pPr>
            <w:proofErr w:type="spellStart"/>
            <w:r>
              <w:rPr>
                <w:sz w:val="17"/>
              </w:rPr>
              <w:t>Відкриття</w:t>
            </w:r>
            <w:proofErr w:type="spellEnd"/>
            <w:r>
              <w:rPr>
                <w:sz w:val="17"/>
              </w:rPr>
              <w:t xml:space="preserve"> </w:t>
            </w:r>
            <w:proofErr w:type="spellStart"/>
            <w:r>
              <w:rPr>
                <w:sz w:val="17"/>
              </w:rPr>
              <w:t>Рейтингу</w:t>
            </w:r>
            <w:proofErr w:type="spellEnd"/>
          </w:p>
        </w:tc>
        <w:tc>
          <w:tcPr>
            <w:tcW w:w="4560" w:type="dxa"/>
            <w:tcMar>
              <w:top w:w="100" w:type="dxa"/>
              <w:left w:w="120" w:type="dxa"/>
              <w:bottom w:w="100" w:type="dxa"/>
              <w:right w:w="120" w:type="dxa"/>
            </w:tcMar>
            <w:vAlign w:val="center"/>
          </w:tcPr>
          <w:p w14:paraId="3A24E277" w14:textId="77777777" w:rsidR="00D97F10" w:rsidRDefault="00000000">
            <w:pPr>
              <w:pStyle w:val="TableText"/>
            </w:pPr>
            <w:r>
              <w:rPr>
                <w:sz w:val="17"/>
              </w:rPr>
              <w:t>Публікуються місце і точна кількість Дійсних голосів; оновлення орієнтовно щогодини.</w:t>
            </w:r>
          </w:p>
        </w:tc>
      </w:tr>
      <w:tr w:rsidR="00D97F10" w:rsidRPr="003F1764" w14:paraId="41DE07F9" w14:textId="77777777">
        <w:tc>
          <w:tcPr>
            <w:tcW w:w="2100" w:type="dxa"/>
            <w:tcMar>
              <w:top w:w="100" w:type="dxa"/>
              <w:left w:w="120" w:type="dxa"/>
              <w:bottom w:w="100" w:type="dxa"/>
              <w:right w:w="120" w:type="dxa"/>
            </w:tcMar>
            <w:vAlign w:val="center"/>
          </w:tcPr>
          <w:p w14:paraId="01EA95A1" w14:textId="578CC8CA" w:rsidR="00D97F10" w:rsidRPr="00541039" w:rsidRDefault="00000000">
            <w:pPr>
              <w:pStyle w:val="TableText"/>
              <w:jc w:val="center"/>
              <w:rPr>
                <w:lang w:val="ru-RU"/>
              </w:rPr>
            </w:pPr>
            <w:r w:rsidRPr="00541039">
              <w:rPr>
                <w:sz w:val="17"/>
                <w:lang w:val="ru-RU"/>
              </w:rPr>
              <w:t xml:space="preserve">11.09.2026, з </w:t>
            </w:r>
            <w:proofErr w:type="spellStart"/>
            <w:r w:rsidRPr="00541039">
              <w:rPr>
                <w:sz w:val="17"/>
                <w:lang w:val="ru-RU"/>
              </w:rPr>
              <w:t>епізодом</w:t>
            </w:r>
            <w:proofErr w:type="spellEnd"/>
            <w:r w:rsidRPr="00541039">
              <w:rPr>
                <w:sz w:val="17"/>
                <w:lang w:val="ru-RU"/>
              </w:rPr>
              <w:t xml:space="preserve"> 2, </w:t>
            </w:r>
            <w:proofErr w:type="spellStart"/>
            <w:r w:rsidRPr="00541039">
              <w:rPr>
                <w:sz w:val="17"/>
                <w:lang w:val="ru-RU"/>
              </w:rPr>
              <w:t>але</w:t>
            </w:r>
            <w:proofErr w:type="spellEnd"/>
            <w:r w:rsidRPr="00541039">
              <w:rPr>
                <w:sz w:val="17"/>
                <w:lang w:val="ru-RU"/>
              </w:rPr>
              <w:t xml:space="preserve"> не </w:t>
            </w:r>
            <w:proofErr w:type="spellStart"/>
            <w:r w:rsidRPr="00541039">
              <w:rPr>
                <w:sz w:val="17"/>
                <w:lang w:val="ru-RU"/>
              </w:rPr>
              <w:t>пізніше</w:t>
            </w:r>
            <w:proofErr w:type="spellEnd"/>
            <w:r w:rsidRPr="00541039">
              <w:rPr>
                <w:sz w:val="17"/>
                <w:lang w:val="ru-RU"/>
              </w:rPr>
              <w:t xml:space="preserve"> 12:00:00</w:t>
            </w:r>
            <w:r w:rsidR="006E3F22">
              <w:rPr>
                <w:sz w:val="17"/>
                <w:lang w:val="ru-RU"/>
              </w:rPr>
              <w:t xml:space="preserve"> за </w:t>
            </w:r>
            <w:proofErr w:type="spellStart"/>
            <w:r w:rsidR="006E3F22">
              <w:rPr>
                <w:sz w:val="17"/>
                <w:lang w:val="ru-RU"/>
              </w:rPr>
              <w:t>київським</w:t>
            </w:r>
            <w:proofErr w:type="spellEnd"/>
            <w:r w:rsidR="006E3F22">
              <w:rPr>
                <w:sz w:val="17"/>
                <w:lang w:val="ru-RU"/>
              </w:rPr>
              <w:t xml:space="preserve"> часом</w:t>
            </w:r>
          </w:p>
        </w:tc>
        <w:tc>
          <w:tcPr>
            <w:tcW w:w="2700" w:type="dxa"/>
            <w:tcMar>
              <w:top w:w="100" w:type="dxa"/>
              <w:left w:w="120" w:type="dxa"/>
              <w:bottom w:w="100" w:type="dxa"/>
              <w:right w:w="120" w:type="dxa"/>
            </w:tcMar>
            <w:vAlign w:val="center"/>
          </w:tcPr>
          <w:p w14:paraId="1F7B0081" w14:textId="77777777" w:rsidR="00D97F10" w:rsidRDefault="00000000">
            <w:pPr>
              <w:pStyle w:val="TableText"/>
            </w:pPr>
            <w:proofErr w:type="spellStart"/>
            <w:r>
              <w:rPr>
                <w:sz w:val="17"/>
              </w:rPr>
              <w:t>Додавання</w:t>
            </w:r>
            <w:proofErr w:type="spellEnd"/>
            <w:r>
              <w:rPr>
                <w:sz w:val="17"/>
              </w:rPr>
              <w:t xml:space="preserve"> 12 </w:t>
            </w:r>
            <w:proofErr w:type="spellStart"/>
            <w:r>
              <w:rPr>
                <w:sz w:val="17"/>
              </w:rPr>
              <w:t>Кандидатів</w:t>
            </w:r>
            <w:proofErr w:type="spellEnd"/>
          </w:p>
        </w:tc>
        <w:tc>
          <w:tcPr>
            <w:tcW w:w="4560" w:type="dxa"/>
            <w:tcMar>
              <w:top w:w="100" w:type="dxa"/>
              <w:left w:w="120" w:type="dxa"/>
              <w:bottom w:w="100" w:type="dxa"/>
              <w:right w:w="120" w:type="dxa"/>
            </w:tcMar>
            <w:vAlign w:val="center"/>
          </w:tcPr>
          <w:p w14:paraId="4CCF257D" w14:textId="77777777" w:rsidR="00D97F10" w:rsidRPr="00541039" w:rsidRDefault="00000000">
            <w:pPr>
              <w:pStyle w:val="TableText"/>
              <w:rPr>
                <w:lang w:val="ru-RU"/>
              </w:rPr>
            </w:pPr>
            <w:proofErr w:type="spellStart"/>
            <w:r w:rsidRPr="00541039">
              <w:rPr>
                <w:sz w:val="17"/>
                <w:lang w:val="ru-RU"/>
              </w:rPr>
              <w:t>Загалом</w:t>
            </w:r>
            <w:proofErr w:type="spellEnd"/>
            <w:r w:rsidRPr="00541039">
              <w:rPr>
                <w:sz w:val="17"/>
                <w:lang w:val="ru-RU"/>
              </w:rPr>
              <w:t xml:space="preserve"> 21 Кандидат. Уже </w:t>
            </w:r>
            <w:proofErr w:type="spellStart"/>
            <w:r w:rsidRPr="00541039">
              <w:rPr>
                <w:sz w:val="17"/>
                <w:lang w:val="ru-RU"/>
              </w:rPr>
              <w:t>використане</w:t>
            </w:r>
            <w:proofErr w:type="spellEnd"/>
            <w:r w:rsidRPr="00541039">
              <w:rPr>
                <w:sz w:val="17"/>
                <w:lang w:val="ru-RU"/>
              </w:rPr>
              <w:t xml:space="preserve"> право Голосу не </w:t>
            </w:r>
            <w:proofErr w:type="spellStart"/>
            <w:r w:rsidRPr="00541039">
              <w:rPr>
                <w:sz w:val="17"/>
                <w:lang w:val="ru-RU"/>
              </w:rPr>
              <w:t>поновлюється</w:t>
            </w:r>
            <w:proofErr w:type="spellEnd"/>
            <w:r w:rsidRPr="00541039">
              <w:rPr>
                <w:sz w:val="17"/>
                <w:lang w:val="ru-RU"/>
              </w:rPr>
              <w:t>.</w:t>
            </w:r>
          </w:p>
        </w:tc>
      </w:tr>
      <w:tr w:rsidR="00D97F10" w14:paraId="3B8E826F" w14:textId="77777777">
        <w:tc>
          <w:tcPr>
            <w:tcW w:w="2100" w:type="dxa"/>
            <w:tcMar>
              <w:top w:w="100" w:type="dxa"/>
              <w:left w:w="120" w:type="dxa"/>
              <w:bottom w:w="100" w:type="dxa"/>
              <w:right w:w="120" w:type="dxa"/>
            </w:tcMar>
            <w:vAlign w:val="center"/>
          </w:tcPr>
          <w:p w14:paraId="7DE4B3F2" w14:textId="44C4504D" w:rsidR="00D97F10" w:rsidRPr="006E3F22" w:rsidRDefault="00000000">
            <w:pPr>
              <w:pStyle w:val="TableText"/>
              <w:jc w:val="center"/>
              <w:rPr>
                <w:lang w:val="uk-UA"/>
              </w:rPr>
            </w:pPr>
            <w:r>
              <w:rPr>
                <w:sz w:val="17"/>
              </w:rPr>
              <w:t>14.09.2026, 00:01:00</w:t>
            </w:r>
            <w:r w:rsidR="006E3F22">
              <w:rPr>
                <w:sz w:val="17"/>
                <w:lang w:val="uk-UA"/>
              </w:rPr>
              <w:t xml:space="preserve"> </w:t>
            </w:r>
            <w:r w:rsidR="006E3F22">
              <w:rPr>
                <w:sz w:val="17"/>
                <w:lang w:val="ru-RU"/>
              </w:rPr>
              <w:t xml:space="preserve">за </w:t>
            </w:r>
            <w:proofErr w:type="spellStart"/>
            <w:r w:rsidR="006E3F22">
              <w:rPr>
                <w:sz w:val="17"/>
                <w:lang w:val="ru-RU"/>
              </w:rPr>
              <w:t>київським</w:t>
            </w:r>
            <w:proofErr w:type="spellEnd"/>
            <w:r w:rsidR="006E3F22">
              <w:rPr>
                <w:sz w:val="17"/>
                <w:lang w:val="ru-RU"/>
              </w:rPr>
              <w:t xml:space="preserve"> часом</w:t>
            </w:r>
          </w:p>
        </w:tc>
        <w:tc>
          <w:tcPr>
            <w:tcW w:w="2700" w:type="dxa"/>
            <w:tcMar>
              <w:top w:w="100" w:type="dxa"/>
              <w:left w:w="120" w:type="dxa"/>
              <w:bottom w:w="100" w:type="dxa"/>
              <w:right w:w="120" w:type="dxa"/>
            </w:tcMar>
            <w:vAlign w:val="center"/>
          </w:tcPr>
          <w:p w14:paraId="49D8389C" w14:textId="77777777" w:rsidR="00D97F10" w:rsidRDefault="00000000">
            <w:pPr>
              <w:pStyle w:val="TableText"/>
            </w:pPr>
            <w:proofErr w:type="spellStart"/>
            <w:r>
              <w:rPr>
                <w:sz w:val="17"/>
              </w:rPr>
              <w:t>Приховування</w:t>
            </w:r>
            <w:proofErr w:type="spellEnd"/>
            <w:r>
              <w:rPr>
                <w:sz w:val="17"/>
              </w:rPr>
              <w:t xml:space="preserve"> </w:t>
            </w:r>
            <w:proofErr w:type="spellStart"/>
            <w:r>
              <w:rPr>
                <w:sz w:val="17"/>
              </w:rPr>
              <w:t>Рейтингу</w:t>
            </w:r>
            <w:proofErr w:type="spellEnd"/>
          </w:p>
        </w:tc>
        <w:tc>
          <w:tcPr>
            <w:tcW w:w="4560" w:type="dxa"/>
            <w:tcMar>
              <w:top w:w="100" w:type="dxa"/>
              <w:left w:w="120" w:type="dxa"/>
              <w:bottom w:w="100" w:type="dxa"/>
              <w:right w:w="120" w:type="dxa"/>
            </w:tcMar>
            <w:vAlign w:val="center"/>
          </w:tcPr>
          <w:p w14:paraId="07008F84" w14:textId="77777777" w:rsidR="00D97F10" w:rsidRDefault="00000000">
            <w:pPr>
              <w:pStyle w:val="TableText"/>
            </w:pPr>
            <w:r>
              <w:rPr>
                <w:sz w:val="17"/>
              </w:rPr>
              <w:t>Голосування триває без публікації проміжних місць і кількості Голосів.</w:t>
            </w:r>
          </w:p>
        </w:tc>
      </w:tr>
      <w:tr w:rsidR="00D97F10" w:rsidRPr="003F1764" w14:paraId="4C8B5806" w14:textId="77777777">
        <w:tc>
          <w:tcPr>
            <w:tcW w:w="2100" w:type="dxa"/>
            <w:tcMar>
              <w:top w:w="100" w:type="dxa"/>
              <w:left w:w="120" w:type="dxa"/>
              <w:bottom w:w="100" w:type="dxa"/>
              <w:right w:w="120" w:type="dxa"/>
            </w:tcMar>
            <w:vAlign w:val="center"/>
          </w:tcPr>
          <w:p w14:paraId="652EC11A" w14:textId="313A09B9" w:rsidR="00D97F10" w:rsidRPr="006E3F22" w:rsidRDefault="00000000">
            <w:pPr>
              <w:pStyle w:val="TableText"/>
              <w:jc w:val="center"/>
              <w:rPr>
                <w:lang w:val="uk-UA"/>
              </w:rPr>
            </w:pPr>
            <w:r>
              <w:rPr>
                <w:sz w:val="17"/>
              </w:rPr>
              <w:t>16.09.2026, 23:59:59</w:t>
            </w:r>
            <w:r w:rsidR="006E3F22">
              <w:rPr>
                <w:sz w:val="17"/>
                <w:lang w:val="uk-UA"/>
              </w:rPr>
              <w:t xml:space="preserve"> </w:t>
            </w:r>
            <w:r w:rsidR="006E3F22">
              <w:rPr>
                <w:sz w:val="17"/>
                <w:lang w:val="ru-RU"/>
              </w:rPr>
              <w:t xml:space="preserve">за </w:t>
            </w:r>
            <w:proofErr w:type="spellStart"/>
            <w:r w:rsidR="006E3F22">
              <w:rPr>
                <w:sz w:val="17"/>
                <w:lang w:val="ru-RU"/>
              </w:rPr>
              <w:t>київським</w:t>
            </w:r>
            <w:proofErr w:type="spellEnd"/>
            <w:r w:rsidR="006E3F22">
              <w:rPr>
                <w:sz w:val="17"/>
                <w:lang w:val="ru-RU"/>
              </w:rPr>
              <w:t xml:space="preserve"> часом</w:t>
            </w:r>
          </w:p>
        </w:tc>
        <w:tc>
          <w:tcPr>
            <w:tcW w:w="2700" w:type="dxa"/>
            <w:tcMar>
              <w:top w:w="100" w:type="dxa"/>
              <w:left w:w="120" w:type="dxa"/>
              <w:bottom w:w="100" w:type="dxa"/>
              <w:right w:w="120" w:type="dxa"/>
            </w:tcMar>
            <w:vAlign w:val="center"/>
          </w:tcPr>
          <w:p w14:paraId="4DB2E80C" w14:textId="77777777" w:rsidR="00D97F10" w:rsidRDefault="00000000">
            <w:pPr>
              <w:pStyle w:val="TableText"/>
            </w:pPr>
            <w:proofErr w:type="spellStart"/>
            <w:r>
              <w:rPr>
                <w:sz w:val="17"/>
              </w:rPr>
              <w:t>Завершення</w:t>
            </w:r>
            <w:proofErr w:type="spellEnd"/>
            <w:r>
              <w:rPr>
                <w:sz w:val="17"/>
              </w:rPr>
              <w:t xml:space="preserve"> </w:t>
            </w:r>
            <w:proofErr w:type="spellStart"/>
            <w:r>
              <w:rPr>
                <w:sz w:val="17"/>
              </w:rPr>
              <w:t>Голосування</w:t>
            </w:r>
            <w:proofErr w:type="spellEnd"/>
          </w:p>
        </w:tc>
        <w:tc>
          <w:tcPr>
            <w:tcW w:w="4560" w:type="dxa"/>
            <w:tcMar>
              <w:top w:w="100" w:type="dxa"/>
              <w:left w:w="120" w:type="dxa"/>
              <w:bottom w:w="100" w:type="dxa"/>
              <w:right w:w="120" w:type="dxa"/>
            </w:tcMar>
            <w:vAlign w:val="center"/>
          </w:tcPr>
          <w:p w14:paraId="637CF9E3" w14:textId="77777777" w:rsidR="00D97F10" w:rsidRPr="00541039" w:rsidRDefault="00000000">
            <w:pPr>
              <w:pStyle w:val="TableText"/>
              <w:rPr>
                <w:lang w:val="ru-RU"/>
              </w:rPr>
            </w:pPr>
            <w:proofErr w:type="spellStart"/>
            <w:r w:rsidRPr="00541039">
              <w:rPr>
                <w:sz w:val="17"/>
                <w:lang w:val="ru-RU"/>
              </w:rPr>
              <w:t>Нові</w:t>
            </w:r>
            <w:proofErr w:type="spellEnd"/>
            <w:r w:rsidRPr="00541039">
              <w:rPr>
                <w:sz w:val="17"/>
                <w:lang w:val="ru-RU"/>
              </w:rPr>
              <w:t xml:space="preserve"> Голоси не </w:t>
            </w:r>
            <w:proofErr w:type="spellStart"/>
            <w:r w:rsidRPr="00541039">
              <w:rPr>
                <w:sz w:val="17"/>
                <w:lang w:val="ru-RU"/>
              </w:rPr>
              <w:t>приймаються</w:t>
            </w:r>
            <w:proofErr w:type="spellEnd"/>
            <w:r w:rsidRPr="00541039">
              <w:rPr>
                <w:sz w:val="17"/>
                <w:lang w:val="ru-RU"/>
              </w:rPr>
              <w:t xml:space="preserve">; </w:t>
            </w:r>
            <w:proofErr w:type="spellStart"/>
            <w:r w:rsidRPr="00541039">
              <w:rPr>
                <w:sz w:val="17"/>
                <w:lang w:val="ru-RU"/>
              </w:rPr>
              <w:t>починається</w:t>
            </w:r>
            <w:proofErr w:type="spellEnd"/>
            <w:r w:rsidRPr="00541039">
              <w:rPr>
                <w:sz w:val="17"/>
                <w:lang w:val="ru-RU"/>
              </w:rPr>
              <w:t xml:space="preserve"> </w:t>
            </w:r>
            <w:proofErr w:type="spellStart"/>
            <w:r w:rsidRPr="00541039">
              <w:rPr>
                <w:sz w:val="17"/>
                <w:lang w:val="ru-RU"/>
              </w:rPr>
              <w:t>фінальна</w:t>
            </w:r>
            <w:proofErr w:type="spellEnd"/>
            <w:r w:rsidRPr="00541039">
              <w:rPr>
                <w:sz w:val="17"/>
                <w:lang w:val="ru-RU"/>
              </w:rPr>
              <w:t xml:space="preserve"> </w:t>
            </w:r>
            <w:proofErr w:type="spellStart"/>
            <w:r w:rsidRPr="00541039">
              <w:rPr>
                <w:sz w:val="17"/>
                <w:lang w:val="ru-RU"/>
              </w:rPr>
              <w:t>платіжна</w:t>
            </w:r>
            <w:proofErr w:type="spellEnd"/>
            <w:r w:rsidRPr="00541039">
              <w:rPr>
                <w:sz w:val="17"/>
                <w:lang w:val="ru-RU"/>
              </w:rPr>
              <w:t xml:space="preserve"> та антифрод-</w:t>
            </w:r>
            <w:proofErr w:type="spellStart"/>
            <w:r w:rsidRPr="00541039">
              <w:rPr>
                <w:sz w:val="17"/>
                <w:lang w:val="ru-RU"/>
              </w:rPr>
              <w:t>звірка</w:t>
            </w:r>
            <w:proofErr w:type="spellEnd"/>
            <w:r w:rsidRPr="00541039">
              <w:rPr>
                <w:sz w:val="17"/>
                <w:lang w:val="ru-RU"/>
              </w:rPr>
              <w:t>.</w:t>
            </w:r>
          </w:p>
        </w:tc>
      </w:tr>
      <w:tr w:rsidR="00D97F10" w14:paraId="2EECB3A0" w14:textId="77777777">
        <w:tc>
          <w:tcPr>
            <w:tcW w:w="2100" w:type="dxa"/>
            <w:tcMar>
              <w:top w:w="100" w:type="dxa"/>
              <w:left w:w="120" w:type="dxa"/>
              <w:bottom w:w="100" w:type="dxa"/>
              <w:right w:w="120" w:type="dxa"/>
            </w:tcMar>
            <w:vAlign w:val="center"/>
          </w:tcPr>
          <w:p w14:paraId="18BCC0DD" w14:textId="77777777" w:rsidR="00D97F10" w:rsidRDefault="00000000">
            <w:pPr>
              <w:pStyle w:val="TableText"/>
              <w:jc w:val="center"/>
            </w:pPr>
            <w:r>
              <w:rPr>
                <w:sz w:val="17"/>
              </w:rPr>
              <w:t>18.09.2026</w:t>
            </w:r>
          </w:p>
        </w:tc>
        <w:tc>
          <w:tcPr>
            <w:tcW w:w="2700" w:type="dxa"/>
            <w:tcMar>
              <w:top w:w="100" w:type="dxa"/>
              <w:left w:w="120" w:type="dxa"/>
              <w:bottom w:w="100" w:type="dxa"/>
              <w:right w:w="120" w:type="dxa"/>
            </w:tcMar>
            <w:vAlign w:val="center"/>
          </w:tcPr>
          <w:p w14:paraId="1C3F9A3B" w14:textId="77777777" w:rsidR="00D97F10" w:rsidRDefault="00000000">
            <w:pPr>
              <w:pStyle w:val="TableText"/>
            </w:pPr>
            <w:r>
              <w:rPr>
                <w:sz w:val="17"/>
              </w:rPr>
              <w:t>Запланований вихід епізоду 3</w:t>
            </w:r>
          </w:p>
        </w:tc>
        <w:tc>
          <w:tcPr>
            <w:tcW w:w="4560" w:type="dxa"/>
            <w:tcMar>
              <w:top w:w="100" w:type="dxa"/>
              <w:left w:w="120" w:type="dxa"/>
              <w:bottom w:w="100" w:type="dxa"/>
              <w:right w:w="120" w:type="dxa"/>
            </w:tcMar>
            <w:vAlign w:val="center"/>
          </w:tcPr>
          <w:p w14:paraId="4F0C88E6" w14:textId="77777777" w:rsidR="00D97F10" w:rsidRDefault="00000000">
            <w:pPr>
              <w:pStyle w:val="TableText"/>
            </w:pPr>
            <w:proofErr w:type="spellStart"/>
            <w:r w:rsidRPr="00541039">
              <w:rPr>
                <w:sz w:val="17"/>
                <w:lang w:val="ru-RU"/>
              </w:rPr>
              <w:t>Оголошення</w:t>
            </w:r>
            <w:proofErr w:type="spellEnd"/>
            <w:r w:rsidRPr="00541039">
              <w:rPr>
                <w:sz w:val="17"/>
                <w:lang w:val="ru-RU"/>
              </w:rPr>
              <w:t xml:space="preserve"> </w:t>
            </w:r>
            <w:proofErr w:type="spellStart"/>
            <w:r w:rsidRPr="00541039">
              <w:rPr>
                <w:sz w:val="17"/>
                <w:lang w:val="ru-RU"/>
              </w:rPr>
              <w:t>Переможця</w:t>
            </w:r>
            <w:proofErr w:type="spellEnd"/>
            <w:r w:rsidRPr="00541039">
              <w:rPr>
                <w:sz w:val="17"/>
                <w:lang w:val="ru-RU"/>
              </w:rPr>
              <w:t xml:space="preserve">, </w:t>
            </w:r>
            <w:proofErr w:type="spellStart"/>
            <w:r w:rsidRPr="00541039">
              <w:rPr>
                <w:sz w:val="17"/>
                <w:lang w:val="ru-RU"/>
              </w:rPr>
              <w:t>точних</w:t>
            </w:r>
            <w:proofErr w:type="spellEnd"/>
            <w:r w:rsidRPr="00541039">
              <w:rPr>
                <w:sz w:val="17"/>
                <w:lang w:val="ru-RU"/>
              </w:rPr>
              <w:t xml:space="preserve"> </w:t>
            </w:r>
            <w:proofErr w:type="spellStart"/>
            <w:r w:rsidRPr="00541039">
              <w:rPr>
                <w:sz w:val="17"/>
                <w:lang w:val="ru-RU"/>
              </w:rPr>
              <w:t>результатів</w:t>
            </w:r>
            <w:proofErr w:type="spellEnd"/>
            <w:r w:rsidRPr="00541039">
              <w:rPr>
                <w:sz w:val="17"/>
                <w:lang w:val="ru-RU"/>
              </w:rPr>
              <w:t xml:space="preserve"> і </w:t>
            </w:r>
            <w:proofErr w:type="spellStart"/>
            <w:r w:rsidRPr="00541039">
              <w:rPr>
                <w:sz w:val="17"/>
                <w:lang w:val="ru-RU"/>
              </w:rPr>
              <w:t>загальної</w:t>
            </w:r>
            <w:proofErr w:type="spellEnd"/>
            <w:r w:rsidRPr="00541039">
              <w:rPr>
                <w:sz w:val="17"/>
                <w:lang w:val="ru-RU"/>
              </w:rPr>
              <w:t xml:space="preserve"> </w:t>
            </w:r>
            <w:proofErr w:type="spellStart"/>
            <w:r w:rsidRPr="00541039">
              <w:rPr>
                <w:sz w:val="17"/>
                <w:lang w:val="ru-RU"/>
              </w:rPr>
              <w:t>суми</w:t>
            </w:r>
            <w:proofErr w:type="spellEnd"/>
            <w:r w:rsidRPr="00541039">
              <w:rPr>
                <w:sz w:val="17"/>
                <w:lang w:val="ru-RU"/>
              </w:rPr>
              <w:t xml:space="preserve"> </w:t>
            </w:r>
            <w:proofErr w:type="spellStart"/>
            <w:r w:rsidRPr="00541039">
              <w:rPr>
                <w:sz w:val="17"/>
                <w:lang w:val="ru-RU"/>
              </w:rPr>
              <w:t>Благодійної</w:t>
            </w:r>
            <w:proofErr w:type="spellEnd"/>
            <w:r w:rsidRPr="00541039">
              <w:rPr>
                <w:sz w:val="17"/>
                <w:lang w:val="ru-RU"/>
              </w:rPr>
              <w:t xml:space="preserve"> </w:t>
            </w:r>
            <w:proofErr w:type="spellStart"/>
            <w:r w:rsidRPr="00541039">
              <w:rPr>
                <w:sz w:val="17"/>
                <w:lang w:val="ru-RU"/>
              </w:rPr>
              <w:t>складової</w:t>
            </w:r>
            <w:proofErr w:type="spellEnd"/>
            <w:r w:rsidRPr="00541039">
              <w:rPr>
                <w:sz w:val="17"/>
                <w:lang w:val="ru-RU"/>
              </w:rPr>
              <w:t xml:space="preserve">. </w:t>
            </w:r>
            <w:proofErr w:type="spellStart"/>
            <w:r>
              <w:rPr>
                <w:sz w:val="17"/>
              </w:rPr>
              <w:t>При</w:t>
            </w:r>
            <w:proofErr w:type="spellEnd"/>
            <w:r>
              <w:rPr>
                <w:sz w:val="17"/>
              </w:rPr>
              <w:t xml:space="preserve"> </w:t>
            </w:r>
            <w:proofErr w:type="spellStart"/>
            <w:r>
              <w:rPr>
                <w:sz w:val="17"/>
              </w:rPr>
              <w:t>перенесенні</w:t>
            </w:r>
            <w:proofErr w:type="spellEnd"/>
            <w:r>
              <w:rPr>
                <w:sz w:val="17"/>
              </w:rPr>
              <w:t xml:space="preserve"> </w:t>
            </w:r>
            <w:proofErr w:type="spellStart"/>
            <w:r>
              <w:rPr>
                <w:sz w:val="17"/>
              </w:rPr>
              <w:t>епізоду</w:t>
            </w:r>
            <w:proofErr w:type="spellEnd"/>
            <w:r>
              <w:rPr>
                <w:sz w:val="17"/>
              </w:rPr>
              <w:t xml:space="preserve"> </w:t>
            </w:r>
            <w:proofErr w:type="spellStart"/>
            <w:r>
              <w:rPr>
                <w:sz w:val="17"/>
              </w:rPr>
              <w:t>переноситься</w:t>
            </w:r>
            <w:proofErr w:type="spellEnd"/>
            <w:r>
              <w:rPr>
                <w:sz w:val="17"/>
              </w:rPr>
              <w:t xml:space="preserve"> оголошення.</w:t>
            </w:r>
          </w:p>
        </w:tc>
      </w:tr>
      <w:tr w:rsidR="00D97F10" w:rsidRPr="003F1764" w14:paraId="06EE85BF" w14:textId="77777777">
        <w:tc>
          <w:tcPr>
            <w:tcW w:w="2100" w:type="dxa"/>
            <w:tcMar>
              <w:top w:w="100" w:type="dxa"/>
              <w:left w:w="120" w:type="dxa"/>
              <w:bottom w:w="100" w:type="dxa"/>
              <w:right w:w="120" w:type="dxa"/>
            </w:tcMar>
            <w:vAlign w:val="center"/>
          </w:tcPr>
          <w:p w14:paraId="49B3D352" w14:textId="77777777" w:rsidR="00D97F10" w:rsidRDefault="00000000">
            <w:pPr>
              <w:pStyle w:val="TableText"/>
              <w:jc w:val="center"/>
            </w:pPr>
            <w:r>
              <w:rPr>
                <w:sz w:val="17"/>
              </w:rPr>
              <w:t>21-27.09.2026</w:t>
            </w:r>
          </w:p>
        </w:tc>
        <w:tc>
          <w:tcPr>
            <w:tcW w:w="2700" w:type="dxa"/>
            <w:tcMar>
              <w:top w:w="100" w:type="dxa"/>
              <w:left w:w="120" w:type="dxa"/>
              <w:bottom w:w="100" w:type="dxa"/>
              <w:right w:w="120" w:type="dxa"/>
            </w:tcMar>
            <w:vAlign w:val="center"/>
          </w:tcPr>
          <w:p w14:paraId="12BED499" w14:textId="77777777" w:rsidR="00D97F10" w:rsidRDefault="00000000">
            <w:pPr>
              <w:pStyle w:val="TableText"/>
            </w:pPr>
            <w:r>
              <w:rPr>
                <w:sz w:val="17"/>
              </w:rPr>
              <w:t>Проведення Розіграшу</w:t>
            </w:r>
          </w:p>
        </w:tc>
        <w:tc>
          <w:tcPr>
            <w:tcW w:w="4560" w:type="dxa"/>
            <w:tcMar>
              <w:top w:w="100" w:type="dxa"/>
              <w:left w:w="120" w:type="dxa"/>
              <w:bottom w:w="100" w:type="dxa"/>
              <w:right w:w="120" w:type="dxa"/>
            </w:tcMar>
            <w:vAlign w:val="center"/>
          </w:tcPr>
          <w:p w14:paraId="3DEEA2F6" w14:textId="77777777" w:rsidR="00D97F10" w:rsidRPr="00541039" w:rsidRDefault="00000000">
            <w:pPr>
              <w:pStyle w:val="TableText"/>
              <w:rPr>
                <w:lang w:val="ru-RU"/>
              </w:rPr>
            </w:pPr>
            <w:r>
              <w:rPr>
                <w:sz w:val="17"/>
              </w:rPr>
              <w:t>RANDOM</w:t>
            </w:r>
            <w:r w:rsidRPr="00541039">
              <w:rPr>
                <w:sz w:val="17"/>
                <w:lang w:val="ru-RU"/>
              </w:rPr>
              <w:t>.</w:t>
            </w:r>
            <w:r>
              <w:rPr>
                <w:sz w:val="17"/>
              </w:rPr>
              <w:t>ORG</w:t>
            </w:r>
            <w:r w:rsidRPr="00541039">
              <w:rPr>
                <w:sz w:val="17"/>
                <w:lang w:val="ru-RU"/>
              </w:rPr>
              <w:t xml:space="preserve">; </w:t>
            </w:r>
            <w:proofErr w:type="spellStart"/>
            <w:r w:rsidRPr="00541039">
              <w:rPr>
                <w:sz w:val="17"/>
                <w:lang w:val="ru-RU"/>
              </w:rPr>
              <w:t>п'ять</w:t>
            </w:r>
            <w:proofErr w:type="spellEnd"/>
            <w:r w:rsidRPr="00541039">
              <w:rPr>
                <w:sz w:val="17"/>
                <w:lang w:val="ru-RU"/>
              </w:rPr>
              <w:t xml:space="preserve"> </w:t>
            </w:r>
            <w:proofErr w:type="spellStart"/>
            <w:r w:rsidRPr="00541039">
              <w:rPr>
                <w:sz w:val="17"/>
                <w:lang w:val="ru-RU"/>
              </w:rPr>
              <w:t>різних</w:t>
            </w:r>
            <w:proofErr w:type="spellEnd"/>
            <w:r w:rsidRPr="00541039">
              <w:rPr>
                <w:sz w:val="17"/>
                <w:lang w:val="ru-RU"/>
              </w:rPr>
              <w:t xml:space="preserve"> </w:t>
            </w:r>
            <w:proofErr w:type="spellStart"/>
            <w:r w:rsidRPr="00541039">
              <w:rPr>
                <w:sz w:val="17"/>
                <w:lang w:val="ru-RU"/>
              </w:rPr>
              <w:t>переможців</w:t>
            </w:r>
            <w:proofErr w:type="spellEnd"/>
            <w:r w:rsidRPr="00541039">
              <w:rPr>
                <w:sz w:val="17"/>
                <w:lang w:val="ru-RU"/>
              </w:rPr>
              <w:t xml:space="preserve"> по два квитки; </w:t>
            </w:r>
            <w:proofErr w:type="spellStart"/>
            <w:r w:rsidRPr="00541039">
              <w:rPr>
                <w:sz w:val="17"/>
                <w:lang w:val="ru-RU"/>
              </w:rPr>
              <w:t>публікація</w:t>
            </w:r>
            <w:proofErr w:type="spellEnd"/>
            <w:r w:rsidRPr="00541039">
              <w:rPr>
                <w:sz w:val="17"/>
                <w:lang w:val="ru-RU"/>
              </w:rPr>
              <w:t xml:space="preserve"> не </w:t>
            </w:r>
            <w:proofErr w:type="spellStart"/>
            <w:r w:rsidRPr="00541039">
              <w:rPr>
                <w:sz w:val="17"/>
                <w:lang w:val="ru-RU"/>
              </w:rPr>
              <w:t>пізніше</w:t>
            </w:r>
            <w:proofErr w:type="spellEnd"/>
            <w:r w:rsidRPr="00541039">
              <w:rPr>
                <w:sz w:val="17"/>
                <w:lang w:val="ru-RU"/>
              </w:rPr>
              <w:t xml:space="preserve"> 27.09.2026.</w:t>
            </w:r>
          </w:p>
        </w:tc>
      </w:tr>
      <w:tr w:rsidR="00D97F10" w:rsidRPr="003F1764" w14:paraId="08847684" w14:textId="77777777">
        <w:tc>
          <w:tcPr>
            <w:tcW w:w="2100" w:type="dxa"/>
            <w:tcMar>
              <w:top w:w="100" w:type="dxa"/>
              <w:left w:w="120" w:type="dxa"/>
              <w:bottom w:w="100" w:type="dxa"/>
              <w:right w:w="120" w:type="dxa"/>
            </w:tcMar>
            <w:vAlign w:val="center"/>
          </w:tcPr>
          <w:p w14:paraId="078DA3B7" w14:textId="77777777" w:rsidR="00D97F10" w:rsidRDefault="00000000">
            <w:pPr>
              <w:pStyle w:val="TableText"/>
              <w:jc w:val="center"/>
            </w:pPr>
            <w:proofErr w:type="spellStart"/>
            <w:r>
              <w:rPr>
                <w:sz w:val="17"/>
              </w:rPr>
              <w:t>До</w:t>
            </w:r>
            <w:proofErr w:type="spellEnd"/>
            <w:r>
              <w:rPr>
                <w:sz w:val="17"/>
              </w:rPr>
              <w:t xml:space="preserve"> 02.10.2026 </w:t>
            </w:r>
            <w:proofErr w:type="spellStart"/>
            <w:r>
              <w:rPr>
                <w:sz w:val="17"/>
              </w:rPr>
              <w:t>включно</w:t>
            </w:r>
            <w:proofErr w:type="spellEnd"/>
          </w:p>
        </w:tc>
        <w:tc>
          <w:tcPr>
            <w:tcW w:w="2700" w:type="dxa"/>
            <w:tcMar>
              <w:top w:w="100" w:type="dxa"/>
              <w:left w:w="120" w:type="dxa"/>
              <w:bottom w:w="100" w:type="dxa"/>
              <w:right w:w="120" w:type="dxa"/>
            </w:tcMar>
            <w:vAlign w:val="center"/>
          </w:tcPr>
          <w:p w14:paraId="5FCE6737" w14:textId="77777777" w:rsidR="00D97F10" w:rsidRDefault="00000000">
            <w:pPr>
              <w:pStyle w:val="TableText"/>
            </w:pPr>
            <w:r>
              <w:rPr>
                <w:sz w:val="17"/>
              </w:rPr>
              <w:t>Благодійний переказ</w:t>
            </w:r>
          </w:p>
        </w:tc>
        <w:tc>
          <w:tcPr>
            <w:tcW w:w="4560" w:type="dxa"/>
            <w:tcMar>
              <w:top w:w="100" w:type="dxa"/>
              <w:left w:w="120" w:type="dxa"/>
              <w:bottom w:w="100" w:type="dxa"/>
              <w:right w:w="120" w:type="dxa"/>
            </w:tcMar>
            <w:vAlign w:val="center"/>
          </w:tcPr>
          <w:p w14:paraId="0C5A8A9E" w14:textId="77777777" w:rsidR="00D97F10" w:rsidRPr="00541039" w:rsidRDefault="00000000">
            <w:pPr>
              <w:pStyle w:val="TableText"/>
              <w:rPr>
                <w:lang w:val="ru-RU"/>
              </w:rPr>
            </w:pPr>
            <w:proofErr w:type="spellStart"/>
            <w:r w:rsidRPr="00541039">
              <w:rPr>
                <w:sz w:val="17"/>
                <w:lang w:val="ru-RU"/>
              </w:rPr>
              <w:t>Організатор</w:t>
            </w:r>
            <w:proofErr w:type="spellEnd"/>
            <w:r w:rsidRPr="00541039">
              <w:rPr>
                <w:sz w:val="17"/>
                <w:lang w:val="ru-RU"/>
              </w:rPr>
              <w:t xml:space="preserve"> </w:t>
            </w:r>
            <w:proofErr w:type="spellStart"/>
            <w:r w:rsidRPr="00541039">
              <w:rPr>
                <w:sz w:val="17"/>
                <w:lang w:val="ru-RU"/>
              </w:rPr>
              <w:t>перераховує</w:t>
            </w:r>
            <w:proofErr w:type="spellEnd"/>
            <w:r w:rsidRPr="00541039">
              <w:rPr>
                <w:sz w:val="17"/>
                <w:lang w:val="ru-RU"/>
              </w:rPr>
              <w:t xml:space="preserve"> 10,00 грн за </w:t>
            </w:r>
            <w:proofErr w:type="spellStart"/>
            <w:r w:rsidRPr="00541039">
              <w:rPr>
                <w:sz w:val="17"/>
                <w:lang w:val="ru-RU"/>
              </w:rPr>
              <w:t>кожний</w:t>
            </w:r>
            <w:proofErr w:type="spellEnd"/>
            <w:r w:rsidRPr="00541039">
              <w:rPr>
                <w:sz w:val="17"/>
                <w:lang w:val="ru-RU"/>
              </w:rPr>
              <w:t xml:space="preserve"> </w:t>
            </w:r>
            <w:proofErr w:type="spellStart"/>
            <w:r w:rsidRPr="00541039">
              <w:rPr>
                <w:sz w:val="17"/>
                <w:lang w:val="ru-RU"/>
              </w:rPr>
              <w:t>Дійсний</w:t>
            </w:r>
            <w:proofErr w:type="spellEnd"/>
            <w:r w:rsidRPr="00541039">
              <w:rPr>
                <w:sz w:val="17"/>
                <w:lang w:val="ru-RU"/>
              </w:rPr>
              <w:t xml:space="preserve"> голос та </w:t>
            </w:r>
            <w:proofErr w:type="spellStart"/>
            <w:r w:rsidRPr="00541039">
              <w:rPr>
                <w:sz w:val="17"/>
                <w:lang w:val="ru-RU"/>
              </w:rPr>
              <w:t>публікує</w:t>
            </w:r>
            <w:proofErr w:type="spellEnd"/>
            <w:r w:rsidRPr="00541039">
              <w:rPr>
                <w:sz w:val="17"/>
                <w:lang w:val="ru-RU"/>
              </w:rPr>
              <w:t xml:space="preserve"> </w:t>
            </w:r>
            <w:proofErr w:type="spellStart"/>
            <w:r w:rsidRPr="00541039">
              <w:rPr>
                <w:sz w:val="17"/>
                <w:lang w:val="ru-RU"/>
              </w:rPr>
              <w:t>підтвердження</w:t>
            </w:r>
            <w:proofErr w:type="spellEnd"/>
            <w:r w:rsidRPr="00541039">
              <w:rPr>
                <w:sz w:val="17"/>
                <w:lang w:val="ru-RU"/>
              </w:rPr>
              <w:t>.</w:t>
            </w:r>
          </w:p>
        </w:tc>
      </w:tr>
      <w:tr w:rsidR="00D97F10" w:rsidRPr="003F1764" w14:paraId="6B8077B0" w14:textId="77777777">
        <w:tc>
          <w:tcPr>
            <w:tcW w:w="2100" w:type="dxa"/>
            <w:tcMar>
              <w:top w:w="100" w:type="dxa"/>
              <w:left w:w="120" w:type="dxa"/>
              <w:bottom w:w="100" w:type="dxa"/>
              <w:right w:w="120" w:type="dxa"/>
            </w:tcMar>
            <w:vAlign w:val="center"/>
          </w:tcPr>
          <w:p w14:paraId="5CC35262" w14:textId="77777777" w:rsidR="00D97F10" w:rsidRPr="00541039" w:rsidRDefault="00000000">
            <w:pPr>
              <w:pStyle w:val="TableText"/>
              <w:jc w:val="center"/>
              <w:rPr>
                <w:lang w:val="ru-RU"/>
              </w:rPr>
            </w:pPr>
            <w:r w:rsidRPr="00541039">
              <w:rPr>
                <w:sz w:val="17"/>
                <w:lang w:val="ru-RU"/>
              </w:rPr>
              <w:t xml:space="preserve">7 </w:t>
            </w:r>
            <w:proofErr w:type="spellStart"/>
            <w:r w:rsidRPr="00541039">
              <w:rPr>
                <w:sz w:val="17"/>
                <w:lang w:val="ru-RU"/>
              </w:rPr>
              <w:t>календарних</w:t>
            </w:r>
            <w:proofErr w:type="spellEnd"/>
            <w:r w:rsidRPr="00541039">
              <w:rPr>
                <w:sz w:val="17"/>
                <w:lang w:val="ru-RU"/>
              </w:rPr>
              <w:t xml:space="preserve"> </w:t>
            </w:r>
            <w:proofErr w:type="spellStart"/>
            <w:r w:rsidRPr="00541039">
              <w:rPr>
                <w:sz w:val="17"/>
                <w:lang w:val="ru-RU"/>
              </w:rPr>
              <w:t>днів</w:t>
            </w:r>
            <w:proofErr w:type="spellEnd"/>
            <w:r w:rsidRPr="00541039">
              <w:rPr>
                <w:sz w:val="17"/>
                <w:lang w:val="ru-RU"/>
              </w:rPr>
              <w:t xml:space="preserve"> </w:t>
            </w:r>
            <w:proofErr w:type="spellStart"/>
            <w:r w:rsidRPr="00541039">
              <w:rPr>
                <w:sz w:val="17"/>
                <w:lang w:val="ru-RU"/>
              </w:rPr>
              <w:t>від</w:t>
            </w:r>
            <w:proofErr w:type="spellEnd"/>
            <w:r w:rsidRPr="00541039">
              <w:rPr>
                <w:sz w:val="17"/>
                <w:lang w:val="ru-RU"/>
              </w:rPr>
              <w:t xml:space="preserve"> </w:t>
            </w:r>
            <w:proofErr w:type="spellStart"/>
            <w:r w:rsidRPr="00541039">
              <w:rPr>
                <w:sz w:val="17"/>
                <w:lang w:val="ru-RU"/>
              </w:rPr>
              <w:t>першої</w:t>
            </w:r>
            <w:proofErr w:type="spellEnd"/>
            <w:r w:rsidRPr="00541039">
              <w:rPr>
                <w:sz w:val="17"/>
                <w:lang w:val="ru-RU"/>
              </w:rPr>
              <w:t xml:space="preserve"> </w:t>
            </w:r>
            <w:proofErr w:type="spellStart"/>
            <w:r w:rsidRPr="00541039">
              <w:rPr>
                <w:sz w:val="17"/>
                <w:lang w:val="ru-RU"/>
              </w:rPr>
              <w:t>спроби</w:t>
            </w:r>
            <w:proofErr w:type="spellEnd"/>
            <w:r w:rsidRPr="00541039">
              <w:rPr>
                <w:sz w:val="17"/>
                <w:lang w:val="ru-RU"/>
              </w:rPr>
              <w:t xml:space="preserve"> </w:t>
            </w:r>
            <w:proofErr w:type="spellStart"/>
            <w:r w:rsidRPr="00541039">
              <w:rPr>
                <w:sz w:val="17"/>
                <w:lang w:val="ru-RU"/>
              </w:rPr>
              <w:t>зв'язку</w:t>
            </w:r>
            <w:proofErr w:type="spellEnd"/>
          </w:p>
        </w:tc>
        <w:tc>
          <w:tcPr>
            <w:tcW w:w="2700" w:type="dxa"/>
            <w:tcMar>
              <w:top w:w="100" w:type="dxa"/>
              <w:left w:w="120" w:type="dxa"/>
              <w:bottom w:w="100" w:type="dxa"/>
              <w:right w:w="120" w:type="dxa"/>
            </w:tcMar>
            <w:vAlign w:val="center"/>
          </w:tcPr>
          <w:p w14:paraId="4C3C6ECA" w14:textId="77777777" w:rsidR="00D97F10" w:rsidRDefault="00000000">
            <w:pPr>
              <w:pStyle w:val="TableText"/>
            </w:pPr>
            <w:proofErr w:type="spellStart"/>
            <w:r>
              <w:rPr>
                <w:sz w:val="17"/>
              </w:rPr>
              <w:t>Строк</w:t>
            </w:r>
            <w:proofErr w:type="spellEnd"/>
            <w:r>
              <w:rPr>
                <w:sz w:val="17"/>
              </w:rPr>
              <w:t xml:space="preserve"> </w:t>
            </w:r>
            <w:proofErr w:type="spellStart"/>
            <w:r>
              <w:rPr>
                <w:sz w:val="17"/>
              </w:rPr>
              <w:t>відповіді</w:t>
            </w:r>
            <w:proofErr w:type="spellEnd"/>
            <w:r>
              <w:rPr>
                <w:sz w:val="17"/>
              </w:rPr>
              <w:t xml:space="preserve"> </w:t>
            </w:r>
            <w:proofErr w:type="spellStart"/>
            <w:r>
              <w:rPr>
                <w:sz w:val="17"/>
              </w:rPr>
              <w:t>переможця</w:t>
            </w:r>
            <w:proofErr w:type="spellEnd"/>
            <w:r>
              <w:rPr>
                <w:sz w:val="17"/>
              </w:rPr>
              <w:t xml:space="preserve"> </w:t>
            </w:r>
            <w:proofErr w:type="spellStart"/>
            <w:r>
              <w:rPr>
                <w:sz w:val="17"/>
              </w:rPr>
              <w:t>Розіграшу</w:t>
            </w:r>
            <w:proofErr w:type="spellEnd"/>
          </w:p>
        </w:tc>
        <w:tc>
          <w:tcPr>
            <w:tcW w:w="4560" w:type="dxa"/>
            <w:tcMar>
              <w:top w:w="100" w:type="dxa"/>
              <w:left w:w="120" w:type="dxa"/>
              <w:bottom w:w="100" w:type="dxa"/>
              <w:right w:w="120" w:type="dxa"/>
            </w:tcMar>
            <w:vAlign w:val="center"/>
          </w:tcPr>
          <w:p w14:paraId="45731885" w14:textId="77777777" w:rsidR="00D97F10" w:rsidRPr="00541039" w:rsidRDefault="00000000">
            <w:pPr>
              <w:pStyle w:val="TableText"/>
              <w:rPr>
                <w:lang w:val="ru-RU"/>
              </w:rPr>
            </w:pPr>
            <w:r w:rsidRPr="00541039">
              <w:rPr>
                <w:sz w:val="17"/>
                <w:lang w:val="ru-RU"/>
              </w:rPr>
              <w:t xml:space="preserve">За </w:t>
            </w:r>
            <w:proofErr w:type="spellStart"/>
            <w:r w:rsidRPr="00541039">
              <w:rPr>
                <w:sz w:val="17"/>
                <w:lang w:val="ru-RU"/>
              </w:rPr>
              <w:t>відсутності</w:t>
            </w:r>
            <w:proofErr w:type="spellEnd"/>
            <w:r w:rsidRPr="00541039">
              <w:rPr>
                <w:sz w:val="17"/>
                <w:lang w:val="ru-RU"/>
              </w:rPr>
              <w:t xml:space="preserve"> </w:t>
            </w:r>
            <w:proofErr w:type="spellStart"/>
            <w:r w:rsidRPr="00541039">
              <w:rPr>
                <w:sz w:val="17"/>
                <w:lang w:val="ru-RU"/>
              </w:rPr>
              <w:t>відповіді</w:t>
            </w:r>
            <w:proofErr w:type="spellEnd"/>
            <w:r w:rsidRPr="00541039">
              <w:rPr>
                <w:sz w:val="17"/>
                <w:lang w:val="ru-RU"/>
              </w:rPr>
              <w:t xml:space="preserve"> комплект не </w:t>
            </w:r>
            <w:proofErr w:type="spellStart"/>
            <w:r w:rsidRPr="00541039">
              <w:rPr>
                <w:sz w:val="17"/>
                <w:lang w:val="ru-RU"/>
              </w:rPr>
              <w:t>передається</w:t>
            </w:r>
            <w:proofErr w:type="spellEnd"/>
            <w:r w:rsidRPr="00541039">
              <w:rPr>
                <w:sz w:val="17"/>
                <w:lang w:val="ru-RU"/>
              </w:rPr>
              <w:t xml:space="preserve"> </w:t>
            </w:r>
            <w:proofErr w:type="spellStart"/>
            <w:r w:rsidRPr="00541039">
              <w:rPr>
                <w:sz w:val="17"/>
                <w:lang w:val="ru-RU"/>
              </w:rPr>
              <w:t>іншій</w:t>
            </w:r>
            <w:proofErr w:type="spellEnd"/>
            <w:r w:rsidRPr="00541039">
              <w:rPr>
                <w:sz w:val="17"/>
                <w:lang w:val="ru-RU"/>
              </w:rPr>
              <w:t xml:space="preserve"> </w:t>
            </w:r>
            <w:proofErr w:type="spellStart"/>
            <w:r w:rsidRPr="00541039">
              <w:rPr>
                <w:sz w:val="17"/>
                <w:lang w:val="ru-RU"/>
              </w:rPr>
              <w:t>особі</w:t>
            </w:r>
            <w:proofErr w:type="spellEnd"/>
            <w:r w:rsidRPr="00541039">
              <w:rPr>
                <w:sz w:val="17"/>
                <w:lang w:val="ru-RU"/>
              </w:rPr>
              <w:t xml:space="preserve">; </w:t>
            </w:r>
            <w:proofErr w:type="spellStart"/>
            <w:r w:rsidRPr="00541039">
              <w:rPr>
                <w:sz w:val="17"/>
                <w:lang w:val="ru-RU"/>
              </w:rPr>
              <w:t>повторний</w:t>
            </w:r>
            <w:proofErr w:type="spellEnd"/>
            <w:r w:rsidRPr="00541039">
              <w:rPr>
                <w:sz w:val="17"/>
                <w:lang w:val="ru-RU"/>
              </w:rPr>
              <w:t xml:space="preserve"> </w:t>
            </w:r>
            <w:proofErr w:type="spellStart"/>
            <w:r w:rsidRPr="00541039">
              <w:rPr>
                <w:sz w:val="17"/>
                <w:lang w:val="ru-RU"/>
              </w:rPr>
              <w:t>Розіграш</w:t>
            </w:r>
            <w:proofErr w:type="spellEnd"/>
            <w:r w:rsidRPr="00541039">
              <w:rPr>
                <w:sz w:val="17"/>
                <w:lang w:val="ru-RU"/>
              </w:rPr>
              <w:t xml:space="preserve"> не проводиться.</w:t>
            </w:r>
          </w:p>
        </w:tc>
      </w:tr>
    </w:tbl>
    <w:p w14:paraId="3A7C7ED1" w14:textId="77777777" w:rsidR="00D97F10" w:rsidRPr="00541039" w:rsidRDefault="00000000">
      <w:pPr>
        <w:rPr>
          <w:lang w:val="ru-RU"/>
        </w:rPr>
      </w:pPr>
      <w:r w:rsidRPr="00541039">
        <w:rPr>
          <w:lang w:val="ru-RU"/>
        </w:rPr>
        <w:br w:type="page"/>
      </w:r>
    </w:p>
    <w:p w14:paraId="5519F6B6" w14:textId="77777777" w:rsidR="00D97F10" w:rsidRPr="00541039" w:rsidRDefault="00000000">
      <w:pPr>
        <w:pStyle w:val="Heading1"/>
        <w:jc w:val="right"/>
        <w:rPr>
          <w:lang w:val="ru-RU"/>
        </w:rPr>
      </w:pPr>
      <w:r w:rsidRPr="00541039">
        <w:rPr>
          <w:rFonts w:ascii="Times New Roman" w:eastAsia="Times New Roman" w:hAnsi="Times New Roman" w:cs="Times New Roman"/>
          <w:sz w:val="23"/>
          <w:lang w:val="ru-RU"/>
        </w:rPr>
        <w:lastRenderedPageBreak/>
        <w:t>ДОДАТОК 2</w:t>
      </w:r>
    </w:p>
    <w:p w14:paraId="601A7556" w14:textId="77777777" w:rsidR="00D97F10" w:rsidRPr="00541039" w:rsidRDefault="00000000">
      <w:pPr>
        <w:spacing w:before="200" w:after="240"/>
        <w:jc w:val="center"/>
        <w:rPr>
          <w:lang w:val="ru-RU"/>
        </w:rPr>
      </w:pPr>
      <w:r w:rsidRPr="00541039">
        <w:rPr>
          <w:b/>
          <w:color w:val="172434"/>
          <w:sz w:val="26"/>
          <w:lang w:val="ru-RU"/>
        </w:rPr>
        <w:t>МАТРИЦЯ СТАТУСІВ ПЛАТЕЖУ, ГОЛОСУ ТА ПОВ'ЯЗАНИХ ПРАВ</w:t>
      </w:r>
    </w:p>
    <w:tbl>
      <w:tblPr>
        <w:tblStyle w:val="TableGrid"/>
        <w:tblW w:w="9360" w:type="dxa"/>
        <w:tblInd w:w="120" w:type="dxa"/>
        <w:tblBorders>
          <w:top w:val="single" w:sz="5" w:space="0" w:color="C9CED5"/>
          <w:left w:val="single" w:sz="5" w:space="0" w:color="C9CED5"/>
          <w:bottom w:val="single" w:sz="5" w:space="0" w:color="C9CED5"/>
          <w:right w:val="single" w:sz="5" w:space="0" w:color="C9CED5"/>
          <w:insideH w:val="single" w:sz="5" w:space="0" w:color="C9CED5"/>
          <w:insideV w:val="single" w:sz="5" w:space="0" w:color="C9CED5"/>
        </w:tblBorders>
        <w:tblLayout w:type="fixed"/>
        <w:tblLook w:val="04A0" w:firstRow="1" w:lastRow="0" w:firstColumn="1" w:lastColumn="0" w:noHBand="0" w:noVBand="1"/>
      </w:tblPr>
      <w:tblGrid>
        <w:gridCol w:w="2350"/>
        <w:gridCol w:w="2050"/>
        <w:gridCol w:w="1900"/>
        <w:gridCol w:w="3060"/>
      </w:tblGrid>
      <w:tr w:rsidR="00D97F10" w14:paraId="15F86E95" w14:textId="77777777">
        <w:trPr>
          <w:tblHeader/>
        </w:trPr>
        <w:tc>
          <w:tcPr>
            <w:tcW w:w="2350" w:type="dxa"/>
            <w:shd w:val="clear" w:color="auto" w:fill="F2F4F7"/>
            <w:tcMar>
              <w:top w:w="100" w:type="dxa"/>
              <w:left w:w="120" w:type="dxa"/>
              <w:bottom w:w="100" w:type="dxa"/>
              <w:right w:w="120" w:type="dxa"/>
            </w:tcMar>
            <w:vAlign w:val="center"/>
          </w:tcPr>
          <w:p w14:paraId="7214608C" w14:textId="77777777" w:rsidR="00D97F10" w:rsidRDefault="00000000">
            <w:pPr>
              <w:pStyle w:val="TableText"/>
            </w:pPr>
            <w:proofErr w:type="spellStart"/>
            <w:r>
              <w:rPr>
                <w:b/>
                <w:color w:val="172434"/>
                <w:sz w:val="16"/>
              </w:rPr>
              <w:t>Ситуація</w:t>
            </w:r>
            <w:proofErr w:type="spellEnd"/>
          </w:p>
        </w:tc>
        <w:tc>
          <w:tcPr>
            <w:tcW w:w="2050" w:type="dxa"/>
            <w:shd w:val="clear" w:color="auto" w:fill="F2F4F7"/>
            <w:tcMar>
              <w:top w:w="100" w:type="dxa"/>
              <w:left w:w="120" w:type="dxa"/>
              <w:bottom w:w="100" w:type="dxa"/>
              <w:right w:w="120" w:type="dxa"/>
            </w:tcMar>
            <w:vAlign w:val="center"/>
          </w:tcPr>
          <w:p w14:paraId="12C8C1D0" w14:textId="77777777" w:rsidR="00D97F10" w:rsidRDefault="00000000">
            <w:pPr>
              <w:pStyle w:val="TableText"/>
            </w:pPr>
            <w:r>
              <w:rPr>
                <w:b/>
                <w:color w:val="172434"/>
                <w:sz w:val="16"/>
              </w:rPr>
              <w:t>Статус Голосу</w:t>
            </w:r>
          </w:p>
        </w:tc>
        <w:tc>
          <w:tcPr>
            <w:tcW w:w="1900" w:type="dxa"/>
            <w:shd w:val="clear" w:color="auto" w:fill="F2F4F7"/>
            <w:tcMar>
              <w:top w:w="100" w:type="dxa"/>
              <w:left w:w="120" w:type="dxa"/>
              <w:bottom w:w="100" w:type="dxa"/>
              <w:right w:w="120" w:type="dxa"/>
            </w:tcMar>
            <w:vAlign w:val="center"/>
          </w:tcPr>
          <w:p w14:paraId="3AC01211" w14:textId="77777777" w:rsidR="00D97F10" w:rsidRDefault="00000000">
            <w:pPr>
              <w:pStyle w:val="TableText"/>
              <w:jc w:val="center"/>
            </w:pPr>
            <w:r>
              <w:rPr>
                <w:b/>
                <w:color w:val="172434"/>
                <w:sz w:val="16"/>
              </w:rPr>
              <w:t>Благодійна складова</w:t>
            </w:r>
          </w:p>
        </w:tc>
        <w:tc>
          <w:tcPr>
            <w:tcW w:w="3060" w:type="dxa"/>
            <w:shd w:val="clear" w:color="auto" w:fill="F2F4F7"/>
            <w:tcMar>
              <w:top w:w="100" w:type="dxa"/>
              <w:left w:w="120" w:type="dxa"/>
              <w:bottom w:w="100" w:type="dxa"/>
              <w:right w:w="120" w:type="dxa"/>
            </w:tcMar>
            <w:vAlign w:val="center"/>
          </w:tcPr>
          <w:p w14:paraId="7581F748" w14:textId="77777777" w:rsidR="00D97F10" w:rsidRDefault="00000000">
            <w:pPr>
              <w:pStyle w:val="TableText"/>
            </w:pPr>
            <w:r>
              <w:rPr>
                <w:b/>
                <w:color w:val="172434"/>
                <w:sz w:val="16"/>
              </w:rPr>
              <w:t>Розіграш / Подарунковий доступ</w:t>
            </w:r>
          </w:p>
        </w:tc>
      </w:tr>
      <w:tr w:rsidR="00D97F10" w:rsidRPr="003F1764" w14:paraId="44185EFD" w14:textId="77777777">
        <w:tc>
          <w:tcPr>
            <w:tcW w:w="2350" w:type="dxa"/>
            <w:tcMar>
              <w:top w:w="100" w:type="dxa"/>
              <w:left w:w="120" w:type="dxa"/>
              <w:bottom w:w="100" w:type="dxa"/>
              <w:right w:w="120" w:type="dxa"/>
            </w:tcMar>
            <w:vAlign w:val="center"/>
          </w:tcPr>
          <w:p w14:paraId="76B7137B" w14:textId="77777777" w:rsidR="00D97F10" w:rsidRPr="00541039" w:rsidRDefault="00000000">
            <w:pPr>
              <w:pStyle w:val="TableText"/>
              <w:rPr>
                <w:lang w:val="ru-RU"/>
              </w:rPr>
            </w:pPr>
            <w:r w:rsidRPr="00541039">
              <w:rPr>
                <w:sz w:val="16"/>
                <w:lang w:val="ru-RU"/>
              </w:rPr>
              <w:t xml:space="preserve">1,00 грн </w:t>
            </w:r>
            <w:proofErr w:type="spellStart"/>
            <w:r w:rsidRPr="00541039">
              <w:rPr>
                <w:sz w:val="16"/>
                <w:lang w:val="ru-RU"/>
              </w:rPr>
              <w:t>успішно</w:t>
            </w:r>
            <w:proofErr w:type="spellEnd"/>
            <w:r w:rsidRPr="00541039">
              <w:rPr>
                <w:sz w:val="16"/>
                <w:lang w:val="ru-RU"/>
              </w:rPr>
              <w:t xml:space="preserve"> </w:t>
            </w:r>
            <w:proofErr w:type="spellStart"/>
            <w:r w:rsidRPr="00541039">
              <w:rPr>
                <w:sz w:val="16"/>
                <w:lang w:val="ru-RU"/>
              </w:rPr>
              <w:t>сплачено</w:t>
            </w:r>
            <w:proofErr w:type="spellEnd"/>
            <w:r w:rsidRPr="00541039">
              <w:rPr>
                <w:sz w:val="16"/>
                <w:lang w:val="ru-RU"/>
              </w:rPr>
              <w:t xml:space="preserve">; </w:t>
            </w:r>
            <w:proofErr w:type="spellStart"/>
            <w:r w:rsidRPr="00541039">
              <w:rPr>
                <w:sz w:val="16"/>
                <w:lang w:val="ru-RU"/>
              </w:rPr>
              <w:t>порушень</w:t>
            </w:r>
            <w:proofErr w:type="spellEnd"/>
            <w:r w:rsidRPr="00541039">
              <w:rPr>
                <w:sz w:val="16"/>
                <w:lang w:val="ru-RU"/>
              </w:rPr>
              <w:t xml:space="preserve"> </w:t>
            </w:r>
            <w:proofErr w:type="spellStart"/>
            <w:r w:rsidRPr="00541039">
              <w:rPr>
                <w:sz w:val="16"/>
                <w:lang w:val="ru-RU"/>
              </w:rPr>
              <w:t>немає</w:t>
            </w:r>
            <w:proofErr w:type="spellEnd"/>
          </w:p>
        </w:tc>
        <w:tc>
          <w:tcPr>
            <w:tcW w:w="2050" w:type="dxa"/>
            <w:tcMar>
              <w:top w:w="100" w:type="dxa"/>
              <w:left w:w="120" w:type="dxa"/>
              <w:bottom w:w="100" w:type="dxa"/>
              <w:right w:w="120" w:type="dxa"/>
            </w:tcMar>
            <w:vAlign w:val="center"/>
          </w:tcPr>
          <w:p w14:paraId="68734F37" w14:textId="77777777" w:rsidR="00D97F10" w:rsidRDefault="00000000">
            <w:pPr>
              <w:pStyle w:val="TableText"/>
            </w:pPr>
            <w:proofErr w:type="spellStart"/>
            <w:r>
              <w:rPr>
                <w:sz w:val="16"/>
              </w:rPr>
              <w:t>Дійсний</w:t>
            </w:r>
            <w:proofErr w:type="spellEnd"/>
          </w:p>
        </w:tc>
        <w:tc>
          <w:tcPr>
            <w:tcW w:w="1900" w:type="dxa"/>
            <w:tcMar>
              <w:top w:w="100" w:type="dxa"/>
              <w:left w:w="120" w:type="dxa"/>
              <w:bottom w:w="100" w:type="dxa"/>
              <w:right w:w="120" w:type="dxa"/>
            </w:tcMar>
            <w:vAlign w:val="center"/>
          </w:tcPr>
          <w:p w14:paraId="2AB2E2A6" w14:textId="77777777" w:rsidR="00D97F10" w:rsidRDefault="00000000">
            <w:pPr>
              <w:pStyle w:val="TableText"/>
              <w:jc w:val="center"/>
            </w:pPr>
            <w:r>
              <w:rPr>
                <w:sz w:val="16"/>
              </w:rPr>
              <w:t>10,00 грн</w:t>
            </w:r>
          </w:p>
        </w:tc>
        <w:tc>
          <w:tcPr>
            <w:tcW w:w="3060" w:type="dxa"/>
            <w:tcMar>
              <w:top w:w="100" w:type="dxa"/>
              <w:left w:w="120" w:type="dxa"/>
              <w:bottom w:w="100" w:type="dxa"/>
              <w:right w:w="120" w:type="dxa"/>
            </w:tcMar>
            <w:vAlign w:val="center"/>
          </w:tcPr>
          <w:p w14:paraId="2BADC2D6" w14:textId="77777777" w:rsidR="00D97F10" w:rsidRPr="00541039" w:rsidRDefault="00000000">
            <w:pPr>
              <w:pStyle w:val="TableText"/>
              <w:rPr>
                <w:lang w:val="ru-RU"/>
              </w:rPr>
            </w:pPr>
            <w:r w:rsidRPr="00541039">
              <w:rPr>
                <w:sz w:val="16"/>
                <w:lang w:val="ru-RU"/>
              </w:rPr>
              <w:t xml:space="preserve">1 участь у </w:t>
            </w:r>
            <w:proofErr w:type="spellStart"/>
            <w:r w:rsidRPr="00541039">
              <w:rPr>
                <w:sz w:val="16"/>
                <w:lang w:val="ru-RU"/>
              </w:rPr>
              <w:t>Розіграші</w:t>
            </w:r>
            <w:proofErr w:type="spellEnd"/>
            <w:r w:rsidRPr="00541039">
              <w:rPr>
                <w:sz w:val="16"/>
                <w:lang w:val="ru-RU"/>
              </w:rPr>
              <w:t xml:space="preserve">; доступ - за </w:t>
            </w:r>
            <w:proofErr w:type="spellStart"/>
            <w:r w:rsidRPr="00541039">
              <w:rPr>
                <w:sz w:val="16"/>
                <w:lang w:val="ru-RU"/>
              </w:rPr>
              <w:t>умовами</w:t>
            </w:r>
            <w:proofErr w:type="spellEnd"/>
            <w:r w:rsidRPr="00541039">
              <w:rPr>
                <w:sz w:val="16"/>
                <w:lang w:val="ru-RU"/>
              </w:rPr>
              <w:t xml:space="preserve"> </w:t>
            </w:r>
            <w:proofErr w:type="spellStart"/>
            <w:r w:rsidRPr="00541039">
              <w:rPr>
                <w:sz w:val="16"/>
                <w:lang w:val="ru-RU"/>
              </w:rPr>
              <w:t>розділу</w:t>
            </w:r>
            <w:proofErr w:type="spellEnd"/>
            <w:r w:rsidRPr="00541039">
              <w:rPr>
                <w:sz w:val="16"/>
                <w:lang w:val="ru-RU"/>
              </w:rPr>
              <w:t xml:space="preserve"> 14</w:t>
            </w:r>
          </w:p>
        </w:tc>
      </w:tr>
      <w:tr w:rsidR="00D97F10" w:rsidRPr="003F1764" w14:paraId="3DF0D612" w14:textId="77777777">
        <w:tc>
          <w:tcPr>
            <w:tcW w:w="2350" w:type="dxa"/>
            <w:tcMar>
              <w:top w:w="100" w:type="dxa"/>
              <w:left w:w="120" w:type="dxa"/>
              <w:bottom w:w="100" w:type="dxa"/>
              <w:right w:w="120" w:type="dxa"/>
            </w:tcMar>
            <w:vAlign w:val="center"/>
          </w:tcPr>
          <w:p w14:paraId="7600E22E" w14:textId="77777777" w:rsidR="00D97F10" w:rsidRPr="00541039" w:rsidRDefault="00000000">
            <w:pPr>
              <w:pStyle w:val="TableText"/>
              <w:rPr>
                <w:lang w:val="ru-RU"/>
              </w:rPr>
            </w:pPr>
            <w:proofErr w:type="spellStart"/>
            <w:r w:rsidRPr="00541039">
              <w:rPr>
                <w:sz w:val="16"/>
                <w:lang w:val="ru-RU"/>
              </w:rPr>
              <w:t>Платіж</w:t>
            </w:r>
            <w:proofErr w:type="spellEnd"/>
            <w:r w:rsidRPr="00541039">
              <w:rPr>
                <w:sz w:val="16"/>
                <w:lang w:val="ru-RU"/>
              </w:rPr>
              <w:t xml:space="preserve"> </w:t>
            </w:r>
            <w:proofErr w:type="spellStart"/>
            <w:r w:rsidRPr="00541039">
              <w:rPr>
                <w:sz w:val="16"/>
                <w:lang w:val="ru-RU"/>
              </w:rPr>
              <w:t>невдалий</w:t>
            </w:r>
            <w:proofErr w:type="spellEnd"/>
            <w:r w:rsidRPr="00541039">
              <w:rPr>
                <w:sz w:val="16"/>
                <w:lang w:val="ru-RU"/>
              </w:rPr>
              <w:t xml:space="preserve"> </w:t>
            </w:r>
            <w:proofErr w:type="spellStart"/>
            <w:r w:rsidRPr="00541039">
              <w:rPr>
                <w:sz w:val="16"/>
                <w:lang w:val="ru-RU"/>
              </w:rPr>
              <w:t>або</w:t>
            </w:r>
            <w:proofErr w:type="spellEnd"/>
            <w:r w:rsidRPr="00541039">
              <w:rPr>
                <w:sz w:val="16"/>
                <w:lang w:val="ru-RU"/>
              </w:rPr>
              <w:t xml:space="preserve"> </w:t>
            </w:r>
            <w:proofErr w:type="spellStart"/>
            <w:r w:rsidRPr="00541039">
              <w:rPr>
                <w:sz w:val="16"/>
                <w:lang w:val="ru-RU"/>
              </w:rPr>
              <w:t>скасований</w:t>
            </w:r>
            <w:proofErr w:type="spellEnd"/>
            <w:r w:rsidRPr="00541039">
              <w:rPr>
                <w:sz w:val="16"/>
                <w:lang w:val="ru-RU"/>
              </w:rPr>
              <w:t xml:space="preserve"> до </w:t>
            </w:r>
            <w:proofErr w:type="spellStart"/>
            <w:r w:rsidRPr="00541039">
              <w:rPr>
                <w:sz w:val="16"/>
                <w:lang w:val="ru-RU"/>
              </w:rPr>
              <w:t>успіху</w:t>
            </w:r>
            <w:proofErr w:type="spellEnd"/>
          </w:p>
        </w:tc>
        <w:tc>
          <w:tcPr>
            <w:tcW w:w="2050" w:type="dxa"/>
            <w:tcMar>
              <w:top w:w="100" w:type="dxa"/>
              <w:left w:w="120" w:type="dxa"/>
              <w:bottom w:w="100" w:type="dxa"/>
              <w:right w:w="120" w:type="dxa"/>
            </w:tcMar>
            <w:vAlign w:val="center"/>
          </w:tcPr>
          <w:p w14:paraId="1AF1E97D" w14:textId="77777777" w:rsidR="00D97F10" w:rsidRDefault="00000000">
            <w:pPr>
              <w:pStyle w:val="TableText"/>
            </w:pPr>
            <w:proofErr w:type="spellStart"/>
            <w:r>
              <w:rPr>
                <w:sz w:val="16"/>
              </w:rPr>
              <w:t>Голос</w:t>
            </w:r>
            <w:proofErr w:type="spellEnd"/>
            <w:r>
              <w:rPr>
                <w:sz w:val="16"/>
              </w:rPr>
              <w:t xml:space="preserve"> </w:t>
            </w:r>
            <w:proofErr w:type="spellStart"/>
            <w:r>
              <w:rPr>
                <w:sz w:val="16"/>
              </w:rPr>
              <w:t>не</w:t>
            </w:r>
            <w:proofErr w:type="spellEnd"/>
            <w:r>
              <w:rPr>
                <w:sz w:val="16"/>
              </w:rPr>
              <w:t xml:space="preserve"> </w:t>
            </w:r>
            <w:proofErr w:type="spellStart"/>
            <w:r>
              <w:rPr>
                <w:sz w:val="16"/>
              </w:rPr>
              <w:t>створено</w:t>
            </w:r>
            <w:proofErr w:type="spellEnd"/>
          </w:p>
        </w:tc>
        <w:tc>
          <w:tcPr>
            <w:tcW w:w="1900" w:type="dxa"/>
            <w:tcMar>
              <w:top w:w="100" w:type="dxa"/>
              <w:left w:w="120" w:type="dxa"/>
              <w:bottom w:w="100" w:type="dxa"/>
              <w:right w:w="120" w:type="dxa"/>
            </w:tcMar>
            <w:vAlign w:val="center"/>
          </w:tcPr>
          <w:p w14:paraId="4D970DBE" w14:textId="77777777" w:rsidR="00D97F10" w:rsidRDefault="00000000">
            <w:pPr>
              <w:pStyle w:val="TableText"/>
              <w:jc w:val="center"/>
            </w:pPr>
            <w:r>
              <w:rPr>
                <w:sz w:val="16"/>
              </w:rPr>
              <w:t>0,00 грн</w:t>
            </w:r>
          </w:p>
        </w:tc>
        <w:tc>
          <w:tcPr>
            <w:tcW w:w="3060" w:type="dxa"/>
            <w:tcMar>
              <w:top w:w="100" w:type="dxa"/>
              <w:left w:w="120" w:type="dxa"/>
              <w:bottom w:w="100" w:type="dxa"/>
              <w:right w:w="120" w:type="dxa"/>
            </w:tcMar>
            <w:vAlign w:val="center"/>
          </w:tcPr>
          <w:p w14:paraId="36F707BE" w14:textId="77777777" w:rsidR="00D97F10" w:rsidRPr="00541039" w:rsidRDefault="00000000">
            <w:pPr>
              <w:pStyle w:val="TableText"/>
              <w:rPr>
                <w:lang w:val="ru-RU"/>
              </w:rPr>
            </w:pPr>
            <w:proofErr w:type="spellStart"/>
            <w:r w:rsidRPr="00541039">
              <w:rPr>
                <w:sz w:val="16"/>
                <w:lang w:val="ru-RU"/>
              </w:rPr>
              <w:t>Участі</w:t>
            </w:r>
            <w:proofErr w:type="spellEnd"/>
            <w:r w:rsidRPr="00541039">
              <w:rPr>
                <w:sz w:val="16"/>
                <w:lang w:val="ru-RU"/>
              </w:rPr>
              <w:t xml:space="preserve"> й доступу </w:t>
            </w:r>
            <w:proofErr w:type="spellStart"/>
            <w:r w:rsidRPr="00541039">
              <w:rPr>
                <w:sz w:val="16"/>
                <w:lang w:val="ru-RU"/>
              </w:rPr>
              <w:t>немає</w:t>
            </w:r>
            <w:proofErr w:type="spellEnd"/>
            <w:r w:rsidRPr="00541039">
              <w:rPr>
                <w:sz w:val="16"/>
                <w:lang w:val="ru-RU"/>
              </w:rPr>
              <w:t xml:space="preserve">; оплату </w:t>
            </w:r>
            <w:proofErr w:type="spellStart"/>
            <w:r w:rsidRPr="00541039">
              <w:rPr>
                <w:sz w:val="16"/>
                <w:lang w:val="ru-RU"/>
              </w:rPr>
              <w:t>можна</w:t>
            </w:r>
            <w:proofErr w:type="spellEnd"/>
            <w:r w:rsidRPr="00541039">
              <w:rPr>
                <w:sz w:val="16"/>
                <w:lang w:val="ru-RU"/>
              </w:rPr>
              <w:t xml:space="preserve"> </w:t>
            </w:r>
            <w:proofErr w:type="spellStart"/>
            <w:r w:rsidRPr="00541039">
              <w:rPr>
                <w:sz w:val="16"/>
                <w:lang w:val="ru-RU"/>
              </w:rPr>
              <w:t>повторити</w:t>
            </w:r>
            <w:proofErr w:type="spellEnd"/>
            <w:r w:rsidRPr="00541039">
              <w:rPr>
                <w:sz w:val="16"/>
                <w:lang w:val="ru-RU"/>
              </w:rPr>
              <w:t xml:space="preserve"> до </w:t>
            </w:r>
            <w:proofErr w:type="spellStart"/>
            <w:r w:rsidRPr="00541039">
              <w:rPr>
                <w:sz w:val="16"/>
                <w:lang w:val="ru-RU"/>
              </w:rPr>
              <w:t>завершення</w:t>
            </w:r>
            <w:proofErr w:type="spellEnd"/>
          </w:p>
        </w:tc>
      </w:tr>
      <w:tr w:rsidR="00D97F10" w:rsidRPr="003F1764" w14:paraId="17F27856" w14:textId="77777777">
        <w:tc>
          <w:tcPr>
            <w:tcW w:w="2350" w:type="dxa"/>
            <w:tcMar>
              <w:top w:w="100" w:type="dxa"/>
              <w:left w:w="120" w:type="dxa"/>
              <w:bottom w:w="100" w:type="dxa"/>
              <w:right w:w="120" w:type="dxa"/>
            </w:tcMar>
            <w:vAlign w:val="center"/>
          </w:tcPr>
          <w:p w14:paraId="5B514668" w14:textId="77777777" w:rsidR="00D97F10" w:rsidRDefault="00000000">
            <w:pPr>
              <w:pStyle w:val="TableText"/>
            </w:pPr>
            <w:proofErr w:type="spellStart"/>
            <w:r>
              <w:rPr>
                <w:sz w:val="16"/>
              </w:rPr>
              <w:t>Подвійне</w:t>
            </w:r>
            <w:proofErr w:type="spellEnd"/>
            <w:r>
              <w:rPr>
                <w:sz w:val="16"/>
              </w:rPr>
              <w:t xml:space="preserve"> </w:t>
            </w:r>
            <w:proofErr w:type="spellStart"/>
            <w:r>
              <w:rPr>
                <w:sz w:val="16"/>
              </w:rPr>
              <w:t>технічне</w:t>
            </w:r>
            <w:proofErr w:type="spellEnd"/>
            <w:r>
              <w:rPr>
                <w:sz w:val="16"/>
              </w:rPr>
              <w:t xml:space="preserve"> </w:t>
            </w:r>
            <w:proofErr w:type="spellStart"/>
            <w:r>
              <w:rPr>
                <w:sz w:val="16"/>
              </w:rPr>
              <w:t>списання</w:t>
            </w:r>
            <w:proofErr w:type="spellEnd"/>
          </w:p>
        </w:tc>
        <w:tc>
          <w:tcPr>
            <w:tcW w:w="2050" w:type="dxa"/>
            <w:tcMar>
              <w:top w:w="100" w:type="dxa"/>
              <w:left w:w="120" w:type="dxa"/>
              <w:bottom w:w="100" w:type="dxa"/>
              <w:right w:w="120" w:type="dxa"/>
            </w:tcMar>
            <w:vAlign w:val="center"/>
          </w:tcPr>
          <w:p w14:paraId="5806E3C3" w14:textId="77777777" w:rsidR="00D97F10" w:rsidRDefault="00000000">
            <w:pPr>
              <w:pStyle w:val="TableText"/>
            </w:pPr>
            <w:r>
              <w:rPr>
                <w:sz w:val="16"/>
              </w:rPr>
              <w:t>1 Дійсний голос</w:t>
            </w:r>
          </w:p>
        </w:tc>
        <w:tc>
          <w:tcPr>
            <w:tcW w:w="1900" w:type="dxa"/>
            <w:tcMar>
              <w:top w:w="100" w:type="dxa"/>
              <w:left w:w="120" w:type="dxa"/>
              <w:bottom w:w="100" w:type="dxa"/>
              <w:right w:w="120" w:type="dxa"/>
            </w:tcMar>
            <w:vAlign w:val="center"/>
          </w:tcPr>
          <w:p w14:paraId="1B5CA3D5" w14:textId="77777777" w:rsidR="00D97F10" w:rsidRDefault="00000000">
            <w:pPr>
              <w:pStyle w:val="TableText"/>
              <w:jc w:val="center"/>
            </w:pPr>
            <w:r>
              <w:rPr>
                <w:sz w:val="16"/>
              </w:rPr>
              <w:t>10,00 грн</w:t>
            </w:r>
          </w:p>
        </w:tc>
        <w:tc>
          <w:tcPr>
            <w:tcW w:w="3060" w:type="dxa"/>
            <w:tcMar>
              <w:top w:w="100" w:type="dxa"/>
              <w:left w:w="120" w:type="dxa"/>
              <w:bottom w:w="100" w:type="dxa"/>
              <w:right w:w="120" w:type="dxa"/>
            </w:tcMar>
            <w:vAlign w:val="center"/>
          </w:tcPr>
          <w:p w14:paraId="4C05DCBF" w14:textId="77777777" w:rsidR="00D97F10" w:rsidRPr="00541039" w:rsidRDefault="00000000">
            <w:pPr>
              <w:pStyle w:val="TableText"/>
              <w:rPr>
                <w:lang w:val="ru-RU"/>
              </w:rPr>
            </w:pPr>
            <w:r w:rsidRPr="00541039">
              <w:rPr>
                <w:sz w:val="16"/>
                <w:lang w:val="ru-RU"/>
              </w:rPr>
              <w:t xml:space="preserve">1 участь; </w:t>
            </w:r>
            <w:proofErr w:type="spellStart"/>
            <w:r w:rsidRPr="00541039">
              <w:rPr>
                <w:sz w:val="16"/>
                <w:lang w:val="ru-RU"/>
              </w:rPr>
              <w:t>надмірне</w:t>
            </w:r>
            <w:proofErr w:type="spellEnd"/>
            <w:r w:rsidRPr="00541039">
              <w:rPr>
                <w:sz w:val="16"/>
                <w:lang w:val="ru-RU"/>
              </w:rPr>
              <w:t xml:space="preserve"> </w:t>
            </w:r>
            <w:proofErr w:type="spellStart"/>
            <w:r w:rsidRPr="00541039">
              <w:rPr>
                <w:sz w:val="16"/>
                <w:lang w:val="ru-RU"/>
              </w:rPr>
              <w:t>списання</w:t>
            </w:r>
            <w:proofErr w:type="spellEnd"/>
            <w:r w:rsidRPr="00541039">
              <w:rPr>
                <w:sz w:val="16"/>
                <w:lang w:val="ru-RU"/>
              </w:rPr>
              <w:t xml:space="preserve"> </w:t>
            </w:r>
            <w:proofErr w:type="spellStart"/>
            <w:r w:rsidRPr="00541039">
              <w:rPr>
                <w:sz w:val="16"/>
                <w:lang w:val="ru-RU"/>
              </w:rPr>
              <w:t>повертається</w:t>
            </w:r>
            <w:proofErr w:type="spellEnd"/>
            <w:r w:rsidRPr="00541039">
              <w:rPr>
                <w:sz w:val="16"/>
                <w:lang w:val="ru-RU"/>
              </w:rPr>
              <w:t xml:space="preserve"> </w:t>
            </w:r>
            <w:proofErr w:type="spellStart"/>
            <w:r w:rsidRPr="00541039">
              <w:rPr>
                <w:sz w:val="16"/>
                <w:lang w:val="ru-RU"/>
              </w:rPr>
              <w:t>після</w:t>
            </w:r>
            <w:proofErr w:type="spellEnd"/>
            <w:r w:rsidRPr="00541039">
              <w:rPr>
                <w:sz w:val="16"/>
                <w:lang w:val="ru-RU"/>
              </w:rPr>
              <w:t xml:space="preserve"> </w:t>
            </w:r>
            <w:proofErr w:type="spellStart"/>
            <w:r w:rsidRPr="00541039">
              <w:rPr>
                <w:sz w:val="16"/>
                <w:lang w:val="ru-RU"/>
              </w:rPr>
              <w:t>звірки</w:t>
            </w:r>
            <w:proofErr w:type="spellEnd"/>
          </w:p>
        </w:tc>
      </w:tr>
      <w:tr w:rsidR="00D97F10" w:rsidRPr="003F1764" w14:paraId="3062E8D8" w14:textId="77777777">
        <w:tc>
          <w:tcPr>
            <w:tcW w:w="2350" w:type="dxa"/>
            <w:tcMar>
              <w:top w:w="100" w:type="dxa"/>
              <w:left w:w="120" w:type="dxa"/>
              <w:bottom w:w="100" w:type="dxa"/>
              <w:right w:w="120" w:type="dxa"/>
            </w:tcMar>
            <w:vAlign w:val="center"/>
          </w:tcPr>
          <w:p w14:paraId="4BFF32C3" w14:textId="77777777" w:rsidR="00D97F10" w:rsidRDefault="00000000">
            <w:pPr>
              <w:pStyle w:val="TableText"/>
            </w:pPr>
            <w:proofErr w:type="spellStart"/>
            <w:r>
              <w:rPr>
                <w:sz w:val="16"/>
              </w:rPr>
              <w:t>Повернення</w:t>
            </w:r>
            <w:proofErr w:type="spellEnd"/>
            <w:r>
              <w:rPr>
                <w:sz w:val="16"/>
              </w:rPr>
              <w:t xml:space="preserve"> / chargeback </w:t>
            </w:r>
            <w:proofErr w:type="spellStart"/>
            <w:r>
              <w:rPr>
                <w:sz w:val="16"/>
              </w:rPr>
              <w:t>успішного</w:t>
            </w:r>
            <w:proofErr w:type="spellEnd"/>
            <w:r>
              <w:rPr>
                <w:sz w:val="16"/>
              </w:rPr>
              <w:t xml:space="preserve"> </w:t>
            </w:r>
            <w:proofErr w:type="spellStart"/>
            <w:r>
              <w:rPr>
                <w:sz w:val="16"/>
              </w:rPr>
              <w:t>платежу</w:t>
            </w:r>
            <w:proofErr w:type="spellEnd"/>
          </w:p>
        </w:tc>
        <w:tc>
          <w:tcPr>
            <w:tcW w:w="2050" w:type="dxa"/>
            <w:tcMar>
              <w:top w:w="100" w:type="dxa"/>
              <w:left w:w="120" w:type="dxa"/>
              <w:bottom w:w="100" w:type="dxa"/>
              <w:right w:w="120" w:type="dxa"/>
            </w:tcMar>
            <w:vAlign w:val="center"/>
          </w:tcPr>
          <w:p w14:paraId="184B5389" w14:textId="77777777" w:rsidR="00D97F10" w:rsidRDefault="00000000">
            <w:pPr>
              <w:pStyle w:val="TableText"/>
            </w:pPr>
            <w:r>
              <w:rPr>
                <w:sz w:val="16"/>
              </w:rPr>
              <w:t>Анулюється</w:t>
            </w:r>
          </w:p>
        </w:tc>
        <w:tc>
          <w:tcPr>
            <w:tcW w:w="1900" w:type="dxa"/>
            <w:tcMar>
              <w:top w:w="100" w:type="dxa"/>
              <w:left w:w="120" w:type="dxa"/>
              <w:bottom w:w="100" w:type="dxa"/>
              <w:right w:w="120" w:type="dxa"/>
            </w:tcMar>
            <w:vAlign w:val="center"/>
          </w:tcPr>
          <w:p w14:paraId="1CD06971" w14:textId="77777777" w:rsidR="00D97F10" w:rsidRDefault="00000000">
            <w:pPr>
              <w:pStyle w:val="TableText"/>
              <w:jc w:val="center"/>
            </w:pPr>
            <w:r>
              <w:rPr>
                <w:sz w:val="16"/>
              </w:rPr>
              <w:t>0,00 грн</w:t>
            </w:r>
          </w:p>
        </w:tc>
        <w:tc>
          <w:tcPr>
            <w:tcW w:w="3060" w:type="dxa"/>
            <w:tcMar>
              <w:top w:w="100" w:type="dxa"/>
              <w:left w:w="120" w:type="dxa"/>
              <w:bottom w:w="100" w:type="dxa"/>
              <w:right w:w="120" w:type="dxa"/>
            </w:tcMar>
            <w:vAlign w:val="center"/>
          </w:tcPr>
          <w:p w14:paraId="0269D026" w14:textId="77777777" w:rsidR="00D97F10" w:rsidRPr="00541039" w:rsidRDefault="00000000">
            <w:pPr>
              <w:pStyle w:val="TableText"/>
              <w:rPr>
                <w:lang w:val="ru-RU"/>
              </w:rPr>
            </w:pPr>
            <w:r w:rsidRPr="00541039">
              <w:rPr>
                <w:sz w:val="16"/>
                <w:lang w:val="ru-RU"/>
              </w:rPr>
              <w:t xml:space="preserve">Участь у </w:t>
            </w:r>
            <w:proofErr w:type="spellStart"/>
            <w:r w:rsidRPr="00541039">
              <w:rPr>
                <w:sz w:val="16"/>
                <w:lang w:val="ru-RU"/>
              </w:rPr>
              <w:t>Розіграші</w:t>
            </w:r>
            <w:proofErr w:type="spellEnd"/>
            <w:r w:rsidRPr="00541039">
              <w:rPr>
                <w:sz w:val="16"/>
                <w:lang w:val="ru-RU"/>
              </w:rPr>
              <w:t xml:space="preserve"> </w:t>
            </w:r>
            <w:proofErr w:type="spellStart"/>
            <w:r w:rsidRPr="00541039">
              <w:rPr>
                <w:sz w:val="16"/>
                <w:lang w:val="ru-RU"/>
              </w:rPr>
              <w:t>анулюється</w:t>
            </w:r>
            <w:proofErr w:type="spellEnd"/>
            <w:r w:rsidRPr="00541039">
              <w:rPr>
                <w:sz w:val="16"/>
                <w:lang w:val="ru-RU"/>
              </w:rPr>
              <w:t xml:space="preserve">; доступ </w:t>
            </w:r>
            <w:proofErr w:type="spellStart"/>
            <w:r w:rsidRPr="00541039">
              <w:rPr>
                <w:sz w:val="16"/>
                <w:lang w:val="ru-RU"/>
              </w:rPr>
              <w:t>може</w:t>
            </w:r>
            <w:proofErr w:type="spellEnd"/>
            <w:r w:rsidRPr="00541039">
              <w:rPr>
                <w:sz w:val="16"/>
                <w:lang w:val="ru-RU"/>
              </w:rPr>
              <w:t xml:space="preserve"> бути </w:t>
            </w:r>
            <w:proofErr w:type="spellStart"/>
            <w:r w:rsidRPr="00541039">
              <w:rPr>
                <w:sz w:val="16"/>
                <w:lang w:val="ru-RU"/>
              </w:rPr>
              <w:t>припинено</w:t>
            </w:r>
            <w:proofErr w:type="spellEnd"/>
            <w:r w:rsidRPr="00541039">
              <w:rPr>
                <w:sz w:val="16"/>
                <w:lang w:val="ru-RU"/>
              </w:rPr>
              <w:t xml:space="preserve"> за </w:t>
            </w:r>
            <w:proofErr w:type="spellStart"/>
            <w:r w:rsidRPr="00541039">
              <w:rPr>
                <w:sz w:val="16"/>
                <w:lang w:val="ru-RU"/>
              </w:rPr>
              <w:t>застосовними</w:t>
            </w:r>
            <w:proofErr w:type="spellEnd"/>
            <w:r w:rsidRPr="00541039">
              <w:rPr>
                <w:sz w:val="16"/>
                <w:lang w:val="ru-RU"/>
              </w:rPr>
              <w:t xml:space="preserve"> </w:t>
            </w:r>
            <w:proofErr w:type="spellStart"/>
            <w:r w:rsidRPr="00541039">
              <w:rPr>
                <w:sz w:val="16"/>
                <w:lang w:val="ru-RU"/>
              </w:rPr>
              <w:t>умовами</w:t>
            </w:r>
            <w:proofErr w:type="spellEnd"/>
          </w:p>
        </w:tc>
      </w:tr>
      <w:tr w:rsidR="00D97F10" w:rsidRPr="003F1764" w14:paraId="563EB471" w14:textId="77777777">
        <w:tc>
          <w:tcPr>
            <w:tcW w:w="2350" w:type="dxa"/>
            <w:tcMar>
              <w:top w:w="100" w:type="dxa"/>
              <w:left w:w="120" w:type="dxa"/>
              <w:bottom w:w="100" w:type="dxa"/>
              <w:right w:w="120" w:type="dxa"/>
            </w:tcMar>
            <w:vAlign w:val="center"/>
          </w:tcPr>
          <w:p w14:paraId="5D8B724C" w14:textId="77777777" w:rsidR="00D97F10" w:rsidRPr="00541039" w:rsidRDefault="00000000">
            <w:pPr>
              <w:pStyle w:val="TableText"/>
              <w:rPr>
                <w:lang w:val="ru-RU"/>
              </w:rPr>
            </w:pPr>
            <w:proofErr w:type="spellStart"/>
            <w:r w:rsidRPr="00541039">
              <w:rPr>
                <w:sz w:val="16"/>
                <w:lang w:val="ru-RU"/>
              </w:rPr>
              <w:t>Підтверджений</w:t>
            </w:r>
            <w:proofErr w:type="spellEnd"/>
            <w:r w:rsidRPr="00541039">
              <w:rPr>
                <w:sz w:val="16"/>
                <w:lang w:val="ru-RU"/>
              </w:rPr>
              <w:t xml:space="preserve"> фрод </w:t>
            </w:r>
            <w:proofErr w:type="spellStart"/>
            <w:r w:rsidRPr="00541039">
              <w:rPr>
                <w:sz w:val="16"/>
                <w:lang w:val="ru-RU"/>
              </w:rPr>
              <w:t>або</w:t>
            </w:r>
            <w:proofErr w:type="spellEnd"/>
            <w:r w:rsidRPr="00541039">
              <w:rPr>
                <w:sz w:val="16"/>
                <w:lang w:val="ru-RU"/>
              </w:rPr>
              <w:t xml:space="preserve"> </w:t>
            </w:r>
            <w:proofErr w:type="spellStart"/>
            <w:r w:rsidRPr="00541039">
              <w:rPr>
                <w:sz w:val="16"/>
                <w:lang w:val="ru-RU"/>
              </w:rPr>
              <w:t>повторне</w:t>
            </w:r>
            <w:proofErr w:type="spellEnd"/>
            <w:r w:rsidRPr="00541039">
              <w:rPr>
                <w:sz w:val="16"/>
                <w:lang w:val="ru-RU"/>
              </w:rPr>
              <w:t xml:space="preserve"> </w:t>
            </w:r>
            <w:proofErr w:type="spellStart"/>
            <w:r w:rsidRPr="00541039">
              <w:rPr>
                <w:sz w:val="16"/>
                <w:lang w:val="ru-RU"/>
              </w:rPr>
              <w:t>голосування</w:t>
            </w:r>
            <w:proofErr w:type="spellEnd"/>
          </w:p>
        </w:tc>
        <w:tc>
          <w:tcPr>
            <w:tcW w:w="2050" w:type="dxa"/>
            <w:tcMar>
              <w:top w:w="100" w:type="dxa"/>
              <w:left w:w="120" w:type="dxa"/>
              <w:bottom w:w="100" w:type="dxa"/>
              <w:right w:w="120" w:type="dxa"/>
            </w:tcMar>
            <w:vAlign w:val="center"/>
          </w:tcPr>
          <w:p w14:paraId="49ACB78F" w14:textId="77777777" w:rsidR="00D97F10" w:rsidRPr="00541039" w:rsidRDefault="00000000">
            <w:pPr>
              <w:pStyle w:val="TableText"/>
              <w:rPr>
                <w:lang w:val="ru-RU"/>
              </w:rPr>
            </w:pPr>
            <w:proofErr w:type="spellStart"/>
            <w:r w:rsidRPr="00541039">
              <w:rPr>
                <w:sz w:val="16"/>
                <w:lang w:val="ru-RU"/>
              </w:rPr>
              <w:t>Анулюється</w:t>
            </w:r>
            <w:proofErr w:type="spellEnd"/>
            <w:r w:rsidRPr="00541039">
              <w:rPr>
                <w:sz w:val="16"/>
                <w:lang w:val="ru-RU"/>
              </w:rPr>
              <w:t xml:space="preserve"> </w:t>
            </w:r>
            <w:proofErr w:type="spellStart"/>
            <w:r w:rsidRPr="00541039">
              <w:rPr>
                <w:sz w:val="16"/>
                <w:lang w:val="ru-RU"/>
              </w:rPr>
              <w:t>повністю</w:t>
            </w:r>
            <w:proofErr w:type="spellEnd"/>
            <w:r w:rsidRPr="00541039">
              <w:rPr>
                <w:sz w:val="16"/>
                <w:lang w:val="ru-RU"/>
              </w:rPr>
              <w:t xml:space="preserve"> </w:t>
            </w:r>
            <w:proofErr w:type="spellStart"/>
            <w:r w:rsidRPr="00541039">
              <w:rPr>
                <w:sz w:val="16"/>
                <w:lang w:val="ru-RU"/>
              </w:rPr>
              <w:t>або</w:t>
            </w:r>
            <w:proofErr w:type="spellEnd"/>
            <w:r w:rsidRPr="00541039">
              <w:rPr>
                <w:sz w:val="16"/>
                <w:lang w:val="ru-RU"/>
              </w:rPr>
              <w:t xml:space="preserve"> </w:t>
            </w:r>
            <w:proofErr w:type="spellStart"/>
            <w:r w:rsidRPr="00541039">
              <w:rPr>
                <w:sz w:val="16"/>
                <w:lang w:val="ru-RU"/>
              </w:rPr>
              <w:t>понад</w:t>
            </w:r>
            <w:proofErr w:type="spellEnd"/>
            <w:r w:rsidRPr="00541039">
              <w:rPr>
                <w:sz w:val="16"/>
                <w:lang w:val="ru-RU"/>
              </w:rPr>
              <w:t xml:space="preserve"> дозволений Голос</w:t>
            </w:r>
          </w:p>
        </w:tc>
        <w:tc>
          <w:tcPr>
            <w:tcW w:w="1900" w:type="dxa"/>
            <w:tcMar>
              <w:top w:w="100" w:type="dxa"/>
              <w:left w:w="120" w:type="dxa"/>
              <w:bottom w:w="100" w:type="dxa"/>
              <w:right w:w="120" w:type="dxa"/>
            </w:tcMar>
            <w:vAlign w:val="center"/>
          </w:tcPr>
          <w:p w14:paraId="020ABCA6" w14:textId="77777777" w:rsidR="00D97F10" w:rsidRPr="00541039" w:rsidRDefault="00000000">
            <w:pPr>
              <w:pStyle w:val="TableText"/>
              <w:jc w:val="center"/>
              <w:rPr>
                <w:lang w:val="ru-RU"/>
              </w:rPr>
            </w:pPr>
            <w:r w:rsidRPr="00541039">
              <w:rPr>
                <w:sz w:val="16"/>
                <w:lang w:val="ru-RU"/>
              </w:rPr>
              <w:t xml:space="preserve">Лише за Голосами, </w:t>
            </w:r>
            <w:proofErr w:type="spellStart"/>
            <w:r w:rsidRPr="00541039">
              <w:rPr>
                <w:sz w:val="16"/>
                <w:lang w:val="ru-RU"/>
              </w:rPr>
              <w:t>що</w:t>
            </w:r>
            <w:proofErr w:type="spellEnd"/>
            <w:r w:rsidRPr="00541039">
              <w:rPr>
                <w:sz w:val="16"/>
                <w:lang w:val="ru-RU"/>
              </w:rPr>
              <w:t xml:space="preserve"> </w:t>
            </w:r>
            <w:proofErr w:type="spellStart"/>
            <w:r w:rsidRPr="00541039">
              <w:rPr>
                <w:sz w:val="16"/>
                <w:lang w:val="ru-RU"/>
              </w:rPr>
              <w:t>залишилися</w:t>
            </w:r>
            <w:proofErr w:type="spellEnd"/>
            <w:r w:rsidRPr="00541039">
              <w:rPr>
                <w:sz w:val="16"/>
                <w:lang w:val="ru-RU"/>
              </w:rPr>
              <w:t xml:space="preserve"> </w:t>
            </w:r>
            <w:proofErr w:type="spellStart"/>
            <w:r w:rsidRPr="00541039">
              <w:rPr>
                <w:sz w:val="16"/>
                <w:lang w:val="ru-RU"/>
              </w:rPr>
              <w:t>Дійсними</w:t>
            </w:r>
            <w:proofErr w:type="spellEnd"/>
          </w:p>
        </w:tc>
        <w:tc>
          <w:tcPr>
            <w:tcW w:w="3060" w:type="dxa"/>
            <w:tcMar>
              <w:top w:w="100" w:type="dxa"/>
              <w:left w:w="120" w:type="dxa"/>
              <w:bottom w:w="100" w:type="dxa"/>
              <w:right w:w="120" w:type="dxa"/>
            </w:tcMar>
            <w:vAlign w:val="center"/>
          </w:tcPr>
          <w:p w14:paraId="70F3DBA8" w14:textId="77777777" w:rsidR="00D97F10" w:rsidRPr="00541039" w:rsidRDefault="00000000">
            <w:pPr>
              <w:pStyle w:val="TableText"/>
              <w:rPr>
                <w:lang w:val="ru-RU"/>
              </w:rPr>
            </w:pPr>
            <w:proofErr w:type="spellStart"/>
            <w:r w:rsidRPr="00541039">
              <w:rPr>
                <w:sz w:val="16"/>
                <w:lang w:val="ru-RU"/>
              </w:rPr>
              <w:t>Відповідні</w:t>
            </w:r>
            <w:proofErr w:type="spellEnd"/>
            <w:r w:rsidRPr="00541039">
              <w:rPr>
                <w:sz w:val="16"/>
                <w:lang w:val="ru-RU"/>
              </w:rPr>
              <w:t xml:space="preserve"> записи </w:t>
            </w:r>
            <w:proofErr w:type="spellStart"/>
            <w:r w:rsidRPr="00541039">
              <w:rPr>
                <w:sz w:val="16"/>
                <w:lang w:val="ru-RU"/>
              </w:rPr>
              <w:t>виключаються</w:t>
            </w:r>
            <w:proofErr w:type="spellEnd"/>
            <w:r w:rsidRPr="00541039">
              <w:rPr>
                <w:sz w:val="16"/>
                <w:lang w:val="ru-RU"/>
              </w:rPr>
              <w:t xml:space="preserve"> з </w:t>
            </w:r>
            <w:proofErr w:type="spellStart"/>
            <w:r w:rsidRPr="00541039">
              <w:rPr>
                <w:sz w:val="16"/>
                <w:lang w:val="ru-RU"/>
              </w:rPr>
              <w:t>Розіграшу</w:t>
            </w:r>
            <w:proofErr w:type="spellEnd"/>
          </w:p>
        </w:tc>
      </w:tr>
      <w:tr w:rsidR="00D97F10" w:rsidRPr="003F1764" w14:paraId="7DCB608F" w14:textId="77777777">
        <w:tc>
          <w:tcPr>
            <w:tcW w:w="2350" w:type="dxa"/>
            <w:tcMar>
              <w:top w:w="100" w:type="dxa"/>
              <w:left w:w="120" w:type="dxa"/>
              <w:bottom w:w="100" w:type="dxa"/>
              <w:right w:w="120" w:type="dxa"/>
            </w:tcMar>
            <w:vAlign w:val="center"/>
          </w:tcPr>
          <w:p w14:paraId="3E9D3FEC" w14:textId="77777777" w:rsidR="00D97F10" w:rsidRPr="00541039" w:rsidRDefault="00000000">
            <w:pPr>
              <w:pStyle w:val="TableText"/>
              <w:rPr>
                <w:lang w:val="ru-RU"/>
              </w:rPr>
            </w:pPr>
            <w:r w:rsidRPr="00541039">
              <w:rPr>
                <w:sz w:val="16"/>
                <w:lang w:val="ru-RU"/>
              </w:rPr>
              <w:t xml:space="preserve">Кандидата </w:t>
            </w:r>
            <w:proofErr w:type="spellStart"/>
            <w:r w:rsidRPr="00541039">
              <w:rPr>
                <w:sz w:val="16"/>
                <w:lang w:val="ru-RU"/>
              </w:rPr>
              <w:t>виключено</w:t>
            </w:r>
            <w:proofErr w:type="spellEnd"/>
            <w:r w:rsidRPr="00541039">
              <w:rPr>
                <w:sz w:val="16"/>
                <w:lang w:val="ru-RU"/>
              </w:rPr>
              <w:t xml:space="preserve">, </w:t>
            </w:r>
            <w:proofErr w:type="spellStart"/>
            <w:r w:rsidRPr="00541039">
              <w:rPr>
                <w:sz w:val="16"/>
                <w:lang w:val="ru-RU"/>
              </w:rPr>
              <w:t>але</w:t>
            </w:r>
            <w:proofErr w:type="spellEnd"/>
            <w:r w:rsidRPr="00541039">
              <w:rPr>
                <w:sz w:val="16"/>
                <w:lang w:val="ru-RU"/>
              </w:rPr>
              <w:t xml:space="preserve"> сам Голос </w:t>
            </w:r>
            <w:proofErr w:type="spellStart"/>
            <w:r w:rsidRPr="00541039">
              <w:rPr>
                <w:sz w:val="16"/>
                <w:lang w:val="ru-RU"/>
              </w:rPr>
              <w:t>правомірний</w:t>
            </w:r>
            <w:proofErr w:type="spellEnd"/>
          </w:p>
        </w:tc>
        <w:tc>
          <w:tcPr>
            <w:tcW w:w="2050" w:type="dxa"/>
            <w:tcMar>
              <w:top w:w="100" w:type="dxa"/>
              <w:left w:w="120" w:type="dxa"/>
              <w:bottom w:w="100" w:type="dxa"/>
              <w:right w:w="120" w:type="dxa"/>
            </w:tcMar>
            <w:vAlign w:val="center"/>
          </w:tcPr>
          <w:p w14:paraId="31AA17A7" w14:textId="77777777" w:rsidR="00D97F10" w:rsidRPr="00541039" w:rsidRDefault="00000000">
            <w:pPr>
              <w:pStyle w:val="TableText"/>
              <w:rPr>
                <w:lang w:val="ru-RU"/>
              </w:rPr>
            </w:pPr>
            <w:r w:rsidRPr="00541039">
              <w:rPr>
                <w:sz w:val="16"/>
                <w:lang w:val="ru-RU"/>
              </w:rPr>
              <w:t xml:space="preserve">Не переноситься; не </w:t>
            </w:r>
            <w:proofErr w:type="spellStart"/>
            <w:r w:rsidRPr="00541039">
              <w:rPr>
                <w:sz w:val="16"/>
                <w:lang w:val="ru-RU"/>
              </w:rPr>
              <w:t>визначає</w:t>
            </w:r>
            <w:proofErr w:type="spellEnd"/>
            <w:r w:rsidRPr="00541039">
              <w:rPr>
                <w:sz w:val="16"/>
                <w:lang w:val="ru-RU"/>
              </w:rPr>
              <w:t xml:space="preserve"> </w:t>
            </w:r>
            <w:proofErr w:type="spellStart"/>
            <w:r w:rsidRPr="00541039">
              <w:rPr>
                <w:sz w:val="16"/>
                <w:lang w:val="ru-RU"/>
              </w:rPr>
              <w:t>переможця</w:t>
            </w:r>
            <w:proofErr w:type="spellEnd"/>
          </w:p>
        </w:tc>
        <w:tc>
          <w:tcPr>
            <w:tcW w:w="1900" w:type="dxa"/>
            <w:tcMar>
              <w:top w:w="100" w:type="dxa"/>
              <w:left w:w="120" w:type="dxa"/>
              <w:bottom w:w="100" w:type="dxa"/>
              <w:right w:w="120" w:type="dxa"/>
            </w:tcMar>
            <w:vAlign w:val="center"/>
          </w:tcPr>
          <w:p w14:paraId="655A301E" w14:textId="77777777" w:rsidR="00D97F10" w:rsidRDefault="00000000">
            <w:pPr>
              <w:pStyle w:val="TableText"/>
              <w:jc w:val="center"/>
            </w:pPr>
            <w:r>
              <w:rPr>
                <w:sz w:val="16"/>
              </w:rPr>
              <w:t xml:space="preserve">10,00 </w:t>
            </w:r>
            <w:proofErr w:type="spellStart"/>
            <w:r>
              <w:rPr>
                <w:sz w:val="16"/>
              </w:rPr>
              <w:t>грн</w:t>
            </w:r>
            <w:proofErr w:type="spellEnd"/>
          </w:p>
        </w:tc>
        <w:tc>
          <w:tcPr>
            <w:tcW w:w="3060" w:type="dxa"/>
            <w:tcMar>
              <w:top w:w="100" w:type="dxa"/>
              <w:left w:w="120" w:type="dxa"/>
              <w:bottom w:w="100" w:type="dxa"/>
              <w:right w:w="120" w:type="dxa"/>
            </w:tcMar>
            <w:vAlign w:val="center"/>
          </w:tcPr>
          <w:p w14:paraId="4FF4CF8E" w14:textId="77777777" w:rsidR="00D97F10" w:rsidRPr="00541039" w:rsidRDefault="00000000">
            <w:pPr>
              <w:pStyle w:val="TableText"/>
              <w:rPr>
                <w:lang w:val="ru-RU"/>
              </w:rPr>
            </w:pPr>
            <w:r w:rsidRPr="00541039">
              <w:rPr>
                <w:sz w:val="16"/>
                <w:lang w:val="ru-RU"/>
              </w:rPr>
              <w:t xml:space="preserve">Участь у </w:t>
            </w:r>
            <w:proofErr w:type="spellStart"/>
            <w:r w:rsidRPr="00541039">
              <w:rPr>
                <w:sz w:val="16"/>
                <w:lang w:val="ru-RU"/>
              </w:rPr>
              <w:t>Розіграші</w:t>
            </w:r>
            <w:proofErr w:type="spellEnd"/>
            <w:r w:rsidRPr="00541039">
              <w:rPr>
                <w:sz w:val="16"/>
                <w:lang w:val="ru-RU"/>
              </w:rPr>
              <w:t xml:space="preserve"> </w:t>
            </w:r>
            <w:proofErr w:type="spellStart"/>
            <w:r w:rsidRPr="00541039">
              <w:rPr>
                <w:sz w:val="16"/>
                <w:lang w:val="ru-RU"/>
              </w:rPr>
              <w:t>зберігається</w:t>
            </w:r>
            <w:proofErr w:type="spellEnd"/>
            <w:r w:rsidRPr="00541039">
              <w:rPr>
                <w:sz w:val="16"/>
                <w:lang w:val="ru-RU"/>
              </w:rPr>
              <w:t xml:space="preserve">; доступ - за </w:t>
            </w:r>
            <w:proofErr w:type="spellStart"/>
            <w:r w:rsidRPr="00541039">
              <w:rPr>
                <w:sz w:val="16"/>
                <w:lang w:val="ru-RU"/>
              </w:rPr>
              <w:t>умовами</w:t>
            </w:r>
            <w:proofErr w:type="spellEnd"/>
            <w:r w:rsidRPr="00541039">
              <w:rPr>
                <w:sz w:val="16"/>
                <w:lang w:val="ru-RU"/>
              </w:rPr>
              <w:t xml:space="preserve"> </w:t>
            </w:r>
            <w:proofErr w:type="spellStart"/>
            <w:r w:rsidRPr="00541039">
              <w:rPr>
                <w:sz w:val="16"/>
                <w:lang w:val="ru-RU"/>
              </w:rPr>
              <w:t>розділу</w:t>
            </w:r>
            <w:proofErr w:type="spellEnd"/>
            <w:r w:rsidRPr="00541039">
              <w:rPr>
                <w:sz w:val="16"/>
                <w:lang w:val="ru-RU"/>
              </w:rPr>
              <w:t xml:space="preserve"> 14</w:t>
            </w:r>
          </w:p>
        </w:tc>
      </w:tr>
      <w:tr w:rsidR="00D97F10" w:rsidRPr="003F1764" w14:paraId="72ABEAA5" w14:textId="77777777">
        <w:tc>
          <w:tcPr>
            <w:tcW w:w="2350" w:type="dxa"/>
            <w:tcMar>
              <w:top w:w="100" w:type="dxa"/>
              <w:left w:w="120" w:type="dxa"/>
              <w:bottom w:w="100" w:type="dxa"/>
              <w:right w:w="120" w:type="dxa"/>
            </w:tcMar>
            <w:vAlign w:val="center"/>
          </w:tcPr>
          <w:p w14:paraId="7E445651" w14:textId="77777777" w:rsidR="00D97F10" w:rsidRPr="00541039" w:rsidRDefault="00000000">
            <w:pPr>
              <w:pStyle w:val="TableText"/>
              <w:rPr>
                <w:lang w:val="ru-RU"/>
              </w:rPr>
            </w:pPr>
            <w:r w:rsidRPr="00541039">
              <w:rPr>
                <w:sz w:val="16"/>
                <w:lang w:val="ru-RU"/>
              </w:rPr>
              <w:t xml:space="preserve">Активна платна </w:t>
            </w:r>
            <w:proofErr w:type="spellStart"/>
            <w:r w:rsidRPr="00541039">
              <w:rPr>
                <w:sz w:val="16"/>
                <w:lang w:val="ru-RU"/>
              </w:rPr>
              <w:t>підписка</w:t>
            </w:r>
            <w:proofErr w:type="spellEnd"/>
            <w:r w:rsidRPr="00541039">
              <w:rPr>
                <w:sz w:val="16"/>
                <w:lang w:val="ru-RU"/>
              </w:rPr>
              <w:t xml:space="preserve"> на момент оплати</w:t>
            </w:r>
          </w:p>
        </w:tc>
        <w:tc>
          <w:tcPr>
            <w:tcW w:w="2050" w:type="dxa"/>
            <w:tcMar>
              <w:top w:w="100" w:type="dxa"/>
              <w:left w:w="120" w:type="dxa"/>
              <w:bottom w:w="100" w:type="dxa"/>
              <w:right w:w="120" w:type="dxa"/>
            </w:tcMar>
            <w:vAlign w:val="center"/>
          </w:tcPr>
          <w:p w14:paraId="1EB051BF" w14:textId="77777777" w:rsidR="00D97F10" w:rsidRDefault="00000000">
            <w:pPr>
              <w:pStyle w:val="TableText"/>
            </w:pPr>
            <w:proofErr w:type="spellStart"/>
            <w:r>
              <w:rPr>
                <w:sz w:val="16"/>
              </w:rPr>
              <w:t>Дійсний</w:t>
            </w:r>
            <w:proofErr w:type="spellEnd"/>
          </w:p>
        </w:tc>
        <w:tc>
          <w:tcPr>
            <w:tcW w:w="1900" w:type="dxa"/>
            <w:tcMar>
              <w:top w:w="100" w:type="dxa"/>
              <w:left w:w="120" w:type="dxa"/>
              <w:bottom w:w="100" w:type="dxa"/>
              <w:right w:w="120" w:type="dxa"/>
            </w:tcMar>
            <w:vAlign w:val="center"/>
          </w:tcPr>
          <w:p w14:paraId="6D3CCAA6" w14:textId="77777777" w:rsidR="00D97F10" w:rsidRDefault="00000000">
            <w:pPr>
              <w:pStyle w:val="TableText"/>
              <w:jc w:val="center"/>
            </w:pPr>
            <w:r>
              <w:rPr>
                <w:sz w:val="16"/>
              </w:rPr>
              <w:t>10,00 грн</w:t>
            </w:r>
          </w:p>
        </w:tc>
        <w:tc>
          <w:tcPr>
            <w:tcW w:w="3060" w:type="dxa"/>
            <w:tcMar>
              <w:top w:w="100" w:type="dxa"/>
              <w:left w:w="120" w:type="dxa"/>
              <w:bottom w:w="100" w:type="dxa"/>
              <w:right w:w="120" w:type="dxa"/>
            </w:tcMar>
            <w:vAlign w:val="center"/>
          </w:tcPr>
          <w:p w14:paraId="50374055" w14:textId="77777777" w:rsidR="00D97F10" w:rsidRPr="00541039" w:rsidRDefault="00000000">
            <w:pPr>
              <w:pStyle w:val="TableText"/>
              <w:rPr>
                <w:lang w:val="ru-RU"/>
              </w:rPr>
            </w:pPr>
            <w:r w:rsidRPr="00541039">
              <w:rPr>
                <w:sz w:val="16"/>
                <w:lang w:val="ru-RU"/>
              </w:rPr>
              <w:t xml:space="preserve">1 участь у </w:t>
            </w:r>
            <w:proofErr w:type="spellStart"/>
            <w:r w:rsidRPr="00541039">
              <w:rPr>
                <w:sz w:val="16"/>
                <w:lang w:val="ru-RU"/>
              </w:rPr>
              <w:t>Розіграші</w:t>
            </w:r>
            <w:proofErr w:type="spellEnd"/>
            <w:r w:rsidRPr="00541039">
              <w:rPr>
                <w:sz w:val="16"/>
                <w:lang w:val="ru-RU"/>
              </w:rPr>
              <w:t xml:space="preserve">; </w:t>
            </w:r>
            <w:proofErr w:type="spellStart"/>
            <w:r w:rsidRPr="00541039">
              <w:rPr>
                <w:sz w:val="16"/>
                <w:lang w:val="ru-RU"/>
              </w:rPr>
              <w:t>Подарунковий</w:t>
            </w:r>
            <w:proofErr w:type="spellEnd"/>
            <w:r w:rsidRPr="00541039">
              <w:rPr>
                <w:sz w:val="16"/>
                <w:lang w:val="ru-RU"/>
              </w:rPr>
              <w:t xml:space="preserve"> доступ не </w:t>
            </w:r>
            <w:proofErr w:type="spellStart"/>
            <w:r w:rsidRPr="00541039">
              <w:rPr>
                <w:sz w:val="16"/>
                <w:lang w:val="ru-RU"/>
              </w:rPr>
              <w:t>надається</w:t>
            </w:r>
            <w:proofErr w:type="spellEnd"/>
          </w:p>
        </w:tc>
      </w:tr>
      <w:tr w:rsidR="00D97F10" w:rsidRPr="003F1764" w14:paraId="1B726277" w14:textId="77777777">
        <w:tc>
          <w:tcPr>
            <w:tcW w:w="2350" w:type="dxa"/>
            <w:tcMar>
              <w:top w:w="100" w:type="dxa"/>
              <w:left w:w="120" w:type="dxa"/>
              <w:bottom w:w="100" w:type="dxa"/>
              <w:right w:w="120" w:type="dxa"/>
            </w:tcMar>
            <w:vAlign w:val="center"/>
          </w:tcPr>
          <w:p w14:paraId="4855C01D" w14:textId="77777777" w:rsidR="00D97F10" w:rsidRPr="00541039" w:rsidRDefault="00000000">
            <w:pPr>
              <w:pStyle w:val="TableText"/>
              <w:rPr>
                <w:lang w:val="ru-RU"/>
              </w:rPr>
            </w:pPr>
            <w:proofErr w:type="spellStart"/>
            <w:r w:rsidRPr="00541039">
              <w:rPr>
                <w:sz w:val="16"/>
                <w:lang w:val="ru-RU"/>
              </w:rPr>
              <w:t>Безоплатний</w:t>
            </w:r>
            <w:proofErr w:type="spellEnd"/>
            <w:r w:rsidRPr="00541039">
              <w:rPr>
                <w:sz w:val="16"/>
                <w:lang w:val="ru-RU"/>
              </w:rPr>
              <w:t xml:space="preserve"> </w:t>
            </w:r>
            <w:proofErr w:type="spellStart"/>
            <w:r w:rsidRPr="00541039">
              <w:rPr>
                <w:sz w:val="16"/>
                <w:lang w:val="ru-RU"/>
              </w:rPr>
              <w:t>промоперіод</w:t>
            </w:r>
            <w:proofErr w:type="spellEnd"/>
            <w:r w:rsidRPr="00541039">
              <w:rPr>
                <w:sz w:val="16"/>
                <w:lang w:val="ru-RU"/>
              </w:rPr>
              <w:t xml:space="preserve"> на момент оплати</w:t>
            </w:r>
          </w:p>
        </w:tc>
        <w:tc>
          <w:tcPr>
            <w:tcW w:w="2050" w:type="dxa"/>
            <w:tcMar>
              <w:top w:w="100" w:type="dxa"/>
              <w:left w:w="120" w:type="dxa"/>
              <w:bottom w:w="100" w:type="dxa"/>
              <w:right w:w="120" w:type="dxa"/>
            </w:tcMar>
            <w:vAlign w:val="center"/>
          </w:tcPr>
          <w:p w14:paraId="1CB80243" w14:textId="77777777" w:rsidR="00D97F10" w:rsidRDefault="00000000">
            <w:pPr>
              <w:pStyle w:val="TableText"/>
            </w:pPr>
            <w:proofErr w:type="spellStart"/>
            <w:r>
              <w:rPr>
                <w:sz w:val="16"/>
              </w:rPr>
              <w:t>Дійсний</w:t>
            </w:r>
            <w:proofErr w:type="spellEnd"/>
          </w:p>
        </w:tc>
        <w:tc>
          <w:tcPr>
            <w:tcW w:w="1900" w:type="dxa"/>
            <w:tcMar>
              <w:top w:w="100" w:type="dxa"/>
              <w:left w:w="120" w:type="dxa"/>
              <w:bottom w:w="100" w:type="dxa"/>
              <w:right w:w="120" w:type="dxa"/>
            </w:tcMar>
            <w:vAlign w:val="center"/>
          </w:tcPr>
          <w:p w14:paraId="5A3B8321" w14:textId="77777777" w:rsidR="00D97F10" w:rsidRDefault="00000000">
            <w:pPr>
              <w:pStyle w:val="TableText"/>
              <w:jc w:val="center"/>
            </w:pPr>
            <w:r>
              <w:rPr>
                <w:sz w:val="16"/>
              </w:rPr>
              <w:t>10,00 грн</w:t>
            </w:r>
          </w:p>
        </w:tc>
        <w:tc>
          <w:tcPr>
            <w:tcW w:w="3060" w:type="dxa"/>
            <w:tcMar>
              <w:top w:w="100" w:type="dxa"/>
              <w:left w:w="120" w:type="dxa"/>
              <w:bottom w:w="100" w:type="dxa"/>
              <w:right w:w="120" w:type="dxa"/>
            </w:tcMar>
            <w:vAlign w:val="center"/>
          </w:tcPr>
          <w:p w14:paraId="38226B12" w14:textId="77777777" w:rsidR="00D97F10" w:rsidRPr="00541039" w:rsidRDefault="00000000">
            <w:pPr>
              <w:pStyle w:val="TableText"/>
              <w:rPr>
                <w:lang w:val="ru-RU"/>
              </w:rPr>
            </w:pPr>
            <w:r w:rsidRPr="00541039">
              <w:rPr>
                <w:sz w:val="16"/>
                <w:lang w:val="ru-RU"/>
              </w:rPr>
              <w:t xml:space="preserve">1 участь; 30 </w:t>
            </w:r>
            <w:proofErr w:type="spellStart"/>
            <w:r w:rsidRPr="00541039">
              <w:rPr>
                <w:sz w:val="16"/>
                <w:lang w:val="ru-RU"/>
              </w:rPr>
              <w:t>діб</w:t>
            </w:r>
            <w:proofErr w:type="spellEnd"/>
            <w:r w:rsidRPr="00541039">
              <w:rPr>
                <w:sz w:val="16"/>
                <w:lang w:val="ru-RU"/>
              </w:rPr>
              <w:t xml:space="preserve"> </w:t>
            </w:r>
            <w:proofErr w:type="spellStart"/>
            <w:r w:rsidRPr="00541039">
              <w:rPr>
                <w:sz w:val="16"/>
                <w:lang w:val="ru-RU"/>
              </w:rPr>
              <w:t>починаються</w:t>
            </w:r>
            <w:proofErr w:type="spellEnd"/>
            <w:r w:rsidRPr="00541039">
              <w:rPr>
                <w:sz w:val="16"/>
                <w:lang w:val="ru-RU"/>
              </w:rPr>
              <w:t xml:space="preserve"> </w:t>
            </w:r>
            <w:proofErr w:type="spellStart"/>
            <w:r w:rsidRPr="00541039">
              <w:rPr>
                <w:sz w:val="16"/>
                <w:lang w:val="ru-RU"/>
              </w:rPr>
              <w:t>негайно</w:t>
            </w:r>
            <w:proofErr w:type="spellEnd"/>
            <w:r w:rsidRPr="00541039">
              <w:rPr>
                <w:sz w:val="16"/>
                <w:lang w:val="ru-RU"/>
              </w:rPr>
              <w:t xml:space="preserve">, </w:t>
            </w:r>
            <w:proofErr w:type="spellStart"/>
            <w:r w:rsidRPr="00541039">
              <w:rPr>
                <w:sz w:val="16"/>
                <w:lang w:val="ru-RU"/>
              </w:rPr>
              <w:t>залишок</w:t>
            </w:r>
            <w:proofErr w:type="spellEnd"/>
            <w:r w:rsidRPr="00541039">
              <w:rPr>
                <w:sz w:val="16"/>
                <w:lang w:val="ru-RU"/>
              </w:rPr>
              <w:t xml:space="preserve"> </w:t>
            </w:r>
            <w:proofErr w:type="spellStart"/>
            <w:r w:rsidRPr="00541039">
              <w:rPr>
                <w:sz w:val="16"/>
                <w:lang w:val="ru-RU"/>
              </w:rPr>
              <w:t>промоперіоду</w:t>
            </w:r>
            <w:proofErr w:type="spellEnd"/>
            <w:r w:rsidRPr="00541039">
              <w:rPr>
                <w:sz w:val="16"/>
                <w:lang w:val="ru-RU"/>
              </w:rPr>
              <w:t xml:space="preserve"> не </w:t>
            </w:r>
            <w:proofErr w:type="spellStart"/>
            <w:r w:rsidRPr="00541039">
              <w:rPr>
                <w:sz w:val="16"/>
                <w:lang w:val="ru-RU"/>
              </w:rPr>
              <w:t>додається</w:t>
            </w:r>
            <w:proofErr w:type="spellEnd"/>
          </w:p>
        </w:tc>
      </w:tr>
      <w:tr w:rsidR="00D97F10" w:rsidRPr="003F1764" w14:paraId="42897FF0" w14:textId="77777777">
        <w:tc>
          <w:tcPr>
            <w:tcW w:w="2350" w:type="dxa"/>
            <w:tcMar>
              <w:top w:w="100" w:type="dxa"/>
              <w:left w:w="120" w:type="dxa"/>
              <w:bottom w:w="100" w:type="dxa"/>
              <w:right w:w="120" w:type="dxa"/>
            </w:tcMar>
            <w:vAlign w:val="center"/>
          </w:tcPr>
          <w:p w14:paraId="0E38294E" w14:textId="77777777" w:rsidR="00D97F10" w:rsidRPr="00541039" w:rsidRDefault="00000000">
            <w:pPr>
              <w:pStyle w:val="TableText"/>
              <w:rPr>
                <w:lang w:val="ru-RU"/>
              </w:rPr>
            </w:pPr>
            <w:r w:rsidRPr="00541039">
              <w:rPr>
                <w:sz w:val="16"/>
                <w:lang w:val="ru-RU"/>
              </w:rPr>
              <w:t xml:space="preserve">Пакет «М» </w:t>
            </w:r>
            <w:proofErr w:type="spellStart"/>
            <w:r w:rsidRPr="00541039">
              <w:rPr>
                <w:sz w:val="16"/>
                <w:lang w:val="ru-RU"/>
              </w:rPr>
              <w:t>недоступний</w:t>
            </w:r>
            <w:proofErr w:type="spellEnd"/>
            <w:r w:rsidRPr="00541039">
              <w:rPr>
                <w:sz w:val="16"/>
                <w:lang w:val="ru-RU"/>
              </w:rPr>
              <w:t xml:space="preserve"> у </w:t>
            </w:r>
            <w:proofErr w:type="spellStart"/>
            <w:r w:rsidRPr="00541039">
              <w:rPr>
                <w:sz w:val="16"/>
                <w:lang w:val="ru-RU"/>
              </w:rPr>
              <w:t>країні</w:t>
            </w:r>
            <w:proofErr w:type="spellEnd"/>
            <w:r w:rsidRPr="00541039">
              <w:rPr>
                <w:sz w:val="16"/>
                <w:lang w:val="ru-RU"/>
              </w:rPr>
              <w:t xml:space="preserve"> </w:t>
            </w:r>
            <w:proofErr w:type="spellStart"/>
            <w:r w:rsidRPr="00541039">
              <w:rPr>
                <w:sz w:val="16"/>
                <w:lang w:val="ru-RU"/>
              </w:rPr>
              <w:t>використання</w:t>
            </w:r>
            <w:proofErr w:type="spellEnd"/>
          </w:p>
        </w:tc>
        <w:tc>
          <w:tcPr>
            <w:tcW w:w="2050" w:type="dxa"/>
            <w:tcMar>
              <w:top w:w="100" w:type="dxa"/>
              <w:left w:w="120" w:type="dxa"/>
              <w:bottom w:w="100" w:type="dxa"/>
              <w:right w:w="120" w:type="dxa"/>
            </w:tcMar>
            <w:vAlign w:val="center"/>
          </w:tcPr>
          <w:p w14:paraId="1B95400C" w14:textId="77777777" w:rsidR="00D97F10" w:rsidRDefault="00000000">
            <w:pPr>
              <w:pStyle w:val="TableText"/>
            </w:pPr>
            <w:proofErr w:type="spellStart"/>
            <w:r>
              <w:rPr>
                <w:sz w:val="16"/>
              </w:rPr>
              <w:t>Дійсний</w:t>
            </w:r>
            <w:proofErr w:type="spellEnd"/>
          </w:p>
        </w:tc>
        <w:tc>
          <w:tcPr>
            <w:tcW w:w="1900" w:type="dxa"/>
            <w:tcMar>
              <w:top w:w="100" w:type="dxa"/>
              <w:left w:w="120" w:type="dxa"/>
              <w:bottom w:w="100" w:type="dxa"/>
              <w:right w:w="120" w:type="dxa"/>
            </w:tcMar>
            <w:vAlign w:val="center"/>
          </w:tcPr>
          <w:p w14:paraId="47C6D45E" w14:textId="77777777" w:rsidR="00D97F10" w:rsidRDefault="00000000">
            <w:pPr>
              <w:pStyle w:val="TableText"/>
              <w:jc w:val="center"/>
            </w:pPr>
            <w:r>
              <w:rPr>
                <w:sz w:val="16"/>
              </w:rPr>
              <w:t>10,00 грн</w:t>
            </w:r>
          </w:p>
        </w:tc>
        <w:tc>
          <w:tcPr>
            <w:tcW w:w="3060" w:type="dxa"/>
            <w:tcMar>
              <w:top w:w="100" w:type="dxa"/>
              <w:left w:w="120" w:type="dxa"/>
              <w:bottom w:w="100" w:type="dxa"/>
              <w:right w:w="120" w:type="dxa"/>
            </w:tcMar>
            <w:vAlign w:val="center"/>
          </w:tcPr>
          <w:p w14:paraId="31CDE2FB" w14:textId="77777777" w:rsidR="00D97F10" w:rsidRPr="00541039" w:rsidRDefault="00000000">
            <w:pPr>
              <w:pStyle w:val="TableText"/>
              <w:rPr>
                <w:lang w:val="ru-RU"/>
              </w:rPr>
            </w:pPr>
            <w:r w:rsidRPr="00541039">
              <w:rPr>
                <w:sz w:val="16"/>
                <w:lang w:val="ru-RU"/>
              </w:rPr>
              <w:t xml:space="preserve">1 участь; </w:t>
            </w:r>
            <w:proofErr w:type="spellStart"/>
            <w:r w:rsidRPr="00541039">
              <w:rPr>
                <w:sz w:val="16"/>
                <w:lang w:val="ru-RU"/>
              </w:rPr>
              <w:t>Подарунковий</w:t>
            </w:r>
            <w:proofErr w:type="spellEnd"/>
            <w:r w:rsidRPr="00541039">
              <w:rPr>
                <w:sz w:val="16"/>
                <w:lang w:val="ru-RU"/>
              </w:rPr>
              <w:t xml:space="preserve"> доступ не </w:t>
            </w:r>
            <w:proofErr w:type="spellStart"/>
            <w:r w:rsidRPr="00541039">
              <w:rPr>
                <w:sz w:val="16"/>
                <w:lang w:val="ru-RU"/>
              </w:rPr>
              <w:t>надається</w:t>
            </w:r>
            <w:proofErr w:type="spellEnd"/>
            <w:r w:rsidRPr="00541039">
              <w:rPr>
                <w:sz w:val="16"/>
                <w:lang w:val="ru-RU"/>
              </w:rPr>
              <w:t xml:space="preserve"> без </w:t>
            </w:r>
            <w:proofErr w:type="spellStart"/>
            <w:r w:rsidRPr="00541039">
              <w:rPr>
                <w:sz w:val="16"/>
                <w:lang w:val="ru-RU"/>
              </w:rPr>
              <w:t>компенсації</w:t>
            </w:r>
            <w:proofErr w:type="spellEnd"/>
          </w:p>
        </w:tc>
      </w:tr>
    </w:tbl>
    <w:p w14:paraId="2FFE0257" w14:textId="77777777" w:rsidR="00D97F10" w:rsidRPr="00541039" w:rsidRDefault="00000000">
      <w:pPr>
        <w:rPr>
          <w:lang w:val="ru-RU"/>
        </w:rPr>
      </w:pPr>
      <w:r w:rsidRPr="00541039">
        <w:rPr>
          <w:lang w:val="ru-RU"/>
        </w:rPr>
        <w:br w:type="page"/>
      </w:r>
    </w:p>
    <w:p w14:paraId="3EAC8984" w14:textId="77777777" w:rsidR="00D97F10" w:rsidRPr="00541039" w:rsidRDefault="00000000">
      <w:pPr>
        <w:pStyle w:val="Heading1"/>
        <w:jc w:val="right"/>
        <w:rPr>
          <w:lang w:val="ru-RU"/>
        </w:rPr>
      </w:pPr>
      <w:r w:rsidRPr="00541039">
        <w:rPr>
          <w:rFonts w:ascii="Times New Roman" w:eastAsia="Times New Roman" w:hAnsi="Times New Roman" w:cs="Times New Roman"/>
          <w:sz w:val="23"/>
          <w:lang w:val="ru-RU"/>
        </w:rPr>
        <w:lastRenderedPageBreak/>
        <w:t>ДОДАТОК 3</w:t>
      </w:r>
    </w:p>
    <w:p w14:paraId="7C24527C" w14:textId="77777777" w:rsidR="00D97F10" w:rsidRPr="00541039" w:rsidRDefault="00000000">
      <w:pPr>
        <w:spacing w:before="200" w:after="240"/>
        <w:jc w:val="center"/>
        <w:rPr>
          <w:lang w:val="ru-RU"/>
        </w:rPr>
      </w:pPr>
      <w:r w:rsidRPr="00541039">
        <w:rPr>
          <w:b/>
          <w:color w:val="172434"/>
          <w:sz w:val="26"/>
          <w:lang w:val="ru-RU"/>
        </w:rPr>
        <w:t>КОНТРОЛЬНІ ФОРМУЛИ ТА СКЛАД ПУБЛІЧНИХ РЕЗУЛЬТАТІВ</w:t>
      </w:r>
    </w:p>
    <w:p w14:paraId="187D4E78" w14:textId="77777777" w:rsidR="00D97F10" w:rsidRPr="00541039" w:rsidRDefault="00000000">
      <w:pPr>
        <w:spacing w:after="160"/>
        <w:rPr>
          <w:lang w:val="ru-RU"/>
        </w:rPr>
      </w:pPr>
      <w:r w:rsidRPr="00541039">
        <w:rPr>
          <w:b/>
          <w:color w:val="172434"/>
          <w:sz w:val="23"/>
          <w:lang w:val="ru-RU"/>
        </w:rPr>
        <w:t xml:space="preserve">Формула </w:t>
      </w:r>
      <w:proofErr w:type="spellStart"/>
      <w:r w:rsidRPr="00541039">
        <w:rPr>
          <w:b/>
          <w:color w:val="172434"/>
          <w:sz w:val="23"/>
          <w:lang w:val="ru-RU"/>
        </w:rPr>
        <w:t>Благодійної</w:t>
      </w:r>
      <w:proofErr w:type="spellEnd"/>
      <w:r w:rsidRPr="00541039">
        <w:rPr>
          <w:b/>
          <w:color w:val="172434"/>
          <w:sz w:val="23"/>
          <w:lang w:val="ru-RU"/>
        </w:rPr>
        <w:t xml:space="preserve"> </w:t>
      </w:r>
      <w:proofErr w:type="spellStart"/>
      <w:r w:rsidRPr="00541039">
        <w:rPr>
          <w:b/>
          <w:color w:val="172434"/>
          <w:sz w:val="23"/>
          <w:lang w:val="ru-RU"/>
        </w:rPr>
        <w:t>складової</w:t>
      </w:r>
      <w:proofErr w:type="spellEnd"/>
    </w:p>
    <w:p w14:paraId="1A3808F8" w14:textId="77777777" w:rsidR="00D97F10" w:rsidRPr="00541039" w:rsidRDefault="00000000">
      <w:pPr>
        <w:spacing w:after="240"/>
        <w:jc w:val="center"/>
        <w:rPr>
          <w:lang w:val="ru-RU"/>
        </w:rPr>
      </w:pPr>
      <w:r>
        <w:rPr>
          <w:b/>
          <w:color w:val="172434"/>
          <w:sz w:val="30"/>
        </w:rPr>
        <w:t>D</w:t>
      </w:r>
      <w:r w:rsidRPr="00541039">
        <w:rPr>
          <w:b/>
          <w:color w:val="172434"/>
          <w:sz w:val="30"/>
          <w:lang w:val="ru-RU"/>
        </w:rPr>
        <w:t xml:space="preserve"> = </w:t>
      </w:r>
      <w:r>
        <w:rPr>
          <w:b/>
          <w:color w:val="172434"/>
          <w:sz w:val="30"/>
        </w:rPr>
        <w:t>V</w:t>
      </w:r>
      <w:r w:rsidRPr="00541039">
        <w:rPr>
          <w:b/>
          <w:color w:val="172434"/>
          <w:sz w:val="30"/>
          <w:lang w:val="ru-RU"/>
        </w:rPr>
        <w:t xml:space="preserve"> × 10,00 грн</w:t>
      </w:r>
    </w:p>
    <w:p w14:paraId="72BCCE7C" w14:textId="77777777" w:rsidR="00D97F10" w:rsidRPr="00541039" w:rsidRDefault="00000000">
      <w:pPr>
        <w:spacing w:after="240"/>
        <w:rPr>
          <w:lang w:val="ru-RU"/>
        </w:rPr>
      </w:pPr>
      <w:r w:rsidRPr="00541039">
        <w:rPr>
          <w:sz w:val="21"/>
          <w:lang w:val="ru-RU"/>
        </w:rPr>
        <w:t xml:space="preserve">де </w:t>
      </w:r>
      <w:r>
        <w:rPr>
          <w:sz w:val="21"/>
        </w:rPr>
        <w:t>D</w:t>
      </w:r>
      <w:r w:rsidRPr="00541039">
        <w:rPr>
          <w:sz w:val="21"/>
          <w:lang w:val="ru-RU"/>
        </w:rPr>
        <w:t xml:space="preserve"> - </w:t>
      </w:r>
      <w:proofErr w:type="spellStart"/>
      <w:r w:rsidRPr="00541039">
        <w:rPr>
          <w:sz w:val="21"/>
          <w:lang w:val="ru-RU"/>
        </w:rPr>
        <w:t>загальна</w:t>
      </w:r>
      <w:proofErr w:type="spellEnd"/>
      <w:r w:rsidRPr="00541039">
        <w:rPr>
          <w:sz w:val="21"/>
          <w:lang w:val="ru-RU"/>
        </w:rPr>
        <w:t xml:space="preserve"> сума </w:t>
      </w:r>
      <w:proofErr w:type="spellStart"/>
      <w:r w:rsidRPr="00541039">
        <w:rPr>
          <w:sz w:val="21"/>
          <w:lang w:val="ru-RU"/>
        </w:rPr>
        <w:t>благодійного</w:t>
      </w:r>
      <w:proofErr w:type="spellEnd"/>
      <w:r w:rsidRPr="00541039">
        <w:rPr>
          <w:sz w:val="21"/>
          <w:lang w:val="ru-RU"/>
        </w:rPr>
        <w:t xml:space="preserve"> </w:t>
      </w:r>
      <w:proofErr w:type="spellStart"/>
      <w:r w:rsidRPr="00541039">
        <w:rPr>
          <w:sz w:val="21"/>
          <w:lang w:val="ru-RU"/>
        </w:rPr>
        <w:t>переказу</w:t>
      </w:r>
      <w:proofErr w:type="spellEnd"/>
      <w:r w:rsidRPr="00541039">
        <w:rPr>
          <w:sz w:val="21"/>
          <w:lang w:val="ru-RU"/>
        </w:rPr>
        <w:t xml:space="preserve">; </w:t>
      </w:r>
      <w:r>
        <w:rPr>
          <w:sz w:val="21"/>
        </w:rPr>
        <w:t>V</w:t>
      </w:r>
      <w:r w:rsidRPr="00541039">
        <w:rPr>
          <w:sz w:val="21"/>
          <w:lang w:val="ru-RU"/>
        </w:rPr>
        <w:t xml:space="preserve"> - </w:t>
      </w:r>
      <w:proofErr w:type="spellStart"/>
      <w:r w:rsidRPr="00541039">
        <w:rPr>
          <w:sz w:val="21"/>
          <w:lang w:val="ru-RU"/>
        </w:rPr>
        <w:t>остаточна</w:t>
      </w:r>
      <w:proofErr w:type="spellEnd"/>
      <w:r w:rsidRPr="00541039">
        <w:rPr>
          <w:sz w:val="21"/>
          <w:lang w:val="ru-RU"/>
        </w:rPr>
        <w:t xml:space="preserve"> </w:t>
      </w:r>
      <w:proofErr w:type="spellStart"/>
      <w:r w:rsidRPr="00541039">
        <w:rPr>
          <w:sz w:val="21"/>
          <w:lang w:val="ru-RU"/>
        </w:rPr>
        <w:t>кількість</w:t>
      </w:r>
      <w:proofErr w:type="spellEnd"/>
      <w:r w:rsidRPr="00541039">
        <w:rPr>
          <w:sz w:val="21"/>
          <w:lang w:val="ru-RU"/>
        </w:rPr>
        <w:t xml:space="preserve"> </w:t>
      </w:r>
      <w:proofErr w:type="spellStart"/>
      <w:r w:rsidRPr="00541039">
        <w:rPr>
          <w:sz w:val="21"/>
          <w:lang w:val="ru-RU"/>
        </w:rPr>
        <w:t>Дійсних</w:t>
      </w:r>
      <w:proofErr w:type="spellEnd"/>
      <w:r w:rsidRPr="00541039">
        <w:rPr>
          <w:sz w:val="21"/>
          <w:lang w:val="ru-RU"/>
        </w:rPr>
        <w:t xml:space="preserve"> </w:t>
      </w:r>
      <w:proofErr w:type="spellStart"/>
      <w:r w:rsidRPr="00541039">
        <w:rPr>
          <w:sz w:val="21"/>
          <w:lang w:val="ru-RU"/>
        </w:rPr>
        <w:t>голосів</w:t>
      </w:r>
      <w:proofErr w:type="spellEnd"/>
      <w:r w:rsidRPr="00541039">
        <w:rPr>
          <w:sz w:val="21"/>
          <w:lang w:val="ru-RU"/>
        </w:rPr>
        <w:t xml:space="preserve"> </w:t>
      </w:r>
      <w:proofErr w:type="spellStart"/>
      <w:r w:rsidRPr="00541039">
        <w:rPr>
          <w:sz w:val="21"/>
          <w:lang w:val="ru-RU"/>
        </w:rPr>
        <w:t>після</w:t>
      </w:r>
      <w:proofErr w:type="spellEnd"/>
      <w:r w:rsidRPr="00541039">
        <w:rPr>
          <w:sz w:val="21"/>
          <w:lang w:val="ru-RU"/>
        </w:rPr>
        <w:t xml:space="preserve"> </w:t>
      </w:r>
      <w:proofErr w:type="spellStart"/>
      <w:r w:rsidRPr="00541039">
        <w:rPr>
          <w:sz w:val="21"/>
          <w:lang w:val="ru-RU"/>
        </w:rPr>
        <w:t>платіжної</w:t>
      </w:r>
      <w:proofErr w:type="spellEnd"/>
      <w:r w:rsidRPr="00541039">
        <w:rPr>
          <w:sz w:val="21"/>
          <w:lang w:val="ru-RU"/>
        </w:rPr>
        <w:t xml:space="preserve"> та антифрод-</w:t>
      </w:r>
      <w:proofErr w:type="spellStart"/>
      <w:r w:rsidRPr="00541039">
        <w:rPr>
          <w:sz w:val="21"/>
          <w:lang w:val="ru-RU"/>
        </w:rPr>
        <w:t>звірки</w:t>
      </w:r>
      <w:proofErr w:type="spellEnd"/>
      <w:r w:rsidRPr="00541039">
        <w:rPr>
          <w:sz w:val="21"/>
          <w:lang w:val="ru-RU"/>
        </w:rPr>
        <w:t>.</w:t>
      </w:r>
    </w:p>
    <w:p w14:paraId="504A5452" w14:textId="77777777" w:rsidR="00D97F10" w:rsidRDefault="00000000">
      <w:pPr>
        <w:pStyle w:val="Heading2"/>
      </w:pPr>
      <w:proofErr w:type="spellStart"/>
      <w:r>
        <w:rPr>
          <w:rFonts w:ascii="Times New Roman" w:eastAsia="Times New Roman" w:hAnsi="Times New Roman" w:cs="Times New Roman"/>
        </w:rPr>
        <w:t>Обов'язковий</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склад</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публічних</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результатів</w:t>
      </w:r>
      <w:proofErr w:type="spellEnd"/>
    </w:p>
    <w:p w14:paraId="4E91AF92" w14:textId="77777777" w:rsidR="00D97F10" w:rsidRPr="00541039" w:rsidRDefault="00000000">
      <w:pPr>
        <w:numPr>
          <w:ilvl w:val="0"/>
          <w:numId w:val="1"/>
        </w:numPr>
        <w:spacing w:after="80"/>
        <w:rPr>
          <w:lang w:val="ru-RU"/>
        </w:rPr>
      </w:pPr>
      <w:proofErr w:type="spellStart"/>
      <w:r w:rsidRPr="00541039">
        <w:rPr>
          <w:lang w:val="ru-RU"/>
        </w:rPr>
        <w:t>місце</w:t>
      </w:r>
      <w:proofErr w:type="spellEnd"/>
      <w:r w:rsidRPr="00541039">
        <w:rPr>
          <w:lang w:val="ru-RU"/>
        </w:rPr>
        <w:t xml:space="preserve"> кожного Кандидата та точна </w:t>
      </w:r>
      <w:proofErr w:type="spellStart"/>
      <w:r w:rsidRPr="00541039">
        <w:rPr>
          <w:lang w:val="ru-RU"/>
        </w:rPr>
        <w:t>кількість</w:t>
      </w:r>
      <w:proofErr w:type="spellEnd"/>
      <w:r w:rsidRPr="00541039">
        <w:rPr>
          <w:lang w:val="ru-RU"/>
        </w:rPr>
        <w:t xml:space="preserve"> </w:t>
      </w:r>
      <w:proofErr w:type="spellStart"/>
      <w:r w:rsidRPr="00541039">
        <w:rPr>
          <w:lang w:val="ru-RU"/>
        </w:rPr>
        <w:t>його</w:t>
      </w:r>
      <w:proofErr w:type="spellEnd"/>
      <w:r w:rsidRPr="00541039">
        <w:rPr>
          <w:lang w:val="ru-RU"/>
        </w:rPr>
        <w:t xml:space="preserve"> </w:t>
      </w:r>
      <w:proofErr w:type="spellStart"/>
      <w:r w:rsidRPr="00541039">
        <w:rPr>
          <w:lang w:val="ru-RU"/>
        </w:rPr>
        <w:t>Дійсних</w:t>
      </w:r>
      <w:proofErr w:type="spellEnd"/>
      <w:r w:rsidRPr="00541039">
        <w:rPr>
          <w:lang w:val="ru-RU"/>
        </w:rPr>
        <w:t xml:space="preserve"> </w:t>
      </w:r>
      <w:proofErr w:type="spellStart"/>
      <w:r w:rsidRPr="00541039">
        <w:rPr>
          <w:lang w:val="ru-RU"/>
        </w:rPr>
        <w:t>голосів</w:t>
      </w:r>
      <w:proofErr w:type="spellEnd"/>
      <w:r w:rsidRPr="00541039">
        <w:rPr>
          <w:lang w:val="ru-RU"/>
        </w:rPr>
        <w:t>;</w:t>
      </w:r>
    </w:p>
    <w:p w14:paraId="46094F74" w14:textId="77777777" w:rsidR="00D97F10" w:rsidRDefault="00000000">
      <w:pPr>
        <w:numPr>
          <w:ilvl w:val="0"/>
          <w:numId w:val="1"/>
        </w:numPr>
        <w:spacing w:after="80"/>
      </w:pPr>
      <w:proofErr w:type="spellStart"/>
      <w:r>
        <w:t>загальна</w:t>
      </w:r>
      <w:proofErr w:type="spellEnd"/>
      <w:r>
        <w:t xml:space="preserve"> </w:t>
      </w:r>
      <w:proofErr w:type="spellStart"/>
      <w:r>
        <w:t>кількість</w:t>
      </w:r>
      <w:proofErr w:type="spellEnd"/>
      <w:r>
        <w:t xml:space="preserve"> </w:t>
      </w:r>
      <w:proofErr w:type="spellStart"/>
      <w:r>
        <w:t>Дійсних</w:t>
      </w:r>
      <w:proofErr w:type="spellEnd"/>
      <w:r>
        <w:t xml:space="preserve"> </w:t>
      </w:r>
      <w:proofErr w:type="spellStart"/>
      <w:r>
        <w:t>голосів</w:t>
      </w:r>
      <w:proofErr w:type="spellEnd"/>
      <w:r>
        <w:t>;</w:t>
      </w:r>
    </w:p>
    <w:p w14:paraId="6E39DFB1" w14:textId="77777777" w:rsidR="00D97F10" w:rsidRDefault="00000000">
      <w:pPr>
        <w:numPr>
          <w:ilvl w:val="0"/>
          <w:numId w:val="1"/>
        </w:numPr>
        <w:spacing w:after="80"/>
      </w:pPr>
      <w:r>
        <w:t>ім'я Переможця голосування;</w:t>
      </w:r>
    </w:p>
    <w:p w14:paraId="3D477F3D" w14:textId="77777777" w:rsidR="00D97F10" w:rsidRDefault="00000000">
      <w:pPr>
        <w:numPr>
          <w:ilvl w:val="0"/>
          <w:numId w:val="1"/>
        </w:numPr>
        <w:spacing w:after="80"/>
      </w:pPr>
      <w:r>
        <w:t>остаточна сума Благодійної складової;</w:t>
      </w:r>
    </w:p>
    <w:p w14:paraId="7AE91D40" w14:textId="77777777" w:rsidR="00D97F10" w:rsidRDefault="00000000">
      <w:pPr>
        <w:numPr>
          <w:ilvl w:val="0"/>
          <w:numId w:val="1"/>
        </w:numPr>
        <w:spacing w:after="80"/>
      </w:pPr>
      <w:r>
        <w:t>підтвердження благодійного переказу;</w:t>
      </w:r>
    </w:p>
    <w:p w14:paraId="5C141523" w14:textId="77777777" w:rsidR="00D97F10" w:rsidRPr="00541039" w:rsidRDefault="00000000">
      <w:pPr>
        <w:numPr>
          <w:ilvl w:val="0"/>
          <w:numId w:val="1"/>
        </w:numPr>
        <w:spacing w:after="80"/>
        <w:rPr>
          <w:lang w:val="ru-RU"/>
        </w:rPr>
      </w:pPr>
      <w:proofErr w:type="spellStart"/>
      <w:r w:rsidRPr="00541039">
        <w:rPr>
          <w:lang w:val="ru-RU"/>
        </w:rPr>
        <w:t>результати</w:t>
      </w:r>
      <w:proofErr w:type="spellEnd"/>
      <w:r w:rsidRPr="00541039">
        <w:rPr>
          <w:lang w:val="ru-RU"/>
        </w:rPr>
        <w:t xml:space="preserve"> </w:t>
      </w:r>
      <w:proofErr w:type="spellStart"/>
      <w:r w:rsidRPr="00541039">
        <w:rPr>
          <w:lang w:val="ru-RU"/>
        </w:rPr>
        <w:t>Розіграшу</w:t>
      </w:r>
      <w:proofErr w:type="spellEnd"/>
      <w:r w:rsidRPr="00541039">
        <w:rPr>
          <w:lang w:val="ru-RU"/>
        </w:rPr>
        <w:t xml:space="preserve"> з </w:t>
      </w:r>
      <w:proofErr w:type="spellStart"/>
      <w:r w:rsidRPr="00541039">
        <w:rPr>
          <w:lang w:val="ru-RU"/>
        </w:rPr>
        <w:t>мінімально</w:t>
      </w:r>
      <w:proofErr w:type="spellEnd"/>
      <w:r w:rsidRPr="00541039">
        <w:rPr>
          <w:lang w:val="ru-RU"/>
        </w:rPr>
        <w:t xml:space="preserve"> </w:t>
      </w:r>
      <w:proofErr w:type="spellStart"/>
      <w:r w:rsidRPr="00541039">
        <w:rPr>
          <w:lang w:val="ru-RU"/>
        </w:rPr>
        <w:t>необхідною</w:t>
      </w:r>
      <w:proofErr w:type="spellEnd"/>
      <w:r w:rsidRPr="00541039">
        <w:rPr>
          <w:lang w:val="ru-RU"/>
        </w:rPr>
        <w:t xml:space="preserve"> </w:t>
      </w:r>
      <w:proofErr w:type="spellStart"/>
      <w:r w:rsidRPr="00541039">
        <w:rPr>
          <w:lang w:val="ru-RU"/>
        </w:rPr>
        <w:t>ідентифікацією</w:t>
      </w:r>
      <w:proofErr w:type="spellEnd"/>
      <w:r w:rsidRPr="00541039">
        <w:rPr>
          <w:lang w:val="ru-RU"/>
        </w:rPr>
        <w:t xml:space="preserve"> </w:t>
      </w:r>
      <w:proofErr w:type="spellStart"/>
      <w:r w:rsidRPr="00541039">
        <w:rPr>
          <w:lang w:val="ru-RU"/>
        </w:rPr>
        <w:t>п'яти</w:t>
      </w:r>
      <w:proofErr w:type="spellEnd"/>
      <w:r w:rsidRPr="00541039">
        <w:rPr>
          <w:lang w:val="ru-RU"/>
        </w:rPr>
        <w:t xml:space="preserve"> </w:t>
      </w:r>
      <w:proofErr w:type="spellStart"/>
      <w:r w:rsidRPr="00541039">
        <w:rPr>
          <w:lang w:val="ru-RU"/>
        </w:rPr>
        <w:t>переможців</w:t>
      </w:r>
      <w:proofErr w:type="spellEnd"/>
      <w:r w:rsidRPr="00541039">
        <w:rPr>
          <w:lang w:val="ru-RU"/>
        </w:rPr>
        <w:t>.</w:t>
      </w:r>
    </w:p>
    <w:p w14:paraId="325C9965" w14:textId="7AB91967" w:rsidR="00D97F10" w:rsidRPr="003F1764" w:rsidRDefault="00D97F10" w:rsidP="006E3F22">
      <w:pPr>
        <w:spacing w:after="80"/>
        <w:ind w:left="360"/>
        <w:rPr>
          <w:lang w:val="ru-RU"/>
        </w:rPr>
      </w:pPr>
    </w:p>
    <w:sectPr w:rsidR="00D97F10" w:rsidRPr="003F1764" w:rsidSect="00034616">
      <w:headerReference w:type="default" r:id="rId8"/>
      <w:footerReference w:type="default" r:id="rId9"/>
      <w:footerReference w:type="first" r:id="rId10"/>
      <w:pgSz w:w="11909" w:h="16834"/>
      <w:pgMar w:top="1094" w:right="1210" w:bottom="1037" w:left="1210" w:header="490" w:footer="4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C2D9B" w14:textId="77777777" w:rsidR="001942B3" w:rsidRDefault="001942B3">
      <w:pPr>
        <w:spacing w:after="0" w:line="240" w:lineRule="auto"/>
      </w:pPr>
      <w:r>
        <w:separator/>
      </w:r>
    </w:p>
  </w:endnote>
  <w:endnote w:type="continuationSeparator" w:id="0">
    <w:p w14:paraId="098799E5" w14:textId="77777777" w:rsidR="001942B3" w:rsidRDefault="00194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F2BC9" w14:textId="77777777" w:rsidR="00D97F10" w:rsidRDefault="00000000">
    <w:pPr>
      <w:pStyle w:val="Footer"/>
      <w:spacing w:before="40"/>
      <w:jc w:val="right"/>
    </w:pPr>
    <w:r>
      <w:rPr>
        <w:color w:val="5A6570"/>
        <w:sz w:val="17"/>
      </w:rPr>
      <w:t xml:space="preserve">FZ-SWEETTV-VOTE-2026 | </w:t>
    </w:r>
    <w:proofErr w:type="spellStart"/>
    <w:r>
      <w:rPr>
        <w:color w:val="5A6570"/>
        <w:sz w:val="17"/>
      </w:rPr>
      <w:t>Публічна</w:t>
    </w:r>
    <w:proofErr w:type="spellEnd"/>
    <w:r>
      <w:rPr>
        <w:color w:val="5A6570"/>
        <w:sz w:val="17"/>
      </w:rPr>
      <w:t xml:space="preserve"> </w:t>
    </w:r>
    <w:proofErr w:type="spellStart"/>
    <w:r>
      <w:rPr>
        <w:color w:val="5A6570"/>
        <w:sz w:val="17"/>
      </w:rPr>
      <w:t>редакція</w:t>
    </w:r>
    <w:proofErr w:type="spellEnd"/>
    <w:r>
      <w:rPr>
        <w:color w:val="5A6570"/>
        <w:sz w:val="17"/>
      </w:rPr>
      <w:t xml:space="preserve"> 1.0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F57CE" w14:textId="77777777" w:rsidR="00D97F10" w:rsidRDefault="00000000">
    <w:pPr>
      <w:pStyle w:val="Footer"/>
      <w:jc w:val="center"/>
    </w:pPr>
    <w:proofErr w:type="spellStart"/>
    <w:r>
      <w:rPr>
        <w:color w:val="5A6570"/>
        <w:sz w:val="20"/>
      </w:rPr>
      <w:t>Київ</w:t>
    </w:r>
    <w:proofErr w:type="spellEnd"/>
    <w:r>
      <w:rPr>
        <w:color w:val="5A6570"/>
        <w:sz w:val="20"/>
      </w:rPr>
      <w:t xml:space="preserve"> - 2026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8E66B" w14:textId="77777777" w:rsidR="001942B3" w:rsidRDefault="001942B3">
      <w:pPr>
        <w:spacing w:after="0" w:line="240" w:lineRule="auto"/>
      </w:pPr>
      <w:r>
        <w:separator/>
      </w:r>
    </w:p>
  </w:footnote>
  <w:footnote w:type="continuationSeparator" w:id="0">
    <w:p w14:paraId="17E31037" w14:textId="77777777" w:rsidR="001942B3" w:rsidRDefault="001942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5BBD2" w14:textId="77777777" w:rsidR="00D97F10" w:rsidRDefault="00000000">
    <w:pPr>
      <w:pStyle w:val="Header"/>
      <w:pBdr>
        <w:bottom w:val="single" w:sz="4" w:space="4" w:color="C9CED5"/>
      </w:pBdr>
      <w:spacing w:after="40"/>
      <w:jc w:val="left"/>
    </w:pPr>
    <w:r>
      <w:rPr>
        <w:b/>
        <w:color w:val="5A6570"/>
        <w:sz w:val="16"/>
      </w:rPr>
      <w:t>ОФІЦІЙНІ ПРАВИЛА | «ФАБРИКА ЗІРОК» | SWEET.TV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9EC0552"/>
    <w:multiLevelType w:val="multilevel"/>
    <w:tmpl w:val="BA9EC988"/>
    <w:lvl w:ilvl="0">
      <w:start w:val="1"/>
      <w:numFmt w:val="decimal"/>
      <w:lvlText w:val="%1."/>
      <w:lvlJc w:val="left"/>
      <w:pPr>
        <w:ind w:left="360" w:hanging="360"/>
      </w:pPr>
      <w:rPr>
        <w:rFonts w:ascii="Times New Roman" w:hAnsi="Times New Roman" w:cs="Times New Roman" w:hint="default"/>
        <w:lang w:val="ru-RU"/>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BE176BB"/>
    <w:multiLevelType w:val="hybridMultilevel"/>
    <w:tmpl w:val="A2D689C0"/>
    <w:lvl w:ilvl="0" w:tplc="B794571E">
      <w:start w:val="27"/>
      <w:numFmt w:val="decimal"/>
      <w:lvlText w:val="%1"/>
      <w:lvlJc w:val="left"/>
      <w:pPr>
        <w:ind w:left="1080" w:hanging="360"/>
      </w:pPr>
      <w:rPr>
        <w:rFonts w:ascii="Times New Roman" w:eastAsia="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DD30D03"/>
    <w:multiLevelType w:val="multilevel"/>
    <w:tmpl w:val="D7E4C4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3FBD029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4BA2C8B"/>
    <w:multiLevelType w:val="multilevel"/>
    <w:tmpl w:val="03E4A270"/>
    <w:lvl w:ilvl="0">
      <w:start w:val="1"/>
      <w:numFmt w:val="decimal"/>
      <w:lvlText w:val="%1."/>
      <w:lvlJc w:val="left"/>
      <w:pPr>
        <w:tabs>
          <w:tab w:val="num" w:pos="400"/>
        </w:tabs>
        <w:ind w:left="0"/>
      </w:pPr>
      <w:rPr>
        <w:b/>
        <w:color w:val="2E74B5"/>
        <w:sz w:val="32"/>
      </w:rPr>
    </w:lvl>
    <w:lvl w:ilvl="1">
      <w:start w:val="1"/>
      <w:numFmt w:val="decimal"/>
      <w:lvlText w:val="%1.%2."/>
      <w:lvlJc w:val="left"/>
      <w:pPr>
        <w:tabs>
          <w:tab w:val="num" w:pos="980"/>
        </w:tabs>
        <w:ind w:left="980" w:hanging="740"/>
      </w:pPr>
      <w:rPr>
        <w:color w:val="000000"/>
        <w:sz w:val="22"/>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84457570">
    <w:abstractNumId w:val="9"/>
  </w:num>
  <w:num w:numId="2" w16cid:durableId="8605270">
    <w:abstractNumId w:val="11"/>
  </w:num>
  <w:num w:numId="3" w16cid:durableId="1920670173">
    <w:abstractNumId w:val="10"/>
  </w:num>
  <w:num w:numId="4" w16cid:durableId="17082927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255D"/>
    <w:rsid w:val="0015074B"/>
    <w:rsid w:val="001942B3"/>
    <w:rsid w:val="0029639D"/>
    <w:rsid w:val="00324D6C"/>
    <w:rsid w:val="00326F90"/>
    <w:rsid w:val="003F1764"/>
    <w:rsid w:val="004362EA"/>
    <w:rsid w:val="00541039"/>
    <w:rsid w:val="00544987"/>
    <w:rsid w:val="005A0AE7"/>
    <w:rsid w:val="005F4F2F"/>
    <w:rsid w:val="006B463A"/>
    <w:rsid w:val="006E3F22"/>
    <w:rsid w:val="00877F9F"/>
    <w:rsid w:val="00A90C81"/>
    <w:rsid w:val="00AA1D8D"/>
    <w:rsid w:val="00B47730"/>
    <w:rsid w:val="00B75142"/>
    <w:rsid w:val="00BB6F50"/>
    <w:rsid w:val="00CB0664"/>
    <w:rsid w:val="00D42D87"/>
    <w:rsid w:val="00D97F10"/>
    <w:rsid w:val="00ED26EB"/>
    <w:rsid w:val="00F17A74"/>
    <w:rsid w:val="00F64898"/>
    <w:rsid w:val="00F949BF"/>
    <w:rsid w:val="00FB4B7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C99CCC"/>
  <w14:defaultImageDpi w14:val="300"/>
  <w15:docId w15:val="{D2435B7E-7AB9-2147-A169-76F649683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jc w:val="both"/>
    </w:pPr>
    <w:rPr>
      <w:rFonts w:ascii="Times New Roman" w:eastAsia="Times New Roman" w:hAnsi="Times New Roman" w:cs="Times New Roman"/>
      <w:color w:val="000000"/>
    </w:rPr>
  </w:style>
  <w:style w:type="paragraph" w:styleId="Heading1">
    <w:name w:val="heading 1"/>
    <w:basedOn w:val="Normal"/>
    <w:next w:val="Normal"/>
    <w:link w:val="Heading1Char"/>
    <w:uiPriority w:val="9"/>
    <w:qFormat/>
    <w:rsid w:val="00FC693F"/>
    <w:pPr>
      <w:keepNext/>
      <w:keepLines/>
      <w:spacing w:before="280"/>
      <w:jc w:val="left"/>
      <w:outlineLvl w:val="0"/>
    </w:pPr>
    <w:rPr>
      <w:rFonts w:asciiTheme="majorHAnsi" w:eastAsiaTheme="majorEastAsia" w:hAnsiTheme="majorHAnsi" w:cstheme="majorBidi"/>
      <w:b/>
      <w:bCs/>
      <w:color w:val="172434"/>
      <w:sz w:val="25"/>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b/>
      <w:bCs/>
      <w:color w:val="172434"/>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contextualSpacing/>
    </w:pPr>
  </w:style>
  <w:style w:type="paragraph" w:styleId="ListBullet2">
    <w:name w:val="List Bullet 2"/>
    <w:basedOn w:val="Normal"/>
    <w:uiPriority w:val="99"/>
    <w:unhideWhenUsed/>
    <w:rsid w:val="00326F90"/>
    <w:pPr>
      <w:tabs>
        <w:tab w:val="num" w:pos="360"/>
      </w:tabs>
      <w:contextualSpacing/>
    </w:pPr>
  </w:style>
  <w:style w:type="paragraph" w:styleId="ListBullet3">
    <w:name w:val="List Bullet 3"/>
    <w:basedOn w:val="Normal"/>
    <w:uiPriority w:val="99"/>
    <w:unhideWhenUsed/>
    <w:rsid w:val="00326F90"/>
    <w:pPr>
      <w:tabs>
        <w:tab w:val="num" w:pos="360"/>
      </w:tabs>
      <w:contextualSpacing/>
    </w:pPr>
  </w:style>
  <w:style w:type="paragraph" w:styleId="ListNumber">
    <w:name w:val="List Number"/>
    <w:basedOn w:val="Normal"/>
    <w:uiPriority w:val="99"/>
    <w:unhideWhenUsed/>
    <w:rsid w:val="00326F90"/>
    <w:pPr>
      <w:tabs>
        <w:tab w:val="num" w:pos="360"/>
      </w:tabs>
      <w:contextualSpacing/>
    </w:pPr>
  </w:style>
  <w:style w:type="paragraph" w:styleId="ListNumber2">
    <w:name w:val="List Number 2"/>
    <w:basedOn w:val="Normal"/>
    <w:uiPriority w:val="99"/>
    <w:unhideWhenUsed/>
    <w:rsid w:val="0029639D"/>
    <w:pPr>
      <w:tabs>
        <w:tab w:val="num" w:pos="360"/>
      </w:tabs>
      <w:contextualSpacing/>
    </w:pPr>
  </w:style>
  <w:style w:type="paragraph" w:styleId="ListNumber3">
    <w:name w:val="List Number 3"/>
    <w:basedOn w:val="Normal"/>
    <w:uiPriority w:val="99"/>
    <w:unhideWhenUsed/>
    <w:rsid w:val="0029639D"/>
    <w:pPr>
      <w:tabs>
        <w:tab w:val="num" w:pos="360"/>
      </w:tabs>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Clause">
    <w:name w:val="Legal Clause"/>
    <w:basedOn w:val="Normal"/>
    <w:pPr>
      <w:spacing w:after="100"/>
    </w:pPr>
  </w:style>
  <w:style w:type="paragraph" w:customStyle="1" w:styleId="TableText">
    <w:name w:val="Table Text"/>
    <w:basedOn w:val="Normal"/>
    <w:pPr>
      <w:spacing w:after="0" w:line="252" w:lineRule="auto"/>
      <w:jc w:val="left"/>
    </w:pPr>
    <w:rPr>
      <w:sz w:val="18"/>
    </w:rPr>
  </w:style>
  <w:style w:type="paragraph" w:customStyle="1" w:styleId="pdq2pgselectionanchorcontainer">
    <w:name w:val="pdq2pg_selectionanchorcontainer"/>
    <w:basedOn w:val="Normal"/>
    <w:rsid w:val="00A90C81"/>
    <w:pPr>
      <w:spacing w:before="100" w:beforeAutospacing="1" w:after="100" w:afterAutospacing="1" w:line="240" w:lineRule="auto"/>
      <w:jc w:val="left"/>
    </w:pPr>
    <w:rPr>
      <w:color w:val="auto"/>
      <w:sz w:val="24"/>
      <w:szCs w:val="24"/>
      <w:lang w:eastAsia="ru-RU"/>
    </w:rPr>
  </w:style>
  <w:style w:type="character" w:styleId="Hyperlink">
    <w:name w:val="Hyperlink"/>
    <w:basedOn w:val="DefaultParagraphFont"/>
    <w:uiPriority w:val="99"/>
    <w:semiHidden/>
    <w:unhideWhenUsed/>
    <w:rsid w:val="003F17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4911</Words>
  <Characters>33742</Characters>
  <Application>Microsoft Office Word</Application>
  <DocSecurity>0</DocSecurity>
  <Lines>624</Lines>
  <Paragraphs>299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Офіційні правила голосування за 12-го учасника шоу «Фабрика Зірок»</vt:lpstr>
      <vt:lpstr/>
    </vt:vector>
  </TitlesOfParts>
  <Manager/>
  <Company/>
  <LinksUpToDate>false</LinksUpToDate>
  <CharactersWithSpaces>38354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Офіційні правила голосування за 12-го учасника шоу «Фабрика Зірок»</dc:title>
  <dc:subject>Публічні правила голосування, благодійної складової, подарункового доступу та розіграшу квитків</dc:subject>
  <dc:creator>ТОВ «ОТТ УКРАЇНА»</dc:creator>
  <cp:keywords>Фабрика Зірок, SWEET.TV, голосування, офіційні правила, Superhumans</cp:keywords>
  <dc:description>Публічна редакція 1.0</dc:description>
  <cp:lastModifiedBy>Mykhailo Khyzhniak</cp:lastModifiedBy>
  <cp:revision>2</cp:revision>
  <dcterms:created xsi:type="dcterms:W3CDTF">2026-08-25T18:41:00Z</dcterms:created>
  <dcterms:modified xsi:type="dcterms:W3CDTF">2026-08-25T18:41:00Z</dcterms:modified>
  <cp:category/>
</cp:coreProperties>
</file>